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40"/>
        <w:jc w:val="center"/>
        <w:rPr/>
      </w:pPr>
      <w:r>
        <w:rPr/>
        <w:drawing>
          <wp:inline distT="0" distB="0" distL="0" distR="0">
            <wp:extent cx="786130" cy="7861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0" cy="786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keepLines/>
        <w:suppressAutoHyphens w:val="true"/>
        <w:spacing w:before="0" w:after="200"/>
        <w:jc w:val="center"/>
        <w:rPr/>
      </w:pPr>
      <w:r>
        <w:rPr>
          <w:rFonts w:eastAsia="Roboto Slab Medium" w:cs="Roboto Slab Medium" w:ascii="Roboto Slab Medium" w:hAnsi="Roboto Slab Medium"/>
          <w:b w:val="false"/>
          <w:color w:val="1B5E20"/>
          <w:sz w:val="48"/>
        </w:rPr>
        <w:t>ΟΙ ΤΙΤΛΟΙ ΤΟΥ</w:t>
        <w:br/>
        <w:t>ΠΑΝΑΘΗΝΑΪΚΟΥ</w:t>
        <w:br/>
        <w:t>ΑΘΛΗΤΙΚΟΥ ΟΜΙΛΟΥ</w:t>
      </w:r>
    </w:p>
    <w:p>
      <w:pPr>
        <w:pStyle w:val="Normal"/>
        <w:keepLines/>
        <w:pBdr>
          <w:bottom w:val="single" w:sz="10" w:space="7" w:color="1B5E20"/>
        </w:pBdr>
        <w:suppressAutoHyphens w:val="true"/>
        <w:spacing w:before="0" w:after="440"/>
        <w:ind w:start="1533" w:end="1533"/>
        <w:jc w:val="center"/>
        <w:rPr/>
      </w:pPr>
      <w:r>
        <w:rPr>
          <w:rFonts w:eastAsia="Roboto Slab" w:cs="Roboto Slab"/>
          <w:b w:val="false"/>
          <w:color w:val="4F5851"/>
          <w:sz w:val="21"/>
        </w:rPr>
        <w:t>(Καταγεγραμμένοι έως σήμερα)</w:t>
      </w:r>
    </w:p>
    <w:p>
      <w:pPr>
        <w:pStyle w:val="Normal"/>
        <w:keepLines/>
        <w:suppressAutoHyphens w:val="true"/>
        <w:spacing w:before="0" w:after="100"/>
        <w:jc w:val="center"/>
        <w:rPr/>
      </w:pPr>
      <w:r>
        <w:rPr>
          <w:rFonts w:eastAsia="Roboto Slab Medium" w:cs="Roboto Slab Medium" w:ascii="Roboto Slab Medium" w:hAnsi="Roboto Slab Medium"/>
          <w:b w:val="false"/>
          <w:color w:val="1F1F1F"/>
          <w:sz w:val="32"/>
        </w:rPr>
        <w:t xml:space="preserve">Επίσημοι Ομαδικοί Τίτλοι: </w:t>
      </w:r>
      <w:r>
        <w:rPr>
          <w:rFonts w:eastAsia="Roboto Slab Medium" w:cs="Roboto Slab Medium" w:ascii="Roboto Slab Medium" w:hAnsi="Roboto Slab Medium"/>
          <w:b w:val="false"/>
          <w:color w:val="1B5E20"/>
          <w:sz w:val="32"/>
        </w:rPr>
        <w:t>1.897</w:t>
      </w:r>
    </w:p>
    <w:p>
      <w:pPr>
        <w:pStyle w:val="Normal"/>
        <w:keepLines/>
        <w:suppressAutoHyphens w:val="true"/>
        <w:spacing w:before="0" w:after="100"/>
        <w:jc w:val="center"/>
        <w:rPr/>
      </w:pPr>
      <w:r>
        <w:rPr>
          <w:rFonts w:eastAsia="Roboto Slab Medium" w:cs="Roboto Slab Medium" w:ascii="Roboto Slab Medium" w:hAnsi="Roboto Slab Medium"/>
          <w:b w:val="false"/>
          <w:color w:val="1F1F1F"/>
          <w:sz w:val="32"/>
        </w:rPr>
        <w:t xml:space="preserve">Ανεπίσημοι Ομαδικοί Τίτλοι: </w:t>
      </w:r>
      <w:r>
        <w:rPr>
          <w:rFonts w:eastAsia="Roboto Slab Medium" w:cs="Roboto Slab Medium" w:ascii="Roboto Slab Medium" w:hAnsi="Roboto Slab Medium"/>
          <w:b w:val="false"/>
          <w:color w:val="1B5E20"/>
          <w:sz w:val="32"/>
        </w:rPr>
        <w:t>838</w:t>
      </w:r>
    </w:p>
    <w:p>
      <w:pPr>
        <w:pStyle w:val="Normal"/>
        <w:keepLines/>
        <w:suppressAutoHyphens w:val="true"/>
        <w:spacing w:before="360" w:after="0"/>
        <w:jc w:val="center"/>
        <w:rPr/>
      </w:pPr>
      <w:r>
        <w:rPr>
          <w:rFonts w:eastAsia="Roboto Slab" w:cs="Roboto Slab"/>
          <w:b w:val="false"/>
          <w:i w:val="false"/>
          <w:color w:val="4F5851"/>
          <w:sz w:val="19"/>
        </w:rPr>
        <w:t>Τα αθλήματα παρουσιάζονται αλφαβητικά</w:t>
      </w:r>
    </w:p>
    <w:p>
      <w:pPr>
        <w:pStyle w:val="Normal"/>
        <w:rPr/>
      </w:pPr>
      <w:r>
        <w:rPr/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ΑΡΣΗ ΒΑΡΩΝ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1958)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31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Γενική Βαθμολογία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2019, 2021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8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1959, 1964, 1965, 1966, 1967, 1968, 1969, 2023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(Πολυνίκης)</w:t>
      </w:r>
    </w:p>
    <w:p>
      <w:pPr>
        <w:pStyle w:val="-4"/>
        <w:keepLines/>
        <w:rPr/>
      </w:pPr>
      <w:r>
        <w:rPr>
          <w:rFonts w:eastAsia="Roboto Slab" w:cs="Roboto Slab"/>
        </w:rPr>
        <w:t>1965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1968</w:t>
      </w:r>
    </w:p>
    <w:p>
      <w:pPr>
        <w:pStyle w:val="-3"/>
        <w:keepNext w:val="true"/>
        <w:rPr/>
      </w:pPr>
      <w:r>
        <w:rPr>
          <w:rFonts w:eastAsia="Roboto Slab" w:cs="Roboto Slab"/>
        </w:rPr>
        <w:t>7 Πρωταθλήματα Νοτίου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1961, 1963, 1965, 1966, 1967, 1968, 1969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1988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2021, 2023, 2024, 2025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Β΄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1989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Νέες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1966, 1968, 2019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Νεάνιδες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2022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εις μνήμην Γεωργίου Καλαφάτη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προς τιμήν Ολυμπιονίκη Δημητρίου Τόφαλου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Τρισυλλογικοί Αγώνες (Παναθηναϊκός – Ολυμπιακός Πειραιώς – Παράδεισος Αμαρουσίου)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«Lift for Life», Θεσσαλονίκη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ΒΟΛΕΪ ΑΝΔΡΩΝ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1919)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78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Γενική Βαθμολογία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28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1921, 1944, 1951, 1952, 1959, 1960, 1963, 1965, 1966, 1967, 1970, 1971, 1972, 1973, 1975, 1977, 1982, 1984, 1985, 1986, 1995, 1996, 2004, 2006, 2020, 2022, 2025, 2026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8 Κύπελλα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1959, 1982, 1984, 1985, 2007, 2008, 2010, 2026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Σούπερ Καπ</w:t>
      </w:r>
    </w:p>
    <w:p>
      <w:pPr>
        <w:pStyle w:val="-4"/>
        <w:keepLines/>
        <w:rPr/>
      </w:pPr>
      <w:r>
        <w:rPr>
          <w:rFonts w:eastAsia="Roboto Slab" w:cs="Roboto Slab"/>
        </w:rPr>
        <w:t>2006, 2023, 2026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4 Λιγκ Καπ «Νίκος Σαμαράς»</w:t>
      </w:r>
    </w:p>
    <w:p>
      <w:pPr>
        <w:pStyle w:val="-4"/>
        <w:keepLines/>
        <w:rPr/>
      </w:pPr>
      <w:r>
        <w:rPr>
          <w:rFonts w:eastAsia="Roboto Slab" w:cs="Roboto Slab"/>
        </w:rPr>
        <w:t>2020, 2022, 2023, 2024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1960, 1964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«21ης Απριλίου»</w:t>
      </w:r>
    </w:p>
    <w:p>
      <w:pPr>
        <w:pStyle w:val="-4"/>
        <w:keepLines/>
        <w:rPr/>
      </w:pPr>
      <w:r>
        <w:rPr>
          <w:rFonts w:eastAsia="Roboto Slab" w:cs="Roboto Slab"/>
        </w:rPr>
        <w:t>1968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Β΄ Ομάδες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1951, 1953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1965, 1982, 2019, 2020</w:t>
      </w:r>
    </w:p>
    <w:p>
      <w:pPr>
        <w:pStyle w:val="-3"/>
        <w:keepNext w:val="true"/>
        <w:rPr/>
      </w:pPr>
      <w:r>
        <w:rPr>
          <w:rFonts w:eastAsia="Roboto Slab" w:cs="Roboto Slab"/>
        </w:rPr>
        <w:t>7 Πρωταθλήματα Νοτίου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1963, 1964, 1965, 1970, 1971, 1972, 1973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1974, 1982, 1983, 1984</w:t>
      </w:r>
    </w:p>
    <w:p>
      <w:pPr>
        <w:pStyle w:val="-3"/>
        <w:keepNext w:val="true"/>
        <w:rPr/>
      </w:pPr>
      <w:r>
        <w:rPr>
          <w:rFonts w:eastAsia="Roboto Slab" w:cs="Roboto Slab"/>
        </w:rPr>
        <w:t>6 Πρωταθλήματα Αθήνας και Ανατολικής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2007, 2013, 2017, 2018, 2019, 2020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Κ18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Αθήνας και Ανατολικής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2023, 2024, 2025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Κ17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Αθήνας και Ανατολικής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2023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Αθήνας και Ανατολικής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2016, 2017, 2021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Αθήνας και Ανατολικής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2018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41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Νέου Ηρακλείου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Αθηναϊκών – Πειραϊκών Ομάδων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Μίλωνα Νέας Σμύρνης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«Απόστολος Νικολαΐδης»,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Μίλωνα Νέας Σμύρνης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Πανελληνίου «Νάσλα»,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Πανελληνίου «Νάσλα»,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Ηρακλή Θεσσαλονίκης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Πανελληνίου «Νάσλα»,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Πανελληνίου «Νάσλα»,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Πανελληνίου «Νάσλα»,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Πανελληνίου «Νάσλα»,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Ζαφειράκη Νάουσας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Κτησιφώντα Παιανίας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Ιωαννίνων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Κτησιφώντα Παιανίας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Μιχάλη Τριανταφυλλίδη,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Πάτρας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Ρεθύμνου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«Παναγιώτης Αδαμόπουλος», Πάτρα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«Άννα Σπαντόνι», Ριέτι, Ιταλία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«Σωτήρης Τσερκέζης», Ορεστιάδα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«Τάσης Μάρκος», Παραλίμνι, Κύπρος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Διεθνές Τουρνουά «Άρης Παπανδρέου», Πάτρα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Φιλίας, Λευκωσία, Κύπρος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Ηρακλή Χαλκίδας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Ηρακλή Χαλκίδας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Ολυμπιάδας Πάτρας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«Γιώργος Κοζής», Πάτρα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«Δημήτρης Καλαϊτζής», Ριζούπολη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Paralimni Volleyball Tournament, Κύπρος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«Γιάννης Μπουσούνης», Καλαμάτα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Φιλανθρωπικό Τουρνουά ΟΦΗ, Ηράκλειο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«Γιάννης Μπουσούνης», Καλαμάτα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«Γιάννης Μπουσούνης», Καλαμάτα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Spirito di Squadra, Γκούμπιο, Ιταλία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«Γιάννης Μπουσούνης», Καλαμάτα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«Γιάννης Μπουσούνης», Καλαμάτα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ΝΟΠΕ Ρεθύμνου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ΝΟΠΕ Ρεθύμνου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Κ18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«Χρήστος Σμυρναίος», Μολάοι Λακωνίας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ΒΟΛΕΪ ΓΥΝΑΙΚΩΝ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1926)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55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28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1970, 1971, 1972, 1973, 1977, 1978, 1979, 1982, 1983, 1985, 1988, 1990, 1991, 1992, 1993, 1998, 2000, 2005, 2006, 2007, 2008, 2009, 2010, 2011, 2022, 2023, 2024, 2026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6 Κύπελλα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2005, 2006, 2008, 2009, 2010, 2022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Πανεπαρχιακό Πρωτάθλημα Νοτίου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1982</w:t>
      </w:r>
    </w:p>
    <w:p>
      <w:pPr>
        <w:pStyle w:val="-3"/>
        <w:keepNext w:val="true"/>
        <w:rPr/>
      </w:pPr>
      <w:r>
        <w:rPr>
          <w:rFonts w:eastAsia="Roboto Slab" w:cs="Roboto Slab"/>
        </w:rPr>
        <w:t>9 Πρωταθλήματα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1971, 1972, 1973, 1974, 1976, 1977, 1978, 1981, 1982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Παλαίμαχες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2006, 2007, 2010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Νεάνιδες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1991, 2013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Αθήνας και Ανατολικής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1990, 1991, 2013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Κορασίδες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Αθήνας και Ανατολικής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1989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Κ18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Αθήνας και Ανατολικής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Κ18 – Εκτός Συναγωνισμού 3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Αθήνας και Ανατολικής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30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«Απόστολος Νικολαΐδης»,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«Αντώνης Μαντζαβελάκης»,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Γρεβενών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Κερατσινίου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100 ετών Πανελληνίου ΓΣ,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Γρεβενών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«Αποστόλεια», Κοζάνη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Χίου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Novotel – Caan, Βύρωνας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«Ηραία 2002», Πύργος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Άργους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Σόφιας, Βουλγαρία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ΖΑΟΝ Κηφισιάς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«Νομίκεια», Σαντορίνη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«Νομίκεια», Σαντορίνη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«Νομίκεια», Σαντορίνη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«Ιωάννης Μαλακατές»,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«Χρήστος Παπαθανασίου», Βούλα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ΕΑΠ «Black and White», Πάτρα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«Ιωάννης Μαλακατές»,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«Νομίκεια», Σαντορίνη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«Λεωνίδεια», Λαμία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«Ιλίσια Ελπίδα», Ιλίσια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«Ιωάννης Μαλακατές»,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«Ιωάννης Μαλακατές»,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«Ιλίσια Ελπίδα», Ιλίσια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«Νομίκεια», Σαντορίνη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Κ18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«Χρήστος Σμυρναίος», Μολάοι Λακωνίας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Κορασίδες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Διεθνές Τουρνουά Ρόδου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ΕΝΟΡΓΑΝΗ ΓΥΜΝΑΣΤΙΚΗ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1927)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10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Α΄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Δ΄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Νοτίου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Αθήνας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Κορασίδες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Αθήνας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1993, 1994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1982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Νοτίου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1982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Αθήνας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1982, 1983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Παγκορασίδες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Αθήνας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1995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«Ευρίπεια 1982» (Ομαδικό)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ΕΠΙΤΡΑΠΕΖΙΑ ΑΝΤΙΣΦΑΙΡΙΣΗ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1939)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61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(Γενική Βαθμολογία Ατομικών Αγωνισμάτων)</w:t>
      </w:r>
    </w:p>
    <w:p>
      <w:pPr>
        <w:pStyle w:val="-4"/>
        <w:keepLines/>
        <w:rPr/>
      </w:pPr>
      <w:r>
        <w:rPr>
          <w:rFonts w:eastAsia="Roboto Slab" w:cs="Roboto Slab"/>
        </w:rPr>
        <w:t>1966, 1968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ETTU Europe Trophy</w:t>
      </w:r>
    </w:p>
    <w:p>
      <w:pPr>
        <w:pStyle w:val="-4"/>
        <w:keepLines/>
        <w:rPr/>
      </w:pPr>
      <w:r>
        <w:rPr>
          <w:rFonts w:eastAsia="Roboto Slab" w:cs="Roboto Slab"/>
        </w:rPr>
        <w:t>2024, 2026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(Γενική 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1968</w:t>
      </w:r>
    </w:p>
    <w:p>
      <w:pPr>
        <w:pStyle w:val="-3"/>
        <w:keepNext w:val="true"/>
        <w:rPr/>
      </w:pPr>
      <w:r>
        <w:rPr>
          <w:rFonts w:eastAsia="Roboto Slab" w:cs="Roboto Slab"/>
        </w:rPr>
        <w:t>11 Διασυλλογικά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1951, 1952, 1955, 1956, 1959, 1960, 1961, 1962, 1966, 1968, 1975</w:t>
      </w:r>
    </w:p>
    <w:p>
      <w:pPr>
        <w:pStyle w:val="-3"/>
        <w:keepNext w:val="true"/>
        <w:rPr/>
      </w:pPr>
      <w:r>
        <w:rPr>
          <w:rFonts w:eastAsia="Roboto Slab" w:cs="Roboto Slab"/>
        </w:rPr>
        <w:t>3 Κύπελλα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1965, 1966, 1969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Κωνσταντινούπολης</w:t>
      </w:r>
    </w:p>
    <w:p>
      <w:pPr>
        <w:pStyle w:val="-4"/>
        <w:keepLines/>
        <w:rPr/>
      </w:pPr>
      <w:r>
        <w:rPr>
          <w:rFonts w:eastAsia="Roboto Slab" w:cs="Roboto Slab"/>
        </w:rPr>
        <w:t>1952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1970, 1975</w:t>
      </w:r>
    </w:p>
    <w:p>
      <w:pPr>
        <w:pStyle w:val="-3"/>
        <w:keepNext w:val="true"/>
        <w:rPr/>
      </w:pPr>
      <w:r>
        <w:rPr>
          <w:rFonts w:eastAsia="Roboto Slab" w:cs="Roboto Slab"/>
        </w:rPr>
        <w:t>4 Κύπελλα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2018, 2022, 2023, 2025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8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1958, 1959, 1960, 1961, 1962, 1963, 1964, 1968</w:t>
      </w:r>
    </w:p>
    <w:p>
      <w:pPr>
        <w:pStyle w:val="-3"/>
        <w:keepNext w:val="true"/>
        <w:rPr/>
      </w:pPr>
      <w:r>
        <w:rPr>
          <w:rFonts w:eastAsia="Roboto Slab" w:cs="Roboto Slab"/>
        </w:rPr>
        <w:t>9 Κύπελλα Πόλεων (Αθήνα)</w:t>
      </w:r>
    </w:p>
    <w:p>
      <w:pPr>
        <w:pStyle w:val="-4"/>
        <w:keepLines/>
        <w:rPr/>
      </w:pPr>
      <w:r>
        <w:rPr>
          <w:rFonts w:eastAsia="Roboto Slab" w:cs="Roboto Slab"/>
        </w:rPr>
        <w:t>1973, 1974, 1975, 1976, 1977, 1978, 1979, 1982, 1983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ETTU Europe Trophy</w:t>
      </w:r>
    </w:p>
    <w:p>
      <w:pPr>
        <w:pStyle w:val="-4"/>
        <w:keepLines/>
        <w:rPr/>
      </w:pPr>
      <w:r>
        <w:rPr>
          <w:rFonts w:eastAsia="Roboto Slab" w:cs="Roboto Slab"/>
        </w:rPr>
        <w:t>2022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(Γενική 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1972</w:t>
      </w:r>
    </w:p>
    <w:p>
      <w:pPr>
        <w:pStyle w:val="-3"/>
        <w:keepNext w:val="true"/>
        <w:rPr/>
      </w:pPr>
      <w:r>
        <w:rPr>
          <w:rFonts w:eastAsia="Roboto Slab" w:cs="Roboto Slab"/>
        </w:rPr>
        <w:t>4 Διασυλλογικά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1972, 1973, 1974, 2026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Κύπελλα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1972, 2022</w:t>
      </w:r>
    </w:p>
    <w:p>
      <w:pPr>
        <w:pStyle w:val="-3"/>
        <w:keepNext w:val="true"/>
        <w:rPr/>
      </w:pPr>
      <w:r>
        <w:rPr>
          <w:rFonts w:eastAsia="Roboto Slab" w:cs="Roboto Slab"/>
        </w:rPr>
        <w:t>3 Κύπελλα Πόλεων (Αθήνα)</w:t>
      </w:r>
    </w:p>
    <w:p>
      <w:pPr>
        <w:pStyle w:val="-4"/>
        <w:keepLines/>
        <w:rPr/>
      </w:pPr>
      <w:r>
        <w:rPr>
          <w:rFonts w:eastAsia="Roboto Slab" w:cs="Roboto Slab"/>
        </w:rPr>
        <w:t>1973, 1974, 1976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Β΄ Ομάδες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1962, 1963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 – Β΄ Ομάδες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(Γενική Βαθμολογία Ατομικών Αγωνισμάτων)</w:t>
      </w:r>
    </w:p>
    <w:p>
      <w:pPr>
        <w:pStyle w:val="-4"/>
        <w:keepLines/>
        <w:rPr/>
      </w:pPr>
      <w:r>
        <w:rPr>
          <w:rFonts w:eastAsia="Roboto Slab" w:cs="Roboto Slab"/>
        </w:rPr>
        <w:t>1966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1959, 1973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1964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1964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Εαρινό Τουρνουά Νέας Ιωνίας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ΑΣ Πέρα Αθηνών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ESPORTS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2016)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13</w:t>
      </w:r>
    </w:p>
    <w:p>
      <w:pPr>
        <w:pStyle w:val="-"/>
        <w:rPr/>
      </w:pPr>
      <w:r>
        <w:rPr/>
        <w:t>LEAGUE OF LEGENDS</w:t>
      </w:r>
    </w:p>
    <w:p>
      <w:pPr>
        <w:pStyle w:val="-2"/>
        <w:rPr/>
      </w:pPr>
      <w:r>
        <w:rPr/>
        <w:t>Άνδρες</w:t>
      </w:r>
    </w:p>
    <w:p>
      <w:pPr>
        <w:pStyle w:val="-3"/>
        <w:keepNext w:val="true"/>
        <w:rPr/>
      </w:pPr>
      <w:r>
        <w:rPr/>
        <w:t>1 Gameathlon</w:t>
      </w:r>
    </w:p>
    <w:p>
      <w:pPr>
        <w:pStyle w:val="-4"/>
        <w:keepLines/>
        <w:rPr/>
      </w:pPr>
      <w:r>
        <w:rPr>
          <w:rFonts w:eastAsia="Roboto Slab" w:cs="Roboto Slab"/>
        </w:rPr>
        <w:t>2018</w:t>
      </w:r>
    </w:p>
    <w:p>
      <w:pPr>
        <w:pStyle w:val="-3"/>
        <w:keepNext w:val="true"/>
        <w:rPr/>
      </w:pPr>
      <w:r>
        <w:rPr>
          <w:rFonts w:eastAsia="Roboto Slab" w:cs="Roboto Slab"/>
        </w:rPr>
        <w:t>1 League of Legends (ΔΕΘ)</w:t>
      </w:r>
    </w:p>
    <w:p>
      <w:pPr>
        <w:pStyle w:val="-4"/>
        <w:keepLines/>
        <w:rPr/>
      </w:pPr>
      <w:r>
        <w:rPr>
          <w:rFonts w:eastAsia="Roboto Slab" w:cs="Roboto Slab"/>
        </w:rPr>
        <w:t>2018</w:t>
      </w:r>
    </w:p>
    <w:p>
      <w:pPr>
        <w:pStyle w:val="-"/>
        <w:rPr/>
      </w:pPr>
      <w:r>
        <w:rPr/>
        <w:t>PUBG</w:t>
      </w:r>
    </w:p>
    <w:p>
      <w:pPr>
        <w:pStyle w:val="-2"/>
        <w:rPr/>
      </w:pPr>
      <w:r>
        <w:rPr/>
        <w:t>Άνδρες</w:t>
      </w:r>
    </w:p>
    <w:p>
      <w:pPr>
        <w:pStyle w:val="-3"/>
        <w:keepNext w:val="true"/>
        <w:rPr/>
      </w:pPr>
      <w:r>
        <w:rPr/>
        <w:t>1 Gameathlon</w:t>
      </w:r>
    </w:p>
    <w:p>
      <w:pPr>
        <w:pStyle w:val="-4"/>
        <w:keepLines/>
        <w:rPr/>
      </w:pPr>
      <w:r>
        <w:rPr>
          <w:rFonts w:eastAsia="Roboto Slab" w:cs="Roboto Slab"/>
        </w:rPr>
        <w:t>2018</w:t>
      </w:r>
    </w:p>
    <w:p>
      <w:pPr>
        <w:pStyle w:val="-3"/>
        <w:keepNext w:val="true"/>
        <w:rPr/>
      </w:pPr>
      <w:r>
        <w:rPr/>
        <w:t>1 PUBG Greek Series – Summer Showdown</w:t>
      </w:r>
    </w:p>
    <w:p>
      <w:pPr>
        <w:pStyle w:val="-4"/>
        <w:keepLines/>
        <w:rPr/>
      </w:pPr>
      <w:r>
        <w:rPr>
          <w:rFonts w:eastAsia="Roboto Slab" w:cs="Roboto Slab"/>
        </w:rPr>
        <w:t>2022</w:t>
      </w:r>
    </w:p>
    <w:p>
      <w:pPr>
        <w:pStyle w:val="-"/>
        <w:rPr/>
      </w:pPr>
      <w:r>
        <w:rPr/>
        <w:t>FIFA / EFOOTBALL</w:t>
      </w:r>
    </w:p>
    <w:p>
      <w:pPr>
        <w:pStyle w:val="-2"/>
        <w:rPr/>
      </w:pPr>
      <w:r>
        <w:rPr/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VPG Superleague FIFA</w:t>
      </w:r>
    </w:p>
    <w:p>
      <w:pPr>
        <w:pStyle w:val="-4"/>
        <w:keepLines/>
        <w:rPr/>
      </w:pPr>
      <w:r>
        <w:rPr>
          <w:rFonts w:eastAsia="Roboto Slab" w:cs="Roboto Slab"/>
        </w:rPr>
        <w:t>2020</w:t>
      </w:r>
    </w:p>
    <w:p>
      <w:pPr>
        <w:pStyle w:val="-3"/>
        <w:keepNext w:val="true"/>
        <w:rPr/>
      </w:pPr>
      <w:r>
        <w:rPr/>
        <w:t>1 Πρωτάθλημα Ελλάδας FIFA</w:t>
      </w:r>
    </w:p>
    <w:p>
      <w:pPr>
        <w:pStyle w:val="-4"/>
        <w:keepLines/>
        <w:rPr/>
      </w:pPr>
      <w:r>
        <w:rPr/>
        <w:t>2021</w:t>
      </w:r>
    </w:p>
    <w:p>
      <w:pPr>
        <w:pStyle w:val="-3"/>
        <w:keepNext w:val="true"/>
        <w:rPr/>
      </w:pPr>
      <w:r>
        <w:rPr/>
        <w:t>1 Κύπελλο Ελλάδας FIFA</w:t>
      </w:r>
    </w:p>
    <w:p>
      <w:pPr>
        <w:pStyle w:val="-4"/>
        <w:keepLines/>
        <w:rPr/>
      </w:pPr>
      <w:r>
        <w:rPr/>
        <w:t>2021</w:t>
      </w:r>
    </w:p>
    <w:p>
      <w:pPr>
        <w:pStyle w:val="-3"/>
        <w:keepNext w:val="true"/>
        <w:rPr/>
      </w:pPr>
      <w:r>
        <w:rPr/>
        <w:t>1 Πρωτάθλημα HFP Tag Teams – Balkan Edition (eFootball)</w:t>
      </w:r>
    </w:p>
    <w:p>
      <w:pPr>
        <w:pStyle w:val="-4"/>
        <w:keepLines/>
        <w:rPr/>
      </w:pPr>
      <w:r>
        <w:rPr/>
        <w:t>2023</w:t>
      </w:r>
    </w:p>
    <w:p>
      <w:pPr>
        <w:pStyle w:val="-3"/>
        <w:rPr/>
      </w:pPr>
      <w:r>
        <w:rPr/>
        <w:t>1 Πρωτάθλημα Ελλάδας eFootball PES</w:t>
      </w:r>
    </w:p>
    <w:p>
      <w:pPr>
        <w:pStyle w:val="-4"/>
        <w:rPr/>
      </w:pPr>
      <w:r>
        <w:rPr/>
        <w:t>2021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HFP Gaming – Esports Leagues</w:t>
      </w:r>
    </w:p>
    <w:p>
      <w:pPr>
        <w:pStyle w:val="-4"/>
        <w:keepLines/>
        <w:rPr/>
      </w:pPr>
      <w:r>
        <w:rPr>
          <w:rFonts w:eastAsia="Roboto Slab" w:cs="Roboto Slab"/>
        </w:rPr>
        <w:t>2022</w:t>
      </w:r>
    </w:p>
    <w:p>
      <w:pPr>
        <w:pStyle w:val="-"/>
        <w:rPr/>
      </w:pPr>
      <w:r>
        <w:rPr/>
        <w:t>BASKETBALL / NBA 2K</w:t>
      </w:r>
    </w:p>
    <w:p>
      <w:pPr>
        <w:pStyle w:val="-2"/>
        <w:rPr/>
      </w:pPr>
      <w:r>
        <w:rPr/>
        <w:t>Άνδρες</w:t>
      </w:r>
    </w:p>
    <w:p>
      <w:pPr>
        <w:pStyle w:val="-3"/>
        <w:rPr/>
      </w:pPr>
      <w:r>
        <w:rPr/>
        <w:t>1 Cyber EuroLeague</w:t>
      </w:r>
    </w:p>
    <w:p>
      <w:pPr>
        <w:pStyle w:val="-4"/>
        <w:rPr/>
      </w:pPr>
      <w:r>
        <w:rPr/>
        <w:t>2026</w:t>
      </w:r>
    </w:p>
    <w:p>
      <w:pPr>
        <w:pStyle w:val="-"/>
        <w:rPr/>
      </w:pPr>
      <w:r>
        <w:rPr/>
        <w:t>RAINBOW SIX SIEGE</w:t>
      </w:r>
    </w:p>
    <w:p>
      <w:pPr>
        <w:pStyle w:val="-2"/>
        <w:rPr/>
      </w:pPr>
      <w:r>
        <w:rPr/>
        <w:t>Άνδρες</w:t>
      </w:r>
    </w:p>
    <w:p>
      <w:pPr>
        <w:pStyle w:val="-3"/>
        <w:keepNext w:val="true"/>
        <w:rPr/>
      </w:pPr>
      <w:r>
        <w:rPr/>
        <w:t>2 Gameathlon</w:t>
      </w:r>
    </w:p>
    <w:p>
      <w:pPr>
        <w:pStyle w:val="-4"/>
        <w:keepLines/>
        <w:rPr/>
      </w:pPr>
      <w:r>
        <w:rPr>
          <w:rFonts w:eastAsia="Roboto Slab" w:cs="Roboto Slab"/>
        </w:rPr>
        <w:t>2022, 2023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1</w:t>
      </w:r>
    </w:p>
    <w:p>
      <w:pPr>
        <w:pStyle w:val="-"/>
        <w:rPr/>
      </w:pPr>
      <w:r>
        <w:rPr/>
        <w:t>COUNTER-STRIKE: GLOBAL OFFENSIVE</w:t>
      </w:r>
    </w:p>
    <w:p>
      <w:pPr>
        <w:pStyle w:val="-2"/>
        <w:rPr/>
      </w:pPr>
      <w:r>
        <w:rPr/>
        <w:t>Άνδρες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LouvardGame, Σαρλερουά, Βέλγιο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ΘΑΛΑΣΣΙΟ ΣΚΙ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1965)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1967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«Ποσειδώνος»</w:t>
      </w:r>
    </w:p>
    <w:p>
      <w:pPr>
        <w:pStyle w:val="-4"/>
        <w:keepLines/>
        <w:rPr/>
      </w:pPr>
      <w:r>
        <w:rPr>
          <w:rFonts w:eastAsia="Roboto Slab" w:cs="Roboto Slab"/>
        </w:rPr>
        <w:t>1966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«21ης Απριλίου»</w:t>
      </w:r>
    </w:p>
    <w:p>
      <w:pPr>
        <w:pStyle w:val="-4"/>
        <w:keepLines/>
        <w:rPr/>
      </w:pPr>
      <w:r>
        <w:rPr>
          <w:rFonts w:eastAsia="Roboto Slab" w:cs="Roboto Slab"/>
        </w:rPr>
        <w:t>1972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ΚΑΤΑΔΥΣΕΙΣ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1947)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57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10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1969, 1972, 1975, 2015, 2016, 2017, 2023, 2024, 2025, 2026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Χειμερινά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2024, 2025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5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2015, 2016, 2017, 2019, 2023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Χειμερινό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2023, 2026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Χειμερινά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2024, 2025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Αγόρια – Κορίτσια Α΄ – Β΄ Κατηγορία (Γενική Βαθμολογία)</w:t>
      </w:r>
    </w:p>
    <w:p>
      <w:pPr>
        <w:pStyle w:val="-3"/>
        <w:keepNext w:val="true"/>
        <w:rPr/>
      </w:pPr>
      <w:r>
        <w:rPr>
          <w:rFonts w:eastAsia="Roboto Slab" w:cs="Roboto Slab"/>
        </w:rPr>
        <w:t>6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2013, 2014, 2015, 2023, 2024, 2026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Χειμερινό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Αγόρια Α΄ – Β΄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6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2013, 2014, 2015, 2016, 2023, 2024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Χειμερινό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Κορίτσια Α΄ – Β΄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2021, 2024, 2026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Χειμερινό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Αγόρια – Κορίτσια Β΄ – Γ΄ – Δ΄ Κατηγορία (Γενική Βαθμολογία)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Κύπελλα Άνοιξης</w:t>
      </w:r>
    </w:p>
    <w:p>
      <w:pPr>
        <w:pStyle w:val="-4"/>
        <w:keepLines/>
        <w:rPr/>
      </w:pPr>
      <w:r>
        <w:rPr>
          <w:rFonts w:eastAsia="Roboto Slab" w:cs="Roboto Slab"/>
        </w:rPr>
        <w:t>2013, 2014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Κύπελλα Χριστουγέννων</w:t>
      </w:r>
    </w:p>
    <w:p>
      <w:pPr>
        <w:pStyle w:val="-4"/>
        <w:keepLines/>
        <w:rPr/>
      </w:pPr>
      <w:r>
        <w:rPr>
          <w:rFonts w:eastAsia="Roboto Slab" w:cs="Roboto Slab"/>
        </w:rPr>
        <w:t>2023, 2026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Αγόρια – Κορίτσια Γ΄ – Δ΄ Κατηγορία (Γενική Βαθμολογία)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2013, 2018, 2019</w:t>
      </w:r>
    </w:p>
    <w:p>
      <w:pPr>
        <w:pStyle w:val="-3"/>
        <w:keepNext w:val="true"/>
        <w:rPr/>
      </w:pPr>
      <w:r>
        <w:rPr>
          <w:rFonts w:eastAsia="Roboto Slab" w:cs="Roboto Slab"/>
        </w:rPr>
        <w:t>3 Κύπελλα Χριστουγέννων</w:t>
      </w:r>
    </w:p>
    <w:p>
      <w:pPr>
        <w:pStyle w:val="-4"/>
        <w:keepLines/>
        <w:rPr/>
      </w:pPr>
      <w:r>
        <w:rPr>
          <w:rFonts w:eastAsia="Roboto Slab" w:cs="Roboto Slab"/>
        </w:rPr>
        <w:t>2014, 2015, 2017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Αγόρια Γ΄ – Δ΄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2013, 2018, 2019, 2021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Κορίτσια Γ΄ – Δ΄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2014, 2026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ΚΟΛΥΜΒΗΣΗ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1925)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101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13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1944, 1952, 1953, 1954, 1955, 1956, 1957, 1958, 1963, 1964, 1965, 1966, 1968</w:t>
      </w:r>
    </w:p>
    <w:p>
      <w:pPr>
        <w:pStyle w:val="-3"/>
        <w:keepNext w:val="true"/>
        <w:rPr/>
      </w:pPr>
      <w:r>
        <w:rPr>
          <w:rFonts w:eastAsia="Roboto Slab" w:cs="Roboto Slab"/>
        </w:rPr>
        <w:t>8 Πρωταθλήματα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1953, 1954, 1958, 1960, 1962, 1963, 1964, 1965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Χειμερινά Πρωταθλήματα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1963, 1964, 1965, 1966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1960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Κολυμβητικών Ημερίδων ΕΚΟΦ (Γενική 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1955, 1963, 1964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Κολυμβητικών Ημερίδων ΕΚΟΦ</w:t>
      </w:r>
    </w:p>
    <w:p>
      <w:pPr>
        <w:pStyle w:val="-4"/>
        <w:keepLines/>
        <w:rPr/>
      </w:pPr>
      <w:r>
        <w:rPr>
          <w:rFonts w:eastAsia="Roboto Slab" w:cs="Roboto Slab"/>
        </w:rPr>
        <w:t>1955 (Α΄), 1955 (Β΄), 1955 (Γ΄), 1955 (Δ΄)</w:t>
      </w:r>
    </w:p>
    <w:p>
      <w:pPr>
        <w:pStyle w:val="-2"/>
        <w:rPr/>
      </w:pPr>
      <w:r>
        <w:rPr/>
        <w:t>Masters – 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9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2018, 2019, 2020, 2021, 2022, 2023, 2024, 2025, 2026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Εαρινό Κύπελλο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-2"/>
        <w:rPr/>
      </w:pPr>
      <w:r>
        <w:rPr/>
        <w:t>Masters – 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9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2018, 2019, 2020, 2021, 2022, 2023, 2024, 2025, 2026</w:t>
      </w:r>
    </w:p>
    <w:p>
      <w:pPr>
        <w:pStyle w:val="-2"/>
        <w:rPr/>
      </w:pPr>
      <w:r>
        <w:rPr/>
        <w:t>Masters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6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2018, 2019, 2020, 2021, 2022, 2023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Ελπίδες – Αβράβευτοι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1969, 1971, 1974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Νοτίου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Γενική Βαθμολογία Κατηγοριών Α΄ – Β΄ – Γ΄ – Δ΄ – Ε΄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Νέοι – Νεάνιδες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1974, 1975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Εαρινά Πρωταθλήματα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1975, 1976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1977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Εαρινό Πρωτάθλημα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1976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Νέες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 – Νεάνιδες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2007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Χειμερινό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2007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1997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Νεάνιδες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2007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Χειμερινό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2007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 – Κορασίδες Α΄ – Β΄</w:t>
      </w:r>
    </w:p>
    <w:p>
      <w:pPr>
        <w:pStyle w:val="-3"/>
        <w:keepNext w:val="true"/>
        <w:rPr/>
      </w:pPr>
      <w:r>
        <w:rPr>
          <w:rFonts w:eastAsia="Roboto Slab" w:cs="Roboto Slab"/>
        </w:rPr>
        <w:t>5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1970, 1971, 1972, 1973, 1982</w:t>
      </w:r>
    </w:p>
    <w:p>
      <w:pPr>
        <w:pStyle w:val="-3"/>
        <w:keepNext w:val="true"/>
        <w:rPr/>
      </w:pPr>
      <w:r>
        <w:rPr>
          <w:rFonts w:eastAsia="Roboto Slab" w:cs="Roboto Slab"/>
        </w:rPr>
        <w:t>3 Εαρινά Πρωταθλήματα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1971, 1972, 1973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1977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 – Κορασίδες Γ΄ – Δ΄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1969, 1973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Εαρινά Πρωταθλήματα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1970, 1973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 – Κορασίδες Β΄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 – Κορασίδες Γ΄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Εαρινό Πρωτάθλημα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1969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1997, 1998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Αγόρια Α΄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1987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Κορίτσια – Γενική Βαθμολογία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1981, 1982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Κορασίδες Α΄ – Β΄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Κορασίδες Β΄ – Γ΄ – Δ΄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Κορασίδες Β΄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 Α΄ – Β΄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1997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Παγκορασίδες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1998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Αγόρια Ε΄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1984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28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Γυναίκες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Τυπάλδεια, Ληξούρι Κεφαλονιάς (διοργανωτής: Παλληξουριακός)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Τυπάλδεια, Ληξούρι Κεφαλονιάς (διοργανωτής: Παλληξουριακός)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Παναρκαδικοί Αγώνες Άστρους Κυνουρίας (διοργανωτής: ΓΣ Αχιλλεύς)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Παναθήναια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Τρόπαιο Παναθηναϊκού, Μαρούσι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Τρόπαιο Αθηνών, Μαρούσι (διοργανωτής: ΝΟ Λυκόβρυσης – Πεύκης)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Τρόπαιο Νηρέα Χαλανδρίου, Μαρούσι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Βενιζέλειοι Αγώνες (διοργανωτής: ΝΟ Χανίων)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Masters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Ηλυσιακός Family Cup, Ιλίσια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Ηλυσιακός Family Cup, Ιλίσια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Ηλυσιακός Family Cup, Ιλίσια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Ηλυσιακός Family Cup, Ιλίσια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Νέοι Άνδρες – Νέες Γυναίκες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Τρόπαιο Παναθηναϊκού, Μαρούσι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 – Νεάνιδες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Τρόπαιο Παναθηναϊκού, Μαρούσι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Τρόπαιο Παναθηναϊκού, Μαρούσι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 – Έφηβοι – Κορασίδες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Μαραγκοπούλεια (διοργανωτής: ΝΟ Πατρών)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Μαραγκοπούλεια (διοργανωτής: ΝΟ Πατρών)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Ρέστεια (διοργανωτής: ΑΟ Παλαιού Φαλήρου)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Μαραγκοπούλεια (διοργανωτής: ΝΟ Πατρών)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Τζελάτεια (διοργανωτής: ΝΟ Βουλιαγμένης)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Τζελάτεια (διοργανωτής: ΝΟ Βουλιαγμένης)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Άνοιξης (διοργανωτής: ΝΟ Πατρών)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 – Παγκορασίδες Α΄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Τρόπαιο Παναθηναϊκού, Μαρούσι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 – Παγκορασίδες Β΄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Τρόπαιο Παναθηναϊκού, Μαρούσι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Τρόπαιο Αθηνών, Μαρούσι (διοργανωτής: ΝΟ Λυκόβρυσης – Πεύκης)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Αγόρια – Κορίτσια – 12 Ετών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Τρόπαιο Παναθηναϊκού, Μαρούσι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Αγόρια – Κορίτσια – 11 Ετών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Τρόπαιο Παναθηναϊκού, Μαρούσι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Αγόρια – Κορίτσια – 10 Ετών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Τρόπαιο Παναθηναϊκού, Μαρούσι</w:t>
      </w:r>
    </w:p>
    <w:p>
      <w:pPr>
        <w:pStyle w:val="-"/>
        <w:keepNext w:val="true"/>
        <w:keepLines/>
        <w:jc w:val="start"/>
        <w:rPr/>
      </w:pPr>
      <w:r>
        <w:rPr>
          <w:rFonts w:eastAsia="Roboto Slab Medium" w:cs="Roboto Slab Medium"/>
          <w:color w:val="1B5E20"/>
        </w:rPr>
        <w:t>ΚΟΛΥΜΒΗΣΗ ΑΝΟΙΧΤΗΣ ΘΑΛΑΣΣΑΣ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8</w:t>
      </w:r>
    </w:p>
    <w:p>
      <w:pPr>
        <w:pStyle w:val="-2"/>
        <w:rPr/>
      </w:pPr>
      <w:r>
        <w:rPr/>
        <w:t>Masters – 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2020, 2022, 2026</w:t>
      </w:r>
    </w:p>
    <w:p>
      <w:pPr>
        <w:pStyle w:val="-2"/>
        <w:rPr/>
      </w:pPr>
      <w:r>
        <w:rPr/>
        <w:t>Masters – 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2020, 2024, 2026</w:t>
      </w:r>
    </w:p>
    <w:p>
      <w:pPr>
        <w:pStyle w:val="-2"/>
        <w:rPr/>
      </w:pPr>
      <w:r>
        <w:rPr/>
        <w:t>Masters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2020, 2026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Masters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Κολυμβητική Λίγκα WSL (διοργανώτρια: WhyNot)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ΜΟΝΤΕΡΝΟ ΠΕΝΤΑΘΛΟ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1977)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15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1980, 1987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Εαρινό Πρωτάθλημα Ελλάδας Τριάθλου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1979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 – 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Διάθλου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1979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Τριάθλου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 – Κορασίδες U17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(Μικτή Σκυτάλη)</w:t>
      </w:r>
    </w:p>
    <w:p>
      <w:pPr>
        <w:pStyle w:val="-4"/>
        <w:keepLines/>
        <w:rPr/>
      </w:pPr>
      <w:r>
        <w:rPr>
          <w:rFonts w:eastAsia="Roboto Slab" w:cs="Roboto Slab"/>
        </w:rPr>
        <w:t>2023, 2024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(Μικτή Σκυτάλη Triathle)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(Μικτή Σκυτάλη Laser Run)</w:t>
      </w:r>
    </w:p>
    <w:p>
      <w:pPr>
        <w:pStyle w:val="-4"/>
        <w:keepLines/>
        <w:rPr/>
      </w:pPr>
      <w:r>
        <w:rPr>
          <w:rFonts w:eastAsia="Roboto Slab" w:cs="Roboto Slab"/>
        </w:rPr>
        <w:t>2023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 Α΄ – Παγκορασίδες Α΄ U15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(Μικτή Σκυτάλη)</w:t>
      </w:r>
    </w:p>
    <w:p>
      <w:pPr>
        <w:pStyle w:val="-4"/>
        <w:keepLines/>
        <w:rPr/>
      </w:pPr>
      <w:r>
        <w:rPr>
          <w:rFonts w:eastAsia="Roboto Slab" w:cs="Roboto Slab"/>
        </w:rPr>
        <w:t>2021, 2022, 2023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 Β΄ – Παγκορασίδες Β΄ U13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(Μικτή Σκυτάλη)</w:t>
      </w:r>
    </w:p>
    <w:p>
      <w:pPr>
        <w:pStyle w:val="-4"/>
        <w:keepLines/>
        <w:rPr/>
      </w:pPr>
      <w:r>
        <w:rPr>
          <w:rFonts w:eastAsia="Roboto Slab" w:cs="Roboto Slab"/>
        </w:rPr>
        <w:t>2024, 2025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(Μικτή Σκυτάλη Triathle)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ΜΠΑΣΚΕΤ ΑΝΔΡΩΝ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1919)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132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Διηπειρωτικό Κύπελλο FIBA</w:t>
      </w:r>
    </w:p>
    <w:p>
      <w:pPr>
        <w:pStyle w:val="-4"/>
        <w:keepLines/>
        <w:rPr/>
      </w:pPr>
      <w:r>
        <w:rPr>
          <w:rFonts w:eastAsia="Roboto Slab" w:cs="Roboto Slab"/>
        </w:rPr>
        <w:t>1996</w:t>
      </w:r>
    </w:p>
    <w:p>
      <w:pPr>
        <w:pStyle w:val="-3"/>
        <w:keepNext w:val="true"/>
        <w:rPr/>
      </w:pPr>
      <w:r>
        <w:rPr>
          <w:rFonts w:eastAsia="Roboto Slab" w:cs="Roboto Slab"/>
        </w:rPr>
        <w:t>7 Πρωταθλήματα Ευρώπης</w:t>
      </w:r>
    </w:p>
    <w:p>
      <w:pPr>
        <w:pStyle w:val="-4"/>
        <w:keepLines/>
        <w:rPr/>
      </w:pPr>
      <w:r>
        <w:rPr>
          <w:rFonts w:eastAsia="Roboto Slab" w:cs="Roboto Slab"/>
        </w:rPr>
        <w:t>1996, 2000, 2002, 2007, 2009, 2011, 2024</w:t>
      </w:r>
    </w:p>
    <w:p>
      <w:pPr>
        <w:pStyle w:val="-3"/>
        <w:keepNext w:val="true"/>
        <w:rPr/>
      </w:pPr>
      <w:r>
        <w:rPr>
          <w:rFonts w:eastAsia="Roboto Slab" w:cs="Roboto Slab"/>
        </w:rPr>
        <w:t>41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1921, 1946, 1947, 1950, 1951, 1954, 1961, 1962, 1967, 1969, 1971, 1972, 1973, 1974, 1975, 1977, 1980, 1981, 1982, 1984, 1998, 1999, 2000, 2001, 2003, 2004, 2005, 2006, 2007, 2008, 2009, 2010, 2011, 2013, 2014, 2017, 2018, 2019, 2020, 2021, 2024</w:t>
      </w:r>
    </w:p>
    <w:p>
      <w:pPr>
        <w:pStyle w:val="-3"/>
        <w:keepNext w:val="true"/>
        <w:rPr/>
      </w:pPr>
      <w:r>
        <w:rPr>
          <w:rFonts w:eastAsia="Roboto Slab" w:cs="Roboto Slab"/>
        </w:rPr>
        <w:t>22 Κύπελλα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1979, 1982, 1983, 1986, 1993, 1996, 2003, 2005, 2006, 2007, 2008, 2009, 2012, 2013, 2014, 2015, 2016, 2017, 2019, 2021, 2025, 2026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Σούπερ Καπ</w:t>
      </w:r>
    </w:p>
    <w:p>
      <w:pPr>
        <w:pStyle w:val="-4"/>
        <w:keepLines/>
        <w:rPr/>
      </w:pPr>
      <w:r>
        <w:rPr>
          <w:rFonts w:eastAsia="Roboto Slab" w:cs="Roboto Slab"/>
        </w:rPr>
        <w:t>2021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1946, 1950, 1952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1947, 1948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ΕΣΚΑ «Αλέκος Αποστολίδης»</w:t>
      </w:r>
    </w:p>
    <w:p>
      <w:pPr>
        <w:pStyle w:val="-4"/>
        <w:keepLines/>
        <w:rPr/>
      </w:pPr>
      <w:r>
        <w:rPr>
          <w:rFonts w:eastAsia="Roboto Slab" w:cs="Roboto Slab"/>
        </w:rPr>
        <w:t>1981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Β΄ Ομάδες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1950, 1951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Παλαίμαχοι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7 Πρωταθλήματα ΣΠΑΚΕ</w:t>
      </w:r>
    </w:p>
    <w:p>
      <w:pPr>
        <w:pStyle w:val="-4"/>
        <w:keepLines/>
        <w:rPr/>
      </w:pPr>
      <w:r>
        <w:rPr>
          <w:rFonts w:eastAsia="Roboto Slab" w:cs="Roboto Slab"/>
        </w:rPr>
        <w:t>2017, 2018, 2019, 2022, 2023, 2025, 2026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2016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2012, 2015, 2016, 2023</w:t>
      </w:r>
    </w:p>
    <w:p>
      <w:pPr>
        <w:pStyle w:val="-3"/>
        <w:keepNext w:val="true"/>
        <w:rPr/>
      </w:pPr>
      <w:r>
        <w:rPr>
          <w:rFonts w:eastAsia="Roboto Slab" w:cs="Roboto Slab"/>
        </w:rPr>
        <w:t>1 Rising Stars (ΕΟΚ)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8 Πρωταθλήματα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1946, 1947, 1952, 1956, 1960, 1975, 1991, 1992</w:t>
      </w:r>
    </w:p>
    <w:p>
      <w:pPr>
        <w:pStyle w:val="-3"/>
        <w:keepNext w:val="true"/>
        <w:rPr/>
      </w:pPr>
      <w:r>
        <w:rPr>
          <w:rFonts w:eastAsia="Roboto Slab" w:cs="Roboto Slab"/>
        </w:rPr>
        <w:t>10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2011, 2012, 2013, 2014, 2015, 2016, 2022, 2023, 2024, 2025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2010, 2018, 2020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1974, 1989</w:t>
      </w:r>
    </w:p>
    <w:p>
      <w:pPr>
        <w:pStyle w:val="-3"/>
        <w:keepNext w:val="true"/>
        <w:rPr/>
      </w:pPr>
      <w:r>
        <w:rPr>
          <w:rFonts w:eastAsia="Roboto Slab" w:cs="Roboto Slab"/>
        </w:rPr>
        <w:t>9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2001, 2005, 2009, 2010, 2012, 2018, 2020, 2022, 2025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6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2007, 2008, 2009, 2010, 2012, 2016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 Β΄ U14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2026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112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Σταύρου Μαντέλλου,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υπέρ Πολεμιστών Κονίτσης,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Πανιωνίου, Νέα Σμύρνη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Φουστάνου,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Σπόρτιγκ,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Εορτών,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Μίλωνα Νέας Σμύρνης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Σταύρου Μαντέλλου,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Ιμβραημίας, Αλεξάνδρεια, Αίγυπτος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Σπόρτιγκ,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Πανελληνίου,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Κοντογιάννη,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«ΟΧΙ», Θεσσαλονίκη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Διεθνές Τουρνουά Πανελληνίου,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Αιθιοπίας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Αμερικανικού Στόλου «Σαρατόγκα»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«Μακάρεια», Λευκωσία, Κύπρος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Κολοσσού Ρόδου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«Φιλία ’84», Πάτρα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Σπόρτιγκ, Πατήσια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Ολυμπιακού Βόλου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Τράπανι, Ιταλία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Παλέρμο, Ιταλία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Φουενλαμπράδα, Ισπανία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Πόρτο, Πορτογαλία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«Ciudad de Palencia», Παλένθια, Ισπανία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«Euroclassic», Πέζαρο, Ιταλία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«Caretta Sunball», Λευκωσία, Κύπρος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Σρέτσε, Σλοβενία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«Terme di Castrocaro», Φορλί, Ιταλία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Λιουμπλιάνα, Σλοβενία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Real Madrid Christmas Tournament, Μαδρίτη, Ισπανία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«Belgrade Trophy ’99», Βελιγράδι, Σερβία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«Βάκης Παρασκευόπουλος», Βόλος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Σόφιας, Βουλγαρία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Χέμοφαρμ, Βρσατς, Σερβία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«Τάσος Κουταλιανός», Ρόδος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«Interwetten», Λεμεσός, Κύπρος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«Interwetten», Λεμεσός, Κύπρος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προς τιμήν Ίζτοκ Ρεμς, Λιουμπλιάνα, Σλοβενία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Μέταλατς Βάλιεβο, Σερβία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«Alexander Gomelsky Cup», Μόσχα, Ρωσία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«Love Cyprus», Λευκωσία, Κύπρος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Κρούσεβατς, Σερβία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Λέφσκι Σόφιας, Βουλγαρία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«Πέτρος Οικονομάκης», Ρέθυμνο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«Πέτρος Οικονομάκης», Ρέθυμνο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«Diamonds are forever», Μαρούσι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«Παύλος Γιαννακόπουλος», Μαρούσι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Orange Trophy, Πάτρα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«Παύλος Γιαννακόπουλος», Μαρούσι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«Νίκος Φάσουρας», Περιστέρι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«Παύλος Γιαννακόπουλος», Μαρούσι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Cedevita Tournament, Λιουμπλιάνα, Σλοβενία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«Νεόφυτος Χανδριώτης», Λευκωσία, Κύπρος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Διεθνές Τουρνουά Ρόδου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«Παύλος Γιαννακόπουλος», Μαρούσι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Πανιωνίου, Νέα Σμύρνη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ΑΣ Παπάγου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Πρωτοχρονιάς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Χριστουγέννων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Σχολής Ναυτικών Δοκίμων, Πειραιάς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Διεθνές Τουρνουά ΓΣ Περιστερίου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Περιηγητικής Λέσχης Παγκρατίου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Μίλωνα Νέας Σμύρνης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Χριστουγεννιάτικο Τουρνουά Πανιωνίου, Νέα Σμύρνη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ΑΕΚΤ, Καλλιθέα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Εσπέρου Καλλιθέας «Νίκος Γκάλης»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«Μεροπίς 2008», Κως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Εσπέρου Καλλιθέας «Νίκος Γκάλης»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Χριστουγέννων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Κέρκυρας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Κέρκυρας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Stella Azzurra, Ρώμη, Ιταλία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Πειραϊκού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Τυφώνα Ηρακλείου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«Αντώνης Σκυλογιάννης»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Βελγίου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Αμύντα Υμηττού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Περισσού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Σουηδίας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Εσπέρου Καλλιθέας «Νίκος Γκάλης»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«Μανόλης Ανδρόνικος», Περισσός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Μίλωνα Νέας Σμύρνης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Ακαδημιών BAC, Παλλήνη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Ικάρου Καλλιθέας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Υποδομών (διοργανωτές: Έσπερος Καλλιθέας –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Υποδομών (διοργανωτές: Παναθηναϊκός – Έσπερος Καλλιθέας – Πανιώνιος – ΓΣ Περιστερίου)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Υποδομών (διοργανωτές: Παναθηναϊκός – Έσπερος Καλλιθέας – Πανιώνιος – ΓΣ Περιστερίου)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Πασχαλινό Τουρνουά Πανελευσινιακού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FIBA Endorsed Tournament ΟΠΑΝΔΑ (3×3),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Legacy Tournament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Easter Basketball Cup, Λουτράκι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 Β΄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Μίλωνα Νέας Σμύρνης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Πέζαρο, Ιταλία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Μίλωνα Νέας Σμύρνης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Υποδομών (διοργανωτές: Παναθηναϊκός – Έσπερος Καλλιθέας – Πανιώνιος – ΓΣ Περιστερίου)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Xbox One Cup, Λουτράκι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Υποδομών (3×3) (διοργανωτές: Παναθηναϊκός – Έσπερος Καλλιθέας – Πανιώνιος – ΓΣ Περιστερίου)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Teleunicom Cup,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Legacy Tournament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EVOQ Challenge Cup, Κωνσταντινούπολη, Τουρκία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Μίνι Αγόρια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Ερμούπολης, Σύρος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Ακαδημιών BAC, Παλλήνη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Ακαδημιών BAC, Παλλήνη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Xbox One Cup, Λουτράκι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«Mini 2003»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Προ Μίνι Αγόρια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Παλατιανής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Ικάρου Καλλιθέας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Τζούνιορ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Προσφοράς και Αλληλεγγύης Δήμου Αθηναίων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ΜΠΑΣΚΕΤ ΓΥΝΑΙΚΩΝ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1937)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39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5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1998, 2000, 2005, 2013, 2021</w:t>
      </w:r>
    </w:p>
    <w:p>
      <w:pPr>
        <w:pStyle w:val="-3"/>
        <w:keepNext w:val="true"/>
        <w:rPr/>
      </w:pPr>
      <w:r>
        <w:rPr>
          <w:rFonts w:eastAsia="Roboto Slab" w:cs="Roboto Slab"/>
        </w:rPr>
        <w:t>3 Κύπελλα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2000, 2023, 2024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1950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Νεάνιδες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2018, 2022</w:t>
      </w:r>
    </w:p>
    <w:p>
      <w:pPr>
        <w:pStyle w:val="-3"/>
        <w:keepNext w:val="true"/>
        <w:rPr/>
      </w:pPr>
      <w:r>
        <w:rPr>
          <w:rFonts w:eastAsia="Roboto Slab" w:cs="Roboto Slab"/>
        </w:rPr>
        <w:t>10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2014, 2016, 2017, 2018, 2019, 2022, 2023, 2024, 2025, 2026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Κορασίδες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2016, 2017, 2022, 2026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11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2015, 2016, 2017, 2019, 2020, 2021, 2022, 2023, 2024, 2025, 2026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Παγκορασίδες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2018, 2023, 2025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20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Πάσχα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Εσπέρου Καλλιθέας «Τάκης Κοντούζογλου»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Παλαιού Φαλήρου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«Μπιζάνεια», Καλλιθέα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«Νίκος Μαρίνος», Νέα Σμύρνη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«Νίκος Μαρίνος», Νέα Σμύρνη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«Χάρης Πασσανικολάκης», Κως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«Βασίλης Σακόπουλος», Πατήσια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ΚΑΟ Μελισσίων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ΚΑΟ Μελισσίων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«Μπιζάνεια», Καλλιθέα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 – Β΄ Ομάδες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Σταύρου Μαντέλλου, Αθήνα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Νεάνιδες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Παναθηναϊκού, Αθήνα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Κορασίδες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Καλλικράτειας Χαλκιδικής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10 λεπτών (Παναθηναϊκός – Καλύβια – Λαγονήσι – Γέρακας)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Ρόδου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Waterfall Magic Basket, Έδεσσα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Παγκορασίδες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Υποδομών (διοργανωτές: Παναθηναϊκός – Έσπερος Καλλιθέας – Πανιώνιος – ΓΣ Περιστερίου)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ΜΠΑΣΚΕΤ ΜΕ ΑΜΑΞΙΔΙΟ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2018)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8</w:t>
      </w:r>
    </w:p>
    <w:p>
      <w:pPr>
        <w:pStyle w:val="-2"/>
        <w:rPr/>
      </w:pPr>
      <w:r>
        <w:rPr/>
        <w:t>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2022, 2024, 2026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3 Κύπελλα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2022, 2024, 2025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Σούπερ Καπ</w:t>
      </w:r>
    </w:p>
    <w:p>
      <w:pPr>
        <w:pStyle w:val="-4"/>
        <w:keepLines/>
        <w:rPr/>
      </w:pPr>
      <w:r>
        <w:rPr>
          <w:rFonts w:eastAsia="Roboto Slab" w:cs="Roboto Slab"/>
        </w:rPr>
        <w:t>2022</w:t>
      </w:r>
    </w:p>
    <w:p>
      <w:pPr>
        <w:pStyle w:val="-3"/>
        <w:rPr/>
      </w:pPr>
      <w:r>
        <w:rPr/>
        <w:t>1 Τουρνουά Παραολυμπιακού Πανοράματος (3×3)</w:t>
      </w:r>
    </w:p>
    <w:p>
      <w:pPr>
        <w:pStyle w:val="-4"/>
        <w:rPr/>
      </w:pPr>
      <w:r>
        <w:rPr/>
        <w:t>2021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Γυναίκες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Mercedes-Benz Hellas, Νέα Κηφισιά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Alphamega International Cup, Λευκωσία, Κύπρος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ΜΠΑΣΚΕΤ ΜΕ ΝΟΗΤΙΚΗ ΑΝΑΠΗΡΙΑ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2022)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Γυναίκες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Πρωτάθλημα Basketaki ΑμεΑ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Πρωτάθλημα Basketaki ΑμεΑ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Πρωτάθλημα Basketaki ΑμεΑ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ΜΠΕΪΖΜΠΟΛ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2014)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2014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ΞΙΦΑΣΚΙΑ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1926)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93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Γενική Βαθμολογία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10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1963, 1965, 1967, 1968, 1969, 1970, 1971, 1972, 1973, 1974</w:t>
      </w:r>
    </w:p>
    <w:p>
      <w:pPr>
        <w:pStyle w:val="-3"/>
        <w:keepNext w:val="true"/>
        <w:rPr/>
      </w:pPr>
      <w:r>
        <w:rPr>
          <w:rFonts w:eastAsia="Roboto Slab" w:cs="Roboto Slab"/>
        </w:rPr>
        <w:t>11 Πρωταθλήματα Ελλάδας (Γενική Βαθμολογία Ομαδικών Αγωνισμάτων)</w:t>
      </w:r>
    </w:p>
    <w:p>
      <w:pPr>
        <w:pStyle w:val="-4"/>
        <w:keepLines/>
        <w:rPr/>
      </w:pPr>
      <w:r>
        <w:rPr>
          <w:rFonts w:eastAsia="Roboto Slab" w:cs="Roboto Slab"/>
        </w:rPr>
        <w:t>1964, 1965, 1967, 1968, 1969, 1970, 1971, 1973, 1974, 1975, 1977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(Γενική Βαθμολογία περιόδου 1964–1965)</w:t>
      </w:r>
    </w:p>
    <w:p>
      <w:pPr>
        <w:pStyle w:val="-4"/>
        <w:keepLines/>
        <w:rPr/>
      </w:pPr>
      <w:r>
        <w:rPr>
          <w:rFonts w:eastAsia="Roboto Slab" w:cs="Roboto Slab"/>
        </w:rPr>
        <w:t>1965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Χειμερινά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1977, 1978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Εαρινό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Θερινό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15 Πρωταθλήματα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1963, 1965, 1966, 1967, 1968, 1969, 1970, 1971, 1972, 1973, 1974, 1975, 1976, 1978, 1980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ΞΙΦΟΣ ΜΟΝΟΜΑΧΙΑΣ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14 Πρωταθλήματα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1964, 1965, 1966, 1967, 1969, 1970, 1971, 1973, 1974, 1975, 1976, 1977, 1980, 2017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Ομοσπονδίας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1981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ΞΙΦΟΣ ΑΣΚΗΣΕΩΣ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10 Πρωταθλήματα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1965, 1967, 1968, 1969, 1970, 1971, 1973, 1975, 1977, 1978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ΣΠΑΘΗ</w:t>
      </w:r>
    </w:p>
    <w:p>
      <w:pPr>
        <w:pStyle w:val="-3"/>
        <w:keepNext w:val="true"/>
        <w:rPr/>
      </w:pPr>
      <w:r>
        <w:rPr>
          <w:rFonts w:eastAsia="Roboto Slab" w:cs="Roboto Slab"/>
        </w:rPr>
        <w:t>5 Πρωταθλήματα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1964, 1970, 1971, 1973, 1974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Β΄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1969, 1970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(Πολυνίκης)</w:t>
      </w:r>
    </w:p>
    <w:p>
      <w:pPr>
        <w:pStyle w:val="-4"/>
        <w:keepLines/>
        <w:rPr/>
      </w:pPr>
      <w:r>
        <w:rPr>
          <w:rFonts w:eastAsia="Roboto Slab" w:cs="Roboto Slab"/>
        </w:rPr>
        <w:t>1962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ΞΙΦΟΣ ΑΣΚΗΣΕΩΣ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9 Πρωταθλήματα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1963, 1964, 1965, 1967, 1968, 1969, 1970, 1971, 1973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ΞΙΦΟΣ ΜΟΝΟΜΑΧΙΑΣ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1965, 1967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ΞΙΦΟΣ ΑΣΚΗΣΕΩΣ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1963, 1965, 1967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ΣΠΑΘΗ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1963, 1964, 1965, 1967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εις μνήμην Στέφανου Ζήντζου (διοργανωτής: Πανελλήνιος ΓΣ)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εις μνήμην Στέφανου Ζήντζου (διοργανωτής: Πανελλήνιος ΓΣ)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ΞΙΦΑΣΚΙΑ ΜΕ ΑΜΑΞΙΔΙΟ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2019)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5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5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2021, 2022, 2023, 2024, 2025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ΠΑΛΗ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1949)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15</w:t>
      </w:r>
    </w:p>
    <w:p>
      <w:pPr>
        <w:pStyle w:val="-"/>
        <w:keepNext w:val="true"/>
        <w:keepLines/>
        <w:jc w:val="start"/>
        <w:rPr/>
      </w:pPr>
      <w:r>
        <w:rPr>
          <w:rFonts w:eastAsia="Roboto Slab Medium" w:cs="Roboto Slab Medium"/>
          <w:color w:val="1B5E20"/>
        </w:rPr>
        <w:t>ΕΛΛΗΝΟΡΩΜΑΪΚΗ ΠΑΛΗ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2014, 2015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Νοτίου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1982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Νοτίου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Β΄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Νοτίου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1981, 1985, 1986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Νοτίου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1970, 1981, 1982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Αβράβευτοι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Νοτίου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1990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Νοτίου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1988</w:t>
      </w:r>
    </w:p>
    <w:p>
      <w:pPr>
        <w:pStyle w:val="-"/>
        <w:keepNext w:val="true"/>
        <w:keepLines/>
        <w:jc w:val="start"/>
        <w:rPr/>
      </w:pPr>
      <w:r>
        <w:rPr>
          <w:rFonts w:eastAsia="Roboto Slab Medium" w:cs="Roboto Slab Medium"/>
          <w:color w:val="1B5E20"/>
        </w:rPr>
        <w:t>ΕΛΕΥΘΕΡΑ ΠΑΛΗ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Νοτίου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1971</w:t>
      </w:r>
    </w:p>
    <w:p>
      <w:pPr>
        <w:pStyle w:val="-"/>
        <w:keepNext w:val="true"/>
        <w:keepLines/>
        <w:jc w:val="start"/>
        <w:rPr/>
      </w:pPr>
      <w:r>
        <w:rPr>
          <w:rFonts w:eastAsia="Roboto Slab Medium" w:cs="Roboto Slab Medium"/>
          <w:color w:val="1B5E20"/>
        </w:rPr>
        <w:t>ΠΑΛΗ ΣΕ ΑΜΜΟ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Παγκορασίδες U15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>ΠΑΡΑΚΑΝΟΕ (έτος ίδρυσης: 2021)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</w:t>
      </w:r>
    </w:p>
    <w:p>
      <w:pPr>
        <w:pStyle w:val="-2"/>
        <w:rPr/>
      </w:pPr>
      <w:r>
        <w:rPr/>
        <w:t>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2026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ΠΑΡΑΜΠΑΝΤΜΙΝΤΟΝ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2020)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</w:t>
      </w:r>
    </w:p>
    <w:p>
      <w:pPr>
        <w:pStyle w:val="-2"/>
        <w:rPr/>
      </w:pPr>
      <w:r>
        <w:rPr/>
        <w:t>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2026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ΠΟΔΗΛΑΣΙΑ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1926)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164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Γενική Βαθμολογία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 (Δρόμος – Πίστα)</w:t>
      </w:r>
    </w:p>
    <w:p>
      <w:pPr>
        <w:pStyle w:val="-4"/>
        <w:keepLines/>
        <w:rPr/>
      </w:pPr>
      <w:r>
        <w:rPr>
          <w:rFonts w:eastAsia="Roboto Slab" w:cs="Roboto Slab"/>
        </w:rPr>
        <w:t>1967, 1969, 1970, 1973</w:t>
      </w:r>
    </w:p>
    <w:p>
      <w:pPr>
        <w:pStyle w:val="-"/>
        <w:keepNext w:val="true"/>
        <w:keepLines/>
        <w:jc w:val="start"/>
        <w:rPr/>
      </w:pPr>
      <w:r>
        <w:rPr>
          <w:rFonts w:eastAsia="Roboto Slab Medium" w:cs="Roboto Slab Medium"/>
          <w:color w:val="1B5E20"/>
        </w:rPr>
        <w:t>ΠΟΔΗΛΑΣΙΑ ΔΡΟΜΟΥ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Γενική Βαθμολογία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(Δρόμος)</w:t>
      </w:r>
    </w:p>
    <w:p>
      <w:pPr>
        <w:pStyle w:val="-4"/>
        <w:keepLines/>
        <w:rPr/>
      </w:pPr>
      <w:r>
        <w:rPr>
          <w:rFonts w:eastAsia="Roboto Slab" w:cs="Roboto Slab"/>
        </w:rPr>
        <w:t>1997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7 Πρωταθλήματα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1934, 1951, 1952, 1969, 1970, 1971, 1973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1940, 1958</w:t>
      </w:r>
    </w:p>
    <w:p>
      <w:pPr>
        <w:pStyle w:val="-3"/>
        <w:keepNext w:val="true"/>
        <w:rPr/>
      </w:pPr>
      <w:r>
        <w:rPr>
          <w:rFonts w:eastAsia="Roboto Slab" w:cs="Roboto Slab"/>
        </w:rPr>
        <w:t>13 Πρωταθλήματα Ελλάδας (Ομαδική Χρονομέτρηση)</w:t>
      </w:r>
    </w:p>
    <w:p>
      <w:pPr>
        <w:pStyle w:val="-4"/>
        <w:keepLines/>
        <w:rPr/>
      </w:pPr>
      <w:r>
        <w:rPr>
          <w:rFonts w:eastAsia="Roboto Slab" w:cs="Roboto Slab"/>
        </w:rPr>
        <w:t>1954, 1965, 1970, 1972, 1973, 1980, 1981, 1982, 1983, 1984, 1985, 1989, 1990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(Ταχύτητα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1951</w:t>
      </w:r>
    </w:p>
    <w:p>
      <w:pPr>
        <w:pStyle w:val="-3"/>
        <w:keepNext w:val="true"/>
        <w:rPr/>
      </w:pPr>
      <w:r>
        <w:rPr>
          <w:rFonts w:eastAsia="Roboto Slab" w:cs="Roboto Slab"/>
        </w:rPr>
        <w:t>5 Πρωταθλήματα Ελλάδας (Αντοχή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1955, 1965, 1979, 1982, 1983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 (Ανάβαση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1967, 1968, 1970, 1974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 (Ζεύγη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1968, 1969, 1970, 1971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(1 Ώρα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1968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(Σκυταλοδρομία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«Αθήνα – Θεσσαλονίκη»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«Αθήνα – Πάτρα»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«Αθήνα – Καρδίτσα»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1957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«Αθήνα – Χαλκίδα»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Αναπτυξιακό Πρωτάθλημα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Κεντρικής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1985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Αττικής (Γενική Βαθμολογία ΤΕΠΑ)</w:t>
      </w:r>
    </w:p>
    <w:p>
      <w:pPr>
        <w:pStyle w:val="-4"/>
        <w:keepLines/>
        <w:rPr/>
      </w:pPr>
      <w:r>
        <w:rPr>
          <w:rFonts w:eastAsia="Roboto Slab" w:cs="Roboto Slab"/>
        </w:rPr>
        <w:t>1990, 1992</w:t>
      </w:r>
    </w:p>
    <w:p>
      <w:pPr>
        <w:pStyle w:val="-3"/>
        <w:keepNext w:val="true"/>
        <w:rPr/>
      </w:pPr>
      <w:r>
        <w:rPr>
          <w:rFonts w:eastAsia="Roboto Slab" w:cs="Roboto Slab"/>
        </w:rPr>
        <w:t>11 Πρωταθλήματα Αττικής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1954, 1957, 1963, 1964, 1965, 1966, 1969, 1970, 1971, 1973, 1974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Αττικής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1957, 1959, 1961</w:t>
      </w:r>
    </w:p>
    <w:p>
      <w:pPr>
        <w:pStyle w:val="-3"/>
        <w:keepNext w:val="true"/>
        <w:rPr/>
      </w:pPr>
      <w:r>
        <w:rPr>
          <w:rFonts w:eastAsia="Roboto Slab" w:cs="Roboto Slab"/>
        </w:rPr>
        <w:t>21 Πρωταθλήματα Αττικής (Ομαδική Χρονομέτρηση)</w:t>
      </w:r>
    </w:p>
    <w:p>
      <w:pPr>
        <w:pStyle w:val="-4"/>
        <w:keepLines/>
        <w:rPr/>
      </w:pPr>
      <w:r>
        <w:rPr>
          <w:rFonts w:eastAsia="Roboto Slab" w:cs="Roboto Slab"/>
        </w:rPr>
        <w:t>1964, 1965, 1966, 1969, 1970, 1971, 1973, 1979, 1980, 1981, 1982, 1983, 1984, 1985, 1986, 1987, 1988, 1989, 1991, 1992, 1993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Αττικής (Ατομική Χρονομέτρηση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1982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Αττικής (Αντοχή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1979, 1980, 1982, 1983</w:t>
      </w:r>
    </w:p>
    <w:p>
      <w:pPr>
        <w:pStyle w:val="-3"/>
        <w:keepNext w:val="true"/>
        <w:rPr/>
      </w:pPr>
      <w:r>
        <w:rPr>
          <w:rFonts w:eastAsia="Roboto Slab" w:cs="Roboto Slab"/>
        </w:rPr>
        <w:t>8 Διασυλλογικά Πρωταθλήματα Αττικής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1961, 1964, 1967, 1971 (Α΄), 1971 (Β΄), 1986, 1990 (Α΄), 1990 (Β΄)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Γύροι Αττικής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1990, 1994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Β΄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Νοτίου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1976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Νοτίου Ελλάδας (Ομαδική Χρονομέτρηση)</w:t>
      </w:r>
    </w:p>
    <w:p>
      <w:pPr>
        <w:pStyle w:val="-4"/>
        <w:keepLines/>
        <w:rPr/>
      </w:pPr>
      <w:r>
        <w:rPr>
          <w:rFonts w:eastAsia="Roboto Slab" w:cs="Roboto Slab"/>
        </w:rPr>
        <w:t>1976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Νοτίου Ελλάδας (Αντοχή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1976</w:t>
      </w:r>
    </w:p>
    <w:p>
      <w:pPr>
        <w:pStyle w:val="-3"/>
        <w:keepNext w:val="true"/>
        <w:rPr/>
      </w:pPr>
      <w:r>
        <w:rPr>
          <w:rFonts w:eastAsia="Roboto Slab" w:cs="Roboto Slab"/>
        </w:rPr>
        <w:t>7 Πρωταθλήματα Αττικής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1963, 1964, 1966, 1968, 1970, 1973, 1974</w:t>
      </w:r>
    </w:p>
    <w:p>
      <w:pPr>
        <w:pStyle w:val="-3"/>
        <w:keepNext w:val="true"/>
        <w:rPr/>
      </w:pPr>
      <w:r>
        <w:rPr>
          <w:rFonts w:eastAsia="Roboto Slab" w:cs="Roboto Slab"/>
        </w:rPr>
        <w:t>9 Πρωταθλήματα Αττικής (Ομαδική Χρονομέτρηση)</w:t>
      </w:r>
    </w:p>
    <w:p>
      <w:pPr>
        <w:pStyle w:val="-4"/>
        <w:keepLines/>
        <w:rPr/>
      </w:pPr>
      <w:r>
        <w:rPr>
          <w:rFonts w:eastAsia="Roboto Slab" w:cs="Roboto Slab"/>
        </w:rPr>
        <w:t>1964, 1966, 1967, 1968, 1970, 1971, 1973, 1974, 1975</w:t>
      </w:r>
    </w:p>
    <w:p>
      <w:pPr>
        <w:pStyle w:val="-3"/>
        <w:keepNext w:val="true"/>
        <w:rPr/>
      </w:pPr>
      <w:r>
        <w:rPr>
          <w:rFonts w:eastAsia="Roboto Slab" w:cs="Roboto Slab"/>
        </w:rPr>
        <w:t>6 Πρωταθλήματα Αττικής (Ατομική Χρονομέτρηση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1934, 1956, 1957, 1961, 1962, 1964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Αττικής (Σπριντ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Αττικής (Ταχύτητα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Αττικής (Αντοχή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Αττικής (Ζεύγη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1971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Αττικής (Σκυταλοδρομία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1963</w:t>
      </w:r>
    </w:p>
    <w:p>
      <w:pPr>
        <w:pStyle w:val="-3"/>
        <w:keepNext w:val="true"/>
        <w:rPr/>
      </w:pPr>
      <w:r>
        <w:rPr>
          <w:rFonts w:eastAsia="Roboto Slab" w:cs="Roboto Slab"/>
        </w:rPr>
        <w:t>8 Διασυλλογικά Πρωταθλήματα Αττικής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1961 (Α΄), 1961 (Β΄), 1962, 1963, 1964, 1967, 1970, 1971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Β΄ Κατηγορία – Β΄ Ομάδες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Αττικής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1965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Αρχάριοι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(Ομαδική Χρονομέτρηση)</w:t>
      </w:r>
    </w:p>
    <w:p>
      <w:pPr>
        <w:pStyle w:val="-4"/>
        <w:keepLines/>
        <w:rPr/>
      </w:pPr>
      <w:r>
        <w:rPr>
          <w:rFonts w:eastAsia="Roboto Slab" w:cs="Roboto Slab"/>
        </w:rPr>
        <w:t>1981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(Αντοχή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1977, 1980, 1981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Αττικής (Γενική Βαθμολογία ΤΕΠΑ)</w:t>
      </w:r>
    </w:p>
    <w:p>
      <w:pPr>
        <w:pStyle w:val="-4"/>
        <w:keepLines/>
        <w:rPr/>
      </w:pPr>
      <w:r>
        <w:rPr>
          <w:rFonts w:eastAsia="Roboto Slab" w:cs="Roboto Slab"/>
        </w:rPr>
        <w:t>1990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Αττικής (Γενική Βαθμολογία ΕΟΠ)</w:t>
      </w:r>
    </w:p>
    <w:p>
      <w:pPr>
        <w:pStyle w:val="-4"/>
        <w:keepLines/>
        <w:rPr/>
      </w:pPr>
      <w:r>
        <w:rPr>
          <w:rFonts w:eastAsia="Roboto Slab" w:cs="Roboto Slab"/>
        </w:rPr>
        <w:t>1980</w:t>
      </w:r>
    </w:p>
    <w:p>
      <w:pPr>
        <w:pStyle w:val="-3"/>
        <w:keepNext w:val="true"/>
        <w:rPr/>
      </w:pPr>
      <w:r>
        <w:rPr>
          <w:rFonts w:eastAsia="Roboto Slab" w:cs="Roboto Slab"/>
        </w:rPr>
        <w:t>7 Πρωταθλήματα Αττικής (Ομαδική Χρονομέτρηση)</w:t>
      </w:r>
    </w:p>
    <w:p>
      <w:pPr>
        <w:pStyle w:val="-4"/>
        <w:keepLines/>
        <w:rPr/>
      </w:pPr>
      <w:r>
        <w:rPr>
          <w:rFonts w:eastAsia="Roboto Slab" w:cs="Roboto Slab"/>
        </w:rPr>
        <w:t>1978, 1979, 1980, 1982, 1983, 1990, 1991</w:t>
      </w:r>
    </w:p>
    <w:p>
      <w:pPr>
        <w:pStyle w:val="-3"/>
        <w:keepNext w:val="true"/>
        <w:rPr/>
      </w:pPr>
      <w:r>
        <w:rPr>
          <w:rFonts w:eastAsia="Roboto Slab" w:cs="Roboto Slab"/>
        </w:rPr>
        <w:t>5 Πρωταθλήματα Αττικής (Αντοχή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1977, 1978, 1979, 1980, 1982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Αττικής (Ατομική Χρονομέτρηση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1991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Αττικής (Αντοχή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Αττικής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1988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168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Αθήνα – Αίγιο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Αθήνα – Χαλκίδα (διοργανώτρια: ΑΕΚ)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Νέας Φιλαδέλφειας (διοργανώτρια: ΑΕΚ)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Νίκαια – Μέγαρα (διοργανώτρια: ΑΕ Νικαίας)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Αθήνα – Τρίπολη (διοργανώτρια: ΑΕ Νικαίας)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Αθήνα – Λιβαδειά (διοργανώτρια: ΑΕ Νικαίας)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Φιλοθέης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Πειραιά (διοργανώτρια: Δάφνη Πειραιώς)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Νίκαια – Μέγαρα (διοργανώτρια: ΑΕ Νικαίας)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Ερμή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Νέας Ιωνίας (διοργανώτρια: ΑΕΚ)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Άλιμος – Σούνιο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Λευκαδίτεια (διοργανωτής: «Αθανάσιος Λευκαδίτης»)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Κουκουβάουνες – Τατόι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70 χλμ.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Πεντέλης (διοργανωτής: ΣΕΓΑΣ)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117 χλμ. Άλιμος – Σούνιο – Άλιμος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Ηλιούπολης (διοργανωτής: Ηρακλής Μουσείου)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Καστελόριζου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60 ετών Παναθηναϊκού (Αθήνα – Σούνιο – Αθήνα)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Υμηττού (διοργανωτής: ΑΟ Παγκρατίου)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Λάρισας (διοργανωτής: ΓΣ Λαρίσης)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Σιρκουί Φιλοθέης (διοργανωτής: «Αθανάσιος Λευκαδίτης»)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Ολυμπιακής Ημέρας (διοργανώτρια: Επιτροπή Ολυμπιακών Αγώνων)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«Σπύρος Λούης» (διοργανωτής: Παράδεισος Αμαρουσίου)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Ολυμπιακής Ημέρας (διοργανώτρια: Επιτροπή Ολυμπιακών Αγώνων)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εις μνήμην Μπατάγια (διοργανωτής: Παράδεισος Αμαρουσίου)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εις μνήμην Μπατάγια (διοργανωτής: Παράδεισος Αμαρουσίου)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Παναγοπούλεια (διοργανωτής: ΑΟ Αγρινίου)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Υμηττού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Ηλιούπολης (διοργανωτής: Ηρακλής Μουσείου)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Σιρκουί Αιγάλεω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Παναγοπούλεια (διοργανωτής: ΑΟ Αγρινίου)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εις μνήμην Μπατάγια (διοργανωτής: Παράδεισος Αμαρουσίου)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Θυσίας (διοργανωτής: ΠΟ Πατρών)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Βενιζέλεια (διοργανωτής: Κύδων Χανίων)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Ηλιούπολης (διοργανωτής: Ηρακλής Μουσείου)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Αθήνα – Μαλακάσα (διοργανωτής: Ηρακλής Μουσείου)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Αντοχής Λαμίας (διοργανωτής: «Αθανάσιος Διάκος»)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Αθήνας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Πεντέλης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Πεντέλης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Βελισσαράτεια (διοργανωτές: ΑΕΚ – Ηρακλής Μουσείου)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«Αφαία»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Θυσίας (διοργανωτής: ΠΟ Πατρών)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Βενιζέλεια (διοργανωτής: Κύδων Χανίων)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Αίγινας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Υμηττού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Πεντέλης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Αίγινας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Μοσχάτου (διοργανωτές: Φαέθων Καλλιθέας – Δήμος Μοσχάτου)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Πολυτεχνειούπολης Ζωγράφου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Βελισσαράτεια (διοργανωτές: ΑΕΚ – Ηρακλής Μουσείου)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Τρανοπούλεια (διοργανώτρια: ΑΕΚ)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Αττικού Άλσους (διοργανώτρια: ΑΕΚ)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Υμηττού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Θυσίας (διοργανωτής: ΠΟ Πατρών)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Βενιζέλεια (διοργανωτής: Κύδων Χανίων)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Βελισσαράτεια (διοργανωτές: ΑΕΚ – Ηρακλής Μουσείου)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Ελίκεια ’84 (διοργανωτής: ΠΟΒΕ)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Υμηττού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Πολυτεχνειούπολης Ζωγράφου (διοργανωτές: ΠΕΣΑ Αστέρας Ζωγράφου – ΠΟΒΕ)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70 χλμ. Ρεθύμνου (διοργανωτής: Πήγασος Κυψέλης)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Υμηττού (διοργανωτές: ΠΕΣΑ Αστέρας Ζωγράφου – ΠΟΒΕ)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Θυσίας (διοργανωτής: ΠΟ Πατρών)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Σουνίου (διοργανωτές: ΠΕΣΑ Αστέρας Ζωγράφου – ΠΟΒΕ)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Μοσχάτου (διοργανωτές: Φαέθων Καλλιθέας – Δήμος Μοσχάτου)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Ελληνικού (διοργανωτές: Παναθηναϊκός – Δήμος Ελληνικού)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Δροσιάς (διοργανωτής: Πανερυθραϊκός)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Λούεια (διοργανωτής: Παράδεισος Αμαρουσίου)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Υμηττού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66 χλμ. Πανεπιστημιούπολης Ζωγράφου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Υμηττού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Ελληνικού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Υμηττού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66 χλμ. Πανεπιστημιούπολης Ζωγράφου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Βενιζέλεια (διοργανωτής: Κύδων Χανίων)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Διασυλλογικός Αγώνας (διοργανωτής: ΠΟ Πατρών)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Λαμίας (διοργανωτής: «Αθανάσιος Διάκος»)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Θυσίας (διοργανωτής: ΠΟ Πατρών)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Υμηττού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Ελληνικού (διοργανωτής: Δήμος Ελληνικού)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Γαλατσίου (διοργανωτής: ΠΟΒΕ)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Θυσίας Αιγάλεω (διοργανωτής: ΠΟΒΕ)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Θυσίας Αιγάλεω (διοργανωτής: ΠΟΒΕ)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Ακρόπολης – Υμηττού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Διασυλλογικός Αγώνας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«Κρεμαστός Λαγός» (διοργανωτής: Σπάρτακος Γλυφάδας)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Ακρόπολης – Υμηττού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Σιρκουί (διοργανωτής: Σπάρτακος Γλυφάδας)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Θυσίας (διοργανωτής: ΠΟ Πατρών)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Ακρόπολης – Υμηττού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Άνοιξης (διοργανωτής: Τάλως Χανίων)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Β΄ Κατηγορία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Λευκαδίτεια (διοργανωτής: «Αθανάσιος Λευκαδίτης»)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Ερμή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Λευκαδίτεια (διοργανωτής: «Αθανάσιος Λευκαδίτης»)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Λευκαδίτεια (διοργανωτής: «Αθανάσιος Λευκαδίτης»)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Λυκαβηττού (Α΄, 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Λυκαβηττού (Β΄, 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Νέας Ιωνίας (διοργανώτρια: ΑΕΚ)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Ερμή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Αγία Παρασκευή – Τατόι (διοργανώτρια: ΑΕΚ)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50 χλμ. (διοργανωτής: Ηρακλής Μουσείου)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60 χλμ. (διοργανωτής: Ηρακλής Μουσείου)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Ηλιούπολης (διοργανωτής: Ηρακλής Μουσείου)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Λευκαδίτεια (διοργανωτής: «Αθανάσιος Λευκαδίτης»)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Λυκαβηττού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Λευκαδίτεια (διοργανωτής: «Αθανάσιος Λευκαδίτης»)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Λευκαδίτεια (διοργανωτής: «Αθανάσιος Λευκαδίτης»)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Λευκαδίτεια (διοργανωτής: «Αθανάσιος Λευκαδίτης»)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Γ΄ Κατηγορία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Λευκαδίτεια (διοργανωτής: «Αθανάσιος Λευκαδίτης»)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Παλαίμαχοι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Υμηττού (διοργανωτές: ΠΕΣΑ Αστέρας Ζωγράφου – ΠΟΒΕ)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Υμηττού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Ολυμπιακής Ημέρας (διοργανώτρια: ΑΕΚ)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Σιρκουί Αιγάλεω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Αντοχής Λαμίας (διοργανωτής: «Αθανάσιος Διάκος»)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Νέας Ερυθραίας (διοργανωτής: Πανερυθραϊκός)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Μοσχάτου (διοργανωτές: Φαέθων Καλλιθέας – Δήμος Μοσχάτου)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Τρικάλων (διοργανωτής: ΑΣ Τρίκκη)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Νέας Ιωνίας (διοργανωτής: ΟΦΝΙ)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Βελισσαράτεια (διοργανωτές: ΑΕΚ – Ηρακλής Μουσείου)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Υμηττού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Πεντέλης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Βενιζέλεια (διοργανωτής: Κύδων Χανίων)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Θυσίας (διοργανωτής: ΠΟ Πατρών)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Διασυλλογικός Αγώνας (διοργανωτές: Ερμής –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Πολυτεχνειούπολης Ζωγράφου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Πολυτεχνειούπολης Ζωγράφου (διοργανωτές: ΠΕΣΑ Αστέρας Ζωγράφου – ΠΟΒΕ)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70 χλμ. Ρεθύμνου (διοργανωτής: Πήγασος Κυψέλης)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Πάρνηθας (διοργανωτής: Ερμής)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Υμηττού (διοργανωτής: ΠΕΣΑ Αστέρας Ζωγράφου)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Νέας Ερυθραίας (διοργανωτής: Πανερυθραϊκός)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Φλαμπουρίου Πάρνηθας (διοργανωτές: Φαέθων Καλλιθέας – Πήγασος Κυψέλης)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Διασυλλογικός Αγώνας (διοργανωτής: ΠΟ Πατρών)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Νέας Ερυθραίας (διοργανωτής: Πανερυθραϊκός)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Ελληνικού (διοργανωτής: Δήμος Ελληνικού)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Φλαμπουρίου Πάρνηθας (διοργανωτές: Φαέθων Καλλιθέας – Πήγασος Κυψέλης)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Ανάβαση Καστελόριζου (διοργανωτής: Πήγασος Κυψέλης)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Γύρος Θυσίας Αιγάλεω (διοργανωτής: ΠΟΒΕ)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«Κρεμαστός Λαγός» (διοργανωτής: Σπάρτακος Γλυφάδας)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Διασυλλογικός Αγώνας (διοργανωτής: ΠΕΣΑ Αστέρας Ζωγράφου)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Αντοχής Λαμίας (διοργανωτής: «Αθανάσιος Διάκος»)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Διασυλλογικό Σιρκουί (διοργανωτής: ΠΟ Χαλκίδας)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Διασυλλογικός Αγώνας (διοργανωτής: Παναθηναϊκός)</w:t>
      </w:r>
    </w:p>
    <w:p>
      <w:pPr>
        <w:pStyle w:val="-"/>
        <w:keepNext w:val="true"/>
        <w:keepLines/>
        <w:jc w:val="start"/>
        <w:rPr/>
      </w:pPr>
      <w:r>
        <w:rPr>
          <w:rFonts w:eastAsia="Roboto Slab Medium" w:cs="Roboto Slab Medium"/>
          <w:color w:val="1B5E20"/>
        </w:rPr>
        <w:t>ΠΟΔΗΛΑΣΙΑ ΠΙΣΤΑΣ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8 Πρωταθλήματα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1954, 1956, 1958, 1967, 1968, 1969, 1970, 2017</w:t>
      </w:r>
    </w:p>
    <w:p>
      <w:pPr>
        <w:pStyle w:val="-3"/>
        <w:keepNext w:val="true"/>
        <w:rPr/>
      </w:pPr>
      <w:r>
        <w:rPr>
          <w:rFonts w:eastAsia="Roboto Slab" w:cs="Roboto Slab"/>
        </w:rPr>
        <w:t>13 Πρωταθλήματα Ελλάδας (Ομαδική Καταδίωξη)</w:t>
      </w:r>
    </w:p>
    <w:p>
      <w:pPr>
        <w:pStyle w:val="-4"/>
        <w:keepLines/>
        <w:rPr/>
      </w:pPr>
      <w:r>
        <w:rPr>
          <w:rFonts w:eastAsia="Roboto Slab" w:cs="Roboto Slab"/>
        </w:rPr>
        <w:t>1956, 1958, 1965, 1968, 1969, 1970, 1971, 1985, 1986, 1989, 1990, 2017, 2023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(Ομαδικό Σπριντ)</w:t>
      </w:r>
    </w:p>
    <w:p>
      <w:pPr>
        <w:pStyle w:val="-4"/>
        <w:keepLines/>
        <w:rPr/>
      </w:pPr>
      <w:r>
        <w:rPr>
          <w:rFonts w:eastAsia="Roboto Slab" w:cs="Roboto Slab"/>
        </w:rPr>
        <w:t>2017, 2023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(Μάντισον)</w:t>
      </w:r>
    </w:p>
    <w:p>
      <w:pPr>
        <w:pStyle w:val="-4"/>
        <w:keepLines/>
        <w:rPr/>
      </w:pPr>
      <w:r>
        <w:rPr>
          <w:rFonts w:eastAsia="Roboto Slab" w:cs="Roboto Slab"/>
        </w:rPr>
        <w:t>2017, 2023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Αττικής (Ομαδική Χρονομέτρηση)</w:t>
      </w:r>
    </w:p>
    <w:p>
      <w:pPr>
        <w:pStyle w:val="-4"/>
        <w:keepLines/>
        <w:rPr/>
      </w:pPr>
      <w:r>
        <w:rPr>
          <w:rFonts w:eastAsia="Roboto Slab" w:cs="Roboto Slab"/>
        </w:rPr>
        <w:t>1992</w:t>
      </w:r>
    </w:p>
    <w:p>
      <w:pPr>
        <w:pStyle w:val="-"/>
        <w:keepNext w:val="true"/>
        <w:keepLines/>
        <w:jc w:val="start"/>
        <w:rPr/>
      </w:pPr>
      <w:r>
        <w:rPr>
          <w:rFonts w:eastAsia="Roboto Slab Medium" w:cs="Roboto Slab Medium"/>
          <w:color w:val="1B5E20"/>
        </w:rPr>
        <w:t>ΠΟΔΗΛΑΣΙΑ ΑΝΩΜΑΛΟΥ ΔΡΟΜΟΥ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Αττικής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1971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Κύπελλα Αττικής Cyclo-Cross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1990 (Α΄), 1990 (Β΄)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Β΄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Αττικής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1966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ΠΟΔΗΛΑΣΙΑ ΑμεΑ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2019)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4</w:t>
      </w:r>
    </w:p>
    <w:p>
      <w:pPr>
        <w:pStyle w:val="-"/>
        <w:keepNext w:val="true"/>
        <w:keepLines/>
        <w:jc w:val="start"/>
        <w:rPr/>
      </w:pPr>
      <w:r>
        <w:rPr>
          <w:rFonts w:eastAsia="Roboto Slab Medium" w:cs="Roboto Slab Medium"/>
        </w:rPr>
        <w:t>ΠΟΔΗΛΑΣΙΑ ΔΡΟΜΟΥ</w:t>
      </w:r>
    </w:p>
    <w:p>
      <w:pPr>
        <w:pStyle w:val="-2"/>
        <w:rPr/>
      </w:pPr>
      <w:r>
        <w:rPr/>
        <w:t>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(Αντοχή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2024</w:t>
      </w:r>
    </w:p>
    <w:p>
      <w:pPr>
        <w:pStyle w:val="-"/>
        <w:keepNext w:val="true"/>
        <w:keepLines/>
        <w:jc w:val="start"/>
        <w:rPr/>
      </w:pPr>
      <w:r>
        <w:rPr>
          <w:rFonts w:eastAsia="Roboto Slab Medium" w:cs="Roboto Slab Medium"/>
        </w:rPr>
        <w:t>ΠΟΔΗΛΑΣΙΑ ΠΙΣΤΑΣ</w:t>
      </w:r>
    </w:p>
    <w:p>
      <w:pPr>
        <w:pStyle w:val="-2"/>
        <w:rPr/>
      </w:pPr>
      <w:r>
        <w:rPr/>
        <w:t>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2021, 2024, 2025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ΠΟΔΟΑΝΤΙΣΦΑΙΡΙΣΗ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1989)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(1×1)</w:t>
      </w:r>
    </w:p>
    <w:p>
      <w:pPr>
        <w:pStyle w:val="-4"/>
        <w:keepLines/>
        <w:rPr/>
      </w:pPr>
      <w:r>
        <w:rPr>
          <w:rFonts w:eastAsia="Roboto Slab" w:cs="Roboto Slab"/>
        </w:rPr>
        <w:t>1991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ΠΟΔΟΣΦΑΙΡΟ ΑΚΡΩΤΗΡΙΑΣΜΕΝΩΝ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2021)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2022, 2026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Κύπελλο Ανάπτυξης</w:t>
      </w:r>
    </w:p>
    <w:p>
      <w:pPr>
        <w:pStyle w:val="-4"/>
        <w:keepLines/>
        <w:rPr/>
      </w:pPr>
      <w:r>
        <w:rPr>
          <w:rFonts w:eastAsia="Roboto Slab" w:cs="Roboto Slab"/>
        </w:rPr>
        <w:t>2021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ΠΟΔΟΣΦΑΙΡΟ ΑΝΔΡΩΝ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1908)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219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26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1909, 1911, 1912, 1918, 1921, 1922, 1930, 1949, 1953, 1960, 1961, 1962, 1964, 1965, 1969, 1970, 1972, 1977, 1984, 1986, 1990, 1991, 1995, 1996, 2004, 2010</w:t>
      </w:r>
    </w:p>
    <w:p>
      <w:pPr>
        <w:pStyle w:val="-3"/>
        <w:keepNext w:val="true"/>
        <w:rPr/>
      </w:pPr>
      <w:r>
        <w:rPr>
          <w:rFonts w:eastAsia="Roboto Slab" w:cs="Roboto Slab"/>
        </w:rPr>
        <w:t>20 Κύπελλα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1940, 1948, 1955, 1967, 1969, 1977, 1982, 1984, 1986, 1988, 1989, 1991, 1993, 1994, 1995, 2004, 2010, 2014, 2022, 2024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Σούπερ Καπ</w:t>
      </w:r>
    </w:p>
    <w:p>
      <w:pPr>
        <w:pStyle w:val="-4"/>
        <w:keepLines/>
        <w:rPr/>
      </w:pPr>
      <w:r>
        <w:rPr>
          <w:rFonts w:eastAsia="Roboto Slab" w:cs="Roboto Slab"/>
        </w:rPr>
        <w:t>1970, 1988, 1993, 1994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Βαλκανικό Κύπελλο</w:t>
      </w:r>
    </w:p>
    <w:p>
      <w:pPr>
        <w:pStyle w:val="-4"/>
        <w:keepLines/>
        <w:rPr/>
      </w:pPr>
      <w:r>
        <w:rPr>
          <w:rFonts w:eastAsia="Roboto Slab" w:cs="Roboto Slab"/>
        </w:rPr>
        <w:t>1978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Πανθεσσαλικών Αγώνων</w:t>
      </w:r>
    </w:p>
    <w:p>
      <w:pPr>
        <w:pStyle w:val="-4"/>
        <w:keepLines/>
        <w:rPr/>
      </w:pPr>
      <w:r>
        <w:rPr>
          <w:rFonts w:eastAsia="Roboto Slab" w:cs="Roboto Slab"/>
        </w:rPr>
        <w:t>1908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Μεγάλης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Βίτσι</w:t>
      </w:r>
    </w:p>
    <w:p>
      <w:pPr>
        <w:pStyle w:val="-4"/>
        <w:keepLines/>
        <w:rPr/>
      </w:pPr>
      <w:r>
        <w:rPr>
          <w:rFonts w:eastAsia="Roboto Slab" w:cs="Roboto Slab"/>
        </w:rPr>
        <w:t>1949</w:t>
      </w:r>
    </w:p>
    <w:p>
      <w:pPr>
        <w:pStyle w:val="-3"/>
        <w:keepNext w:val="true"/>
        <w:rPr/>
      </w:pPr>
      <w:r>
        <w:rPr>
          <w:rFonts w:eastAsia="Roboto Slab" w:cs="Roboto Slab"/>
        </w:rPr>
        <w:t>17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1925, 1926, 1927, 1929, 1930, 1931, 1934, 1937, 1939, 1949, 1952, 1953, 1954, 1955, 1956, 1957, 1959</w:t>
      </w:r>
    </w:p>
    <w:p>
      <w:pPr>
        <w:pStyle w:val="-3"/>
        <w:keepNext w:val="true"/>
        <w:rPr/>
      </w:pPr>
      <w:r>
        <w:rPr>
          <w:rFonts w:eastAsia="Roboto Slab" w:cs="Roboto Slab"/>
        </w:rPr>
        <w:t>4 Κύπελλα Αθήνας ΕΠΣΑ (6×6)</w:t>
      </w:r>
    </w:p>
    <w:p>
      <w:pPr>
        <w:pStyle w:val="-4"/>
        <w:keepLines/>
        <w:rPr/>
      </w:pPr>
      <w:r>
        <w:rPr>
          <w:rFonts w:eastAsia="Roboto Slab" w:cs="Roboto Slab"/>
        </w:rPr>
        <w:t>1952, 1957, 1963, 1971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Κύπελλα Αθήνας ΕΠΣΑ (7×7)</w:t>
      </w:r>
    </w:p>
    <w:p>
      <w:pPr>
        <w:pStyle w:val="-4"/>
        <w:keepLines/>
        <w:rPr/>
      </w:pPr>
      <w:r>
        <w:rPr>
          <w:rFonts w:eastAsia="Roboto Slab" w:cs="Roboto Slab"/>
        </w:rPr>
        <w:t>1939, 1940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Ερασιτέχνες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8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1970, 1971, 1972, 1994, 1995, 1996, 1998, 2000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1994</w:t>
      </w:r>
    </w:p>
    <w:p>
      <w:pPr>
        <w:pStyle w:val="-3"/>
        <w:keepNext w:val="true"/>
        <w:rPr/>
      </w:pPr>
      <w:r>
        <w:rPr>
          <w:rFonts w:eastAsia="Roboto Slab" w:cs="Roboto Slab"/>
        </w:rPr>
        <w:t>6 Πρωταθλήματα Νοτίου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1970, 1971, 1972, 1984, 1985, 1988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Κύπελλα Αθήνας ΕΠΣΑ</w:t>
      </w:r>
    </w:p>
    <w:p>
      <w:pPr>
        <w:pStyle w:val="-4"/>
        <w:keepLines/>
        <w:rPr/>
      </w:pPr>
      <w:r>
        <w:rPr>
          <w:rFonts w:eastAsia="Roboto Slab" w:cs="Roboto Slab"/>
        </w:rPr>
        <w:t>1993, 1994</w:t>
      </w:r>
    </w:p>
    <w:p>
      <w:pPr>
        <w:pStyle w:val="-3"/>
        <w:keepNext w:val="true"/>
        <w:rPr/>
      </w:pPr>
      <w:r>
        <w:rPr>
          <w:rFonts w:eastAsia="Roboto Slab" w:cs="Roboto Slab"/>
        </w:rPr>
        <w:t>5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1970, 1971, 1972, 1995, 1996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Υπερπρωτάθλημα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1972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Β΄ Ομάδες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1914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Νοτίου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1934</w:t>
      </w:r>
    </w:p>
    <w:p>
      <w:pPr>
        <w:pStyle w:val="-3"/>
        <w:keepNext w:val="true"/>
        <w:rPr/>
      </w:pPr>
      <w:r>
        <w:rPr>
          <w:rFonts w:eastAsia="Roboto Slab" w:cs="Roboto Slab"/>
        </w:rPr>
        <w:t>21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1926, 1927, 1929, 1930, 1931, 1933, 1934, 1937, 1938, 1939, 1946, 1947, 1948, 1949, 1951, 1952, 1957, 1959, 1960, 1961, 1962</w:t>
      </w:r>
    </w:p>
    <w:p>
      <w:pPr>
        <w:pStyle w:val="-3"/>
        <w:keepNext w:val="true"/>
        <w:rPr/>
      </w:pPr>
      <w:r>
        <w:rPr>
          <w:rFonts w:eastAsia="Roboto Slab" w:cs="Roboto Slab"/>
        </w:rPr>
        <w:t>11 Έπαθλα ΕΠΣΑ</w:t>
      </w:r>
    </w:p>
    <w:p>
      <w:pPr>
        <w:pStyle w:val="-4"/>
        <w:keepLines/>
        <w:rPr/>
      </w:pPr>
      <w:r>
        <w:rPr>
          <w:rFonts w:eastAsia="Roboto Slab" w:cs="Roboto Slab"/>
        </w:rPr>
        <w:t>1930, 1931, 1933, 1937, 1938, 1939, 1947, 1948, 1949, 1951, 1952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Γ΄ Ομάδες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8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1929, 1930, 1931, 1932, 1938, 1940, 1950, 1959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Έπαθλα ΕΠΣΑ</w:t>
      </w:r>
    </w:p>
    <w:p>
      <w:pPr>
        <w:pStyle w:val="-4"/>
        <w:keepLines/>
        <w:rPr/>
      </w:pPr>
      <w:r>
        <w:rPr>
          <w:rFonts w:eastAsia="Roboto Slab" w:cs="Roboto Slab"/>
        </w:rPr>
        <w:t>1930, 1931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2005</w:t>
      </w:r>
    </w:p>
    <w:p>
      <w:pPr>
        <w:pStyle w:val="-3"/>
        <w:keepNext w:val="true"/>
        <w:rPr/>
      </w:pPr>
      <w:r>
        <w:rPr>
          <w:rFonts w:eastAsia="Roboto Slab" w:cs="Roboto Slab"/>
        </w:rPr>
        <w:t>16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1981, 1986, 1987, 1988, 1989, 1990, 1991, 1992, 1993, 1994, 1995, 1996, 1997, 2000, 2005, 2006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Υπερπρωταθλήματα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1989, 1991, 1994, 1995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Υπερκύπελλο Αθήνας</w:t>
      </w:r>
    </w:p>
    <w:p>
      <w:pPr>
        <w:pStyle w:val="-4"/>
        <w:keepLines/>
        <w:rPr/>
      </w:pPr>
      <w:r>
        <w:rPr>
          <w:rFonts w:eastAsia="Roboto Slab" w:cs="Roboto Slab"/>
        </w:rPr>
        <w:t>2005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Κ20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Ευρώπης «Giuseppe Meazza»</w:t>
      </w:r>
    </w:p>
    <w:p>
      <w:pPr>
        <w:pStyle w:val="-4"/>
        <w:keepLines/>
        <w:rPr/>
      </w:pPr>
      <w:r>
        <w:rPr>
          <w:rFonts w:eastAsia="Roboto Slab" w:cs="Roboto Slab"/>
        </w:rPr>
        <w:t>1980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1972, 1977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Νοτίου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1972, 1973, 1977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1980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Κ17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2009, 2026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Προέφηβοι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1981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20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1983, 1984, 1985, 1986, 1987, 1988, 1989, 1990, 1991, 1992, 1993, 1995, 1998, 2005, 2006, 2007, 2008, 2009, 2010, 2011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Υπερπρωταθλήματα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1986, 1991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11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1989, 1992, 1994, 1995, 1996, 1997, 1998, 1999, 2000, 2005, 2008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Τζούνιορ</w:t>
      </w:r>
    </w:p>
    <w:p>
      <w:pPr>
        <w:pStyle w:val="-3"/>
        <w:keepNext w:val="true"/>
        <w:rPr/>
      </w:pPr>
      <w:r>
        <w:rPr>
          <w:rFonts w:eastAsia="Roboto Slab" w:cs="Roboto Slab"/>
        </w:rPr>
        <w:t>7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1981, 1997, 1998, 1999, 2000, 2005, 2008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148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1911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Πανελλήνιου Ποδοσφαιρικού Ομίλου,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1934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Δημάρχου Αθηναίων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1934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Δημάρχου Πειραιώς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1938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Καραμπάτη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Πάσχα (διοργανωτής: ΠΟΚ)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Αεροπορίας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υπέρ Φυματικών Αθλητών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Δημάρχου Καισαριανής (διοργανώτρια: Ένωση Ελλήνων Αθλητών)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«28ης Οκτωβρίου 1940-45 – ΟΧΙ» (διοργανώτρια: Ένωση Συνεργαζομένων Ποδοσφαιρικών Σωματείων Αθηνών)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Ποδοσφαιρική Σκυταλοδρομία 4×110 μ. (στο πλαίσιο του Κυπέλλου «28ης Οκτωβρίου 1940-45 – ΟΧΙ», διοργανώτρια: Ένωση Συνεργαζομένων Ποδοσφαιρικών Σωματείων Αθηνών)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Εορτών Χριστουγέννων (διοργανωτές: Παναθηναϊκός και αθηναϊκά σωματεία Α΄ Κατηγορίας)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Πάσχα (διοργανωτής: ΠΟΚ)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Λουκά Πανουργιά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Πρωταθλητριών Ελλάδας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Χριστουγέννων (διοργανωτής: ΠΟΚ)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Πάσχα (διοργανωτής: ΠΟΚ)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Σεπτεμβρίου (διοργανωτής: ΠΟΚ)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Σπάρτης (6×6)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Πάσχα (διοργανωτής: ΠΟΚ)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Σεπτεμβρίου (διοργανωτής: ΠΟΚ)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Κώστα Κοτζιά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Σεπτεμβρίου (διοργανωτής: ΠΟΚ)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Χριστουγέννων (διοργανωτής: ΠΟΚ)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Αλληλεγγύης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Χριστουγέννων (διοργανωτής: ΠΟΚ)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«Ciudad de Vigo», Βίγκο, Ισπανία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«Τριών» (Παναθηναϊκός – Ολυμπιακός Πειραιώς – Ρίο Μπράνκο)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ΕΠΣ Τρικάλων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Trentino Cup, Τρέντο, Ιταλία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Trentino Cup, Τρέντο, Ιταλία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Χριστουγέννων Παναθηναϊκού, Μαρούσι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Ερασιτέχνες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Εφημερίδας L’Équipe, Βαλάνς, Γαλλία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Τρικάλων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Baden-Württemberg Cup, Γερμανία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Διεθνές Τουρνουά Τρικάλων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Β΄ Ομάδες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1911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Πανελλήνιου Ποδοσφαιρικού Ομίλου,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1928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Αθήνας – Πειραιά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Ομίλου Φίλων Αστυνομίας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Ομίλου Φίλων Αστυνομίας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Γ΄ Ομάδες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1911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Πανελλήνιου Ποδοσφαιρικού Ομίλου, Αθήνα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Παλαίμαχοι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Μουντιαλίτο Κηφισιάς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Βόλου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Δυτικής Αττικής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Λευκάδας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Καλαμακίου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Νέοι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Φρανκφούρτης, Γερμανία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BT Trophy, Μπαλιμόνι, Βόρεια Ιρλανδία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Copa Amsterdam, Ολλανδία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«Europa ’77», Κρακοβία, Πολωνία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Διεθνές Τουρνουά «Γεώργιος Καραϊσκάκης», Φάληρο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Puma Cup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Aspire Cup, Ντόχα, Κατάρ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Κ18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Novus Cup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Κ17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Novus Cup (Legends)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Κ16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Respect Cup (Πρωτοχρονιάτικο Τουρνουά), Βάρη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Aspire Cup, Ντόχα, Κατάρ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«Γιάννης Καλέμπουμπας», Ηράκλειο Κρήτης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Novus Cup (Legends)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Κιασό, Ελβετία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Ακαδημιών ΠΑΕ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Πανελλαδικό Τουρνουά Παίδων (Χριστούγεννα)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Θουκυδίδειο Πρωτάθλημα AFC ΠΑΕ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Christmas Cup Μεταμόρφωσης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Ιόνιο Τουρνουά, Ζάκυνθος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«Γαλάτσι 2012»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Young Talents New Year’s Cup,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Kivotos Cup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«Μπιζάν Νατζίμπι», Γουδή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Elite Neon Cup, Παιανία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Κ15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Creta Cup, Ηράκλειο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Novus Cup (Legends)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Porto International Cup, Πορτογαλία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Κ14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Paiania Talent Cup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Novus Cup (Legends)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Elite Neon Cup,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Paiania Talent Cup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Novus Cup (Legends)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Novus Cup (Legends)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Novus Cup (Stars)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Paiania Talent Cup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Novus Cup (Legends)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The Cup of Rhodes Knights, Ρόδος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Junior World Cup, Αττάλεια, Τουρκία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Φεστιβάλ Ποδοσφαίρου Παπάγου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«Άνοιξη ’96»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Νέου Ηρακλείου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Βριλησσίων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Παπάγου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Αναβύσσου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Ασπροπύργου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Χαλανδρίου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Βριλησσίων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Θουκυδίδειο Πρωτάθλημα AFC ΠΑΕ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Family Cup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«Κένταυρος», Αγία Άννα Βόλου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Λουτρακίου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Ιωνικού «Νίκος Κανελλάκης», Νίκαια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Arena Christmas Soccer Cup, Μαρούσι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«Φλύα 2010», Χαλάνδρι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Διεθνές Τουρνουά Σοφικού Κορινθίας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Ιόνιο Τουρνουά, Ζάκυνθος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«Μάλια 2012»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«Σάκης Κουβάς», Μέγαρα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Kivotos Cup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Αναπτυξιακό Τουρνουά Αγίου Νικολάου Κρήτης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Knossos Cup, Ιεράπετρα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Knossos Cup, Ιεράπετρα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Κ13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Respect Cup (Πρωτοχρονιάτικο Τουρνουά), Βάρη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Elite Neon Cup, Παιανία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Novus Cup (Legends)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«Κένταυρος», Αγία Άννα Βόλου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Novus Cup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Novus Cup (Legends)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Road To Salonica Cup, Θεσσαλονίκη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Black Wolves Cup, Ίκαστ, Δανία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Nika Cup, Βελιγράδι, Σερβία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Κ12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Football Festival New Year’s Cup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Paiania Talent Cup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Novus Cup (Legends),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Novus Cup (Stars)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Elite Neon Cup, Κόρινθος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Prezioso Casa Cup, Αρέτσο, Ιταλία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Τζούνιορ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«Άνοιξη ’96»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Ωρωπού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«Ηράκλεια»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«Άνοιξη ’99»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Αργυρούπολης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Arena Christmas Soccer Cup, Μαρούσι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«Γαλάτσι 2012»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Θουκυδίδειο Πρωτάθλημα AFC ΠΑΕ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Πασχαλινό Τουρνουά Γαλατσίου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Kivotos Cup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«Σάκης Κουβάς», Μέγαρα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Πασχαλινό Τουρνουά Γαλατσίου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Respect Cup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Κ11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Novus Cup (Legends)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Elite Neon Cup, Αθήνα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Κ10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Respect Cup (Πρωτοχρονιάτικο Τουρνουά), Βάρη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Paiania Talent Cup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«Κένταυρος», Αγία Άννα Βόλου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Elite Neon Cup, Κόρινθος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Road To Salonica Cup, Θεσσαλονίκη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Lotnik Cup, Κρακοβία, Πολωνία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Elite Atlas Cup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Ποδοσφαιρική Ακαδημία – Τσικό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ΠΟΔΟΣΦΑΙΡΟ ΓΥΝΑΙΚΩΝ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1924)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κατά της βίας, Λαμία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Δόξας Πηγαδακίων, Ζάκυνθος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Κ17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Δόξας Πηγαδακίων, Ζάκυνθος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Ιόνιο Τουρνουά, Ζάκυνθος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ΠΟΔΟΣΦΑΙΡΟ ΣΑΛΑΣ ΑΝΔΡΩΝ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1997)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Κ18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1998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ΠΟΔΟΣΦΑΙΡΟ ΣΑΛΑΣ ΓΥΝΑΙΚΩΝ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2019)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2026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Κ12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Χριστουγέννων, Βριλήσσια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ΠΟΛΟ ΑΝΔΡΩΝ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1928)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1972, 1980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Τουρνουά ΕΚΟΦ</w:t>
      </w:r>
    </w:p>
    <w:p>
      <w:pPr>
        <w:pStyle w:val="-4"/>
        <w:keepLines/>
        <w:rPr/>
      </w:pPr>
      <w:r>
        <w:rPr>
          <w:rFonts w:eastAsia="Roboto Slab" w:cs="Roboto Slab"/>
        </w:rPr>
        <w:t>1979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Τουρνουά ΤΕΚΘ</w:t>
      </w:r>
    </w:p>
    <w:p>
      <w:pPr>
        <w:pStyle w:val="-4"/>
        <w:keepLines/>
        <w:rPr/>
      </w:pPr>
      <w:r>
        <w:rPr>
          <w:rFonts w:eastAsia="Roboto Slab" w:cs="Roboto Slab"/>
        </w:rPr>
        <w:t>1983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1987, 2021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Εαρινό Κύπελλο ΕΚΟΦ</w:t>
      </w:r>
    </w:p>
    <w:p>
      <w:pPr>
        <w:pStyle w:val="-4"/>
        <w:keepLines/>
        <w:rPr/>
      </w:pPr>
      <w:r>
        <w:rPr>
          <w:rFonts w:eastAsia="Roboto Slab" w:cs="Roboto Slab"/>
        </w:rPr>
        <w:t>1979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1986, 2019, 2021, 2026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Μίνι 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2017, 2019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60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Α΄ Τουρνουά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Β΄ Τουρνουά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Γ΄ Τουρνουά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Ηλυσιακού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Α΄ Τουρνουά ΝΟ Βουλιαγμένης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Βουλιαγμένης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ΕΝΟΑ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Ποσειδώνα Ιλισίων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Νέοι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Πανιωνίου, Νέα Σμύρνη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Ρεθύμνου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Γλυφάδας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Ηλιούπολης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«Μαθιός Καρλαύτης», Μαρούσι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Κολλεγίου Deree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Splash Water Polo Mini Tournament, Λουτράκι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Splash Water Polo Tournament, Αμαλιάδα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ΣΕΔΥ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Splash Water Polo Mini Tournament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 – Ηλυσιακού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Waterfly Trophy, Νέα Σμύρνη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Ποσειδώνα Ιλισίων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«Κωνσταντίνος Μωλιώτης», Λαμία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«Γεώργιος Φραγκάκης», Ρέθυμνο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Splash Water Polo Mini Tournament, Βόλος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Splash Water Polo Mini Tournament, Λουτράκι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 – Νηρέα Χαλανδρίου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«Ιωάννης Χατζηθεοδώρου», Βουλιαγμένη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Splash Water Polo Mini Tournament, Βόλος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Μίλωνα Νέας Σμύρνης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Splash Water Polo Mini Tournament, Λουτράκι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Εαρινό Τουρνουά ΝΕΠ, Πάτρα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Splash Water Polo Mini Tournament, Βόλος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«Άρης Γκλιάτης» εις μνήμην Κωνσταντίνας Αργυροπούλου – Κανακάκη, Ιλίσια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Παγκρήτιο Τουρνουά Υδατοσφαίρισης, Ηράκλειο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Splash Water Polo Mini Tournament, Λουτράκι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«Ιωάννης Χατζηθεοδώρου», Βουλιαγμένη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Splash Water Polo Mini Tournament, Βόλος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Splash Water Polo Mini Tournament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Μίνι Παίδες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Διεθνές Τουρνουά «Ανδρέας Χριστόπουλος», Πάτρα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ΝΟ Βουλιαγμένης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Τρόπαιο Παναθηναϊκού, Μαρούσι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«Μαθιός Καρλαύτης», Μαρούσι – Αργυρούπολη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Ενίσχυσης Ανδρόγεω Σαμψάκη, Μαρούσι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Splash Water Polo Mini Tournament, Λουτράκι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Εαρινό Τουρνουά ΝΕΠ, Πάτρα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Splash Water Polo Mini Tournament, Λουτράκι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Νέα Σμύρνη Trophy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«Ανδρέας Γαρύφαλλος», Πειραιάς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Splash Water Polo Mini Tournament, Μαραθώνας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Χριστουγεννιάτικο Τουρνουά Ηλυσιακού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Προ Μίνι Παίδες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ΝΟ Βουλιαγμένης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Ηλιούπολης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Φιλίας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Σχολών Υδατοσφαίρισης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Πετρούπολης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Water Polo Fun, Γέρακας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HaBaWaBa Greece, Γλυφάδα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ΠΥΓΜΑΧΙΑ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1926)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98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Γενική Βαθμολογία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8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1960, 1964, 1966, 1969, 1971, 1982, 1996, 1998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Γενική Βαθμολογία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2016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Α΄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30 Πρωταθλήματα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1949, 1951, 1952, 1957, 1958, 1959, 1960, 1964, 1966, 1967, 1968, 1969, 1971, 1972, 1973, 1974, 1975, 1976, 1977, 1982, 1986, 1992, 1993, 1996, 1997, 1998, 2011, 2015, 2016, 2023</w:t>
      </w:r>
    </w:p>
    <w:p>
      <w:pPr>
        <w:pStyle w:val="-3"/>
        <w:keepNext w:val="true"/>
        <w:rPr/>
      </w:pPr>
      <w:r>
        <w:rPr>
          <w:rFonts w:eastAsia="Roboto Slab" w:cs="Roboto Slab"/>
        </w:rPr>
        <w:t>19 Πρωταθλήματα Ελλάδας (Πολυνίκης)</w:t>
      </w:r>
    </w:p>
    <w:p>
      <w:pPr>
        <w:pStyle w:val="-4"/>
        <w:keepLines/>
        <w:rPr/>
      </w:pPr>
      <w:r>
        <w:rPr>
          <w:rFonts w:eastAsia="Roboto Slab" w:cs="Roboto Slab"/>
        </w:rPr>
        <w:t>1960, 1965, 1966, 1967, 1968, 1969, 1973, 1974, 1975, 1976, 1977, 1979, 1986, 1992, 1993, 1996, 1998, 2015, 2023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Κύπελλα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1988, 1999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Κύπελλα Ελλάδας (Πολυνίκης)</w:t>
      </w:r>
    </w:p>
    <w:p>
      <w:pPr>
        <w:pStyle w:val="-4"/>
        <w:keepLines/>
        <w:rPr/>
      </w:pPr>
      <w:r>
        <w:rPr>
          <w:rFonts w:eastAsia="Roboto Slab" w:cs="Roboto Slab"/>
        </w:rPr>
        <w:t>1988, 1999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(Πολυνίκης)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Β΄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9 Πρωταθλήματα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1956, 1957, 1959, 1960, 1961, 1963, 1971, 2016, 2021</w:t>
      </w:r>
    </w:p>
    <w:p>
      <w:pPr>
        <w:pStyle w:val="-3"/>
        <w:keepNext w:val="true"/>
        <w:rPr/>
      </w:pPr>
      <w:r>
        <w:rPr>
          <w:rFonts w:eastAsia="Roboto Slab" w:cs="Roboto Slab"/>
        </w:rPr>
        <w:t>6 Πρωταθλήματα Ελλάδας (Πολυνίκης)</w:t>
      </w:r>
    </w:p>
    <w:p>
      <w:pPr>
        <w:pStyle w:val="-4"/>
        <w:keepLines/>
        <w:rPr/>
      </w:pPr>
      <w:r>
        <w:rPr>
          <w:rFonts w:eastAsia="Roboto Slab" w:cs="Roboto Slab"/>
        </w:rPr>
        <w:t>1960, 1961, 1963, 1982, 2017, 2021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Νοτίου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1984, 1994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Νοτίου Ελλάδας (Πολυνίκης)</w:t>
      </w:r>
    </w:p>
    <w:p>
      <w:pPr>
        <w:pStyle w:val="-4"/>
        <w:keepLines/>
        <w:rPr/>
      </w:pPr>
      <w:r>
        <w:rPr>
          <w:rFonts w:eastAsia="Roboto Slab" w:cs="Roboto Slab"/>
        </w:rPr>
        <w:t>1984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Γ΄ Κατηγορία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6 Πρωταθλήματα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1962, 1963, 1964, 1969, 1971, 2016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 (Πολυνίκης)</w:t>
      </w:r>
    </w:p>
    <w:p>
      <w:pPr>
        <w:pStyle w:val="-4"/>
        <w:keepLines/>
        <w:rPr/>
      </w:pPr>
      <w:r>
        <w:rPr>
          <w:rFonts w:eastAsia="Roboto Slab" w:cs="Roboto Slab"/>
        </w:rPr>
        <w:t>1961, 1962, 1969, 1971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Νέοι Άνδρες U23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(Πολυνίκης)</w:t>
      </w:r>
    </w:p>
    <w:p>
      <w:pPr>
        <w:pStyle w:val="-4"/>
        <w:keepLines/>
        <w:rPr/>
      </w:pPr>
      <w:r>
        <w:rPr>
          <w:rFonts w:eastAsia="Roboto Slab" w:cs="Roboto Slab"/>
        </w:rPr>
        <w:t>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1963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(Πολυνίκης)</w:t>
      </w:r>
    </w:p>
    <w:p>
      <w:pPr>
        <w:pStyle w:val="-4"/>
        <w:keepLines/>
        <w:rPr/>
      </w:pPr>
      <w:r>
        <w:rPr>
          <w:rFonts w:eastAsia="Roboto Slab" w:cs="Roboto Slab"/>
        </w:rPr>
        <w:t>1963, 1997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(Πολυνίκης)</w:t>
      </w:r>
    </w:p>
    <w:p>
      <w:pPr>
        <w:pStyle w:val="-4"/>
        <w:keepLines/>
        <w:rPr/>
      </w:pPr>
      <w:r>
        <w:rPr>
          <w:rFonts w:eastAsia="Roboto Slab" w:cs="Roboto Slab"/>
        </w:rPr>
        <w:t>1996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Εθνικού ΓΣ «Ημέρα Πυγμαχίας» (Πολυνίκης)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Διεθνές Τουρνουά «Ευπατωριάδα», Κορδελιό (Πολυνίκης)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Διεθνές Τουρνουά «Ευπατωριάδα», Κορδελιό (Πολυνίκης)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ΡΑΓΚΜΠΙ ΑΝΔΡΩΝ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2013)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5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(15s)</w:t>
      </w:r>
    </w:p>
    <w:p>
      <w:pPr>
        <w:pStyle w:val="-4"/>
        <w:keepLines/>
        <w:rPr/>
      </w:pPr>
      <w:r>
        <w:rPr>
          <w:rFonts w:eastAsia="Roboto Slab" w:cs="Roboto Slab"/>
        </w:rPr>
        <w:t>2025, 2026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(7s)</w:t>
      </w:r>
    </w:p>
    <w:p>
      <w:pPr>
        <w:pStyle w:val="-4"/>
        <w:keepLines/>
        <w:rPr/>
      </w:pPr>
      <w:r>
        <w:rPr>
          <w:rFonts w:eastAsia="Roboto Slab" w:cs="Roboto Slab"/>
        </w:rPr>
        <w:t>2025, 2026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Τουρνουά ΟΧΕ</w:t>
      </w:r>
    </w:p>
    <w:p>
      <w:pPr>
        <w:pStyle w:val="-4"/>
        <w:keepLines/>
        <w:rPr/>
      </w:pPr>
      <w:r>
        <w:rPr>
          <w:rFonts w:eastAsia="Roboto Slab" w:cs="Roboto Slab"/>
        </w:rPr>
        <w:t>2020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7s Αιόλου Πατρών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Aegean 7s Rugby Cup, Αιγάλεω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ΡΑΓΚΜΠΙ ΓΥΝΑΙΚΩΝ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2014)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(7s)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Τουρνουά ΟΧΕ</w:t>
      </w:r>
    </w:p>
    <w:p>
      <w:pPr>
        <w:pStyle w:val="-4"/>
        <w:keepLines/>
        <w:rPr/>
      </w:pPr>
      <w:r>
        <w:rPr>
          <w:rFonts w:eastAsia="Roboto Slab" w:cs="Roboto Slab"/>
        </w:rPr>
        <w:t>2020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Attica Springboks,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Λεωφόρου 7s, Αθήνα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Σοφικού Κορινθίας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ΣΚΑΚΙ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1948)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29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Πανελλήνιο Ομαδικό Πρωτάθλημα Α΄ Εθνικής Κατηγορίας</w:t>
      </w:r>
    </w:p>
    <w:p>
      <w:pPr>
        <w:pStyle w:val="-4"/>
        <w:keepLines/>
        <w:rPr/>
      </w:pPr>
      <w:r>
        <w:rPr>
          <w:rFonts w:eastAsia="Roboto Slab" w:cs="Roboto Slab"/>
        </w:rPr>
        <w:t>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4 Διασυλλογικά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1966, 1970, 1971, 1973</w:t>
      </w:r>
    </w:p>
    <w:p>
      <w:pPr>
        <w:pStyle w:val="-3"/>
        <w:keepNext w:val="true"/>
        <w:rPr/>
      </w:pPr>
      <w:r>
        <w:rPr>
          <w:rFonts w:eastAsia="Roboto Slab" w:cs="Roboto Slab"/>
        </w:rPr>
        <w:t>6 Πρωταθλήματα Ελλάδας (Ομαδική 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1960, 1961, 1962, 1963, 1964, 1965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 (Ομαδική Κατάταξη)</w:t>
      </w:r>
    </w:p>
    <w:p>
      <w:pPr>
        <w:pStyle w:val="-4"/>
        <w:keepLines/>
        <w:rPr/>
      </w:pPr>
      <w:r>
        <w:rPr>
          <w:rFonts w:eastAsia="Roboto Slab" w:cs="Roboto Slab"/>
        </w:rPr>
        <w:t>1960, 1961, 1962, 1963</w:t>
      </w:r>
    </w:p>
    <w:p>
      <w:pPr>
        <w:pStyle w:val="-3"/>
        <w:keepNext w:val="true"/>
        <w:rPr/>
      </w:pPr>
      <w:r>
        <w:rPr>
          <w:rFonts w:eastAsia="Roboto Slab" w:cs="Roboto Slab"/>
        </w:rPr>
        <w:t>3 Κύπελλα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1973, 1974, 2026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Διασυλλογικά Κύπελλα «ΟΧΙ»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1973, 1974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Κύπελλο «21ης Απριλίου»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1970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Κύπελλο «Κεραμέα»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1969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Ομαδικό Κύπελλο Αττικής «Λάζαρος Δρεπανιώτης»</w:t>
      </w:r>
    </w:p>
    <w:p>
      <w:pPr>
        <w:pStyle w:val="-4"/>
        <w:keepLines/>
        <w:rPr/>
      </w:pPr>
      <w:r>
        <w:rPr>
          <w:rFonts w:eastAsia="Roboto Slab" w:cs="Roboto Slab"/>
        </w:rPr>
        <w:t>2024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Ομαδικά Κύπελλα Αττικής «Σπύρος Μπίκος»</w:t>
      </w:r>
    </w:p>
    <w:p>
      <w:pPr>
        <w:pStyle w:val="-4"/>
        <w:keepLines/>
        <w:rPr/>
      </w:pPr>
      <w:r>
        <w:rPr>
          <w:rFonts w:eastAsia="Roboto Slab" w:cs="Roboto Slab"/>
        </w:rPr>
        <w:t>2024, 2025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Ομαδικό Κύπελλο Αττικής «Πέτρος Κολυβάς»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Ομαδικά Κύπελλα Αττικής «Νίκος Στρόφαλης»</w:t>
      </w:r>
    </w:p>
    <w:p>
      <w:pPr>
        <w:pStyle w:val="-4"/>
        <w:keepLines/>
        <w:rPr/>
      </w:pPr>
      <w:r>
        <w:rPr>
          <w:rFonts w:eastAsia="Roboto Slab" w:cs="Roboto Slab"/>
        </w:rPr>
        <w:t>2025, 2026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Βετεράνοι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2024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Φεστιβάλ Ηλιουπόλεως (διοργανωτής: ΣΟ Ηλιουπόλεως)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Μπλιτζ «ΟΧΙ» (διοργανώτρια: ΧΑΝ Νικαίας)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ΣΚΟΠΟΒΟΛΗ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1928)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216</w:t>
      </w:r>
    </w:p>
    <w:p>
      <w:pPr>
        <w:pStyle w:val="-"/>
        <w:keepNext w:val="true"/>
        <w:keepLines/>
        <w:jc w:val="start"/>
        <w:rPr/>
      </w:pPr>
      <w:r>
        <w:rPr>
          <w:rFonts w:eastAsia="Roboto Slab Medium" w:cs="Roboto Slab Medium"/>
          <w:color w:val="1B5E20"/>
        </w:rPr>
        <w:t>ΣΤΑΘΕΡΟΣ ΣΤΟΧΟΣ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Γενική Βαθμολογία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5 Πρωταθλήματα Ελλάδας Πυροβόλων Όπλων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1958, 1960, 1964, 1982, 1985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Πυροβόλων Όπλων (Πολυνίκης)</w:t>
      </w:r>
    </w:p>
    <w:p>
      <w:pPr>
        <w:pStyle w:val="-4"/>
        <w:keepLines/>
        <w:rPr/>
      </w:pPr>
      <w:r>
        <w:rPr>
          <w:rFonts w:eastAsia="Roboto Slab" w:cs="Roboto Slab"/>
        </w:rPr>
        <w:t>1989, 1990, 1991</w:t>
      </w:r>
    </w:p>
    <w:p>
      <w:pPr>
        <w:pStyle w:val="-2"/>
        <w:rPr/>
      </w:pPr>
      <w:r>
        <w:rPr/>
        <w:t>Άνδρες – Γυναίκες – Έφηβοι – Νεάνιδες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Πυροβόλων Όπλων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Αεροβόλων Όπλων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Ομαδικών Αγωνισμάτων (Πυροβόλα Όπλα)</w:t>
      </w:r>
    </w:p>
    <w:p>
      <w:pPr>
        <w:pStyle w:val="-4"/>
        <w:keepLines/>
        <w:rPr/>
      </w:pPr>
      <w:r>
        <w:rPr>
          <w:rFonts w:eastAsia="Roboto Slab" w:cs="Roboto Slab"/>
        </w:rPr>
        <w:t>2024, 2025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Ομαδικών Αγωνισμάτων (Αεροβόλα Όπλα)</w:t>
      </w:r>
    </w:p>
    <w:p>
      <w:pPr>
        <w:pStyle w:val="-4"/>
        <w:keepLines/>
        <w:rPr/>
      </w:pPr>
      <w:r>
        <w:rPr>
          <w:rFonts w:eastAsia="Roboto Slab" w:cs="Roboto Slab"/>
        </w:rPr>
        <w:t>2024, 2025</w:t>
      </w:r>
    </w:p>
    <w:p>
      <w:pPr>
        <w:pStyle w:val="-2"/>
        <w:rPr/>
      </w:pPr>
      <w:r>
        <w:rPr/>
        <w:t>Άνδρες – Γυναίκες – Νέοι Άνδρες – Νέες Γυναίκες – Έφηβοι – Νεάνιδες</w:t>
      </w:r>
    </w:p>
    <w:p>
      <w:pPr>
        <w:pStyle w:val="-3"/>
        <w:rPr/>
      </w:pPr>
      <w:r>
        <w:rPr/>
        <w:t>1 Πρωτάθλημα Ελλάδας Γενικής Βαθμολογίας Αεροβόλων και Πυροβόλων Όπλων</w:t>
      </w:r>
    </w:p>
    <w:p>
      <w:pPr>
        <w:pStyle w:val="-4"/>
        <w:rPr/>
      </w:pPr>
      <w:r>
        <w:rPr/>
        <w:t>2023</w:t>
      </w:r>
    </w:p>
    <w:p>
      <w:pPr>
        <w:pStyle w:val="-2"/>
        <w:rPr/>
      </w:pPr>
      <w:r>
        <w:rPr/>
        <w:t>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Πυροβόλων Όπλων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Ομαδικών Αγωνισμάτων (Πυροβόλα Όπλα)</w:t>
      </w:r>
    </w:p>
    <w:p>
      <w:pPr>
        <w:pStyle w:val="-4"/>
        <w:keepLines/>
        <w:rPr/>
      </w:pPr>
      <w:r>
        <w:rPr>
          <w:rFonts w:eastAsia="Roboto Slab" w:cs="Roboto Slab"/>
        </w:rPr>
        <w:t>2026</w:t>
      </w:r>
    </w:p>
    <w:p>
      <w:pPr>
        <w:pStyle w:val="-3"/>
        <w:rPr/>
      </w:pPr>
      <w:r>
        <w:rPr/>
        <w:t>1 Πρωτάθλημα Ελλάδας (Βαθμολογία Ομαδικών Αγωνισμάτων)</w:t>
      </w:r>
    </w:p>
    <w:p>
      <w:pPr>
        <w:pStyle w:val="-4"/>
        <w:rPr/>
      </w:pPr>
      <w:r>
        <w:rPr/>
        <w:t>2022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Πυροβόλων Όπλων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1985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Αεροβόλων Όπλων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1983, 1984, 1987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Ελλάδας Πυροβόλων Όπλων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1956</w:t>
      </w:r>
    </w:p>
    <w:p>
      <w:pPr>
        <w:pStyle w:val="-3"/>
        <w:keepNext w:val="true"/>
        <w:rPr/>
      </w:pPr>
      <w:r>
        <w:rPr>
          <w:rFonts w:eastAsia="Roboto Slab" w:cs="Roboto Slab"/>
        </w:rPr>
        <w:t>8 Πρωταθλήματα Ελλάδας (Πιστόλι Στάνταρντ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1982, 1985, 2017, 2021, 2023, 2024, 2025, 2026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5 Πρωταθλήματα Ελλάδας (Ελεύθερο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1989, 2015, 2016, 2019, 2025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8 Πρωταθλήματα Ελλάδας (Πιστόλι Ταχύτητας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1987, 1991, 2017, 2018, 2023, 2024, 2025, 2026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(Πιστόλι κατά Ανδρεικέλων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1963, 1964</w:t>
      </w:r>
    </w:p>
    <w:p>
      <w:pPr>
        <w:pStyle w:val="-3"/>
        <w:keepNext w:val="true"/>
        <w:rPr/>
      </w:pPr>
      <w:r>
        <w:rPr>
          <w:rFonts w:eastAsia="Roboto Slab" w:cs="Roboto Slab"/>
        </w:rPr>
        <w:t>8 Πρωταθλήματα Ελλάδας (Πιστόλι Κεντρικής Πυροδότησης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1994, 2017, 2019, 2020, 2021, 2023, 2025, 2026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(Πιστόλι Ακριβείας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1963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(Πιστόλι Μεγάλου Διαμετρήματος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1993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(Περίστροφο Ακριβείας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1964</w:t>
      </w:r>
    </w:p>
    <w:p>
      <w:pPr>
        <w:pStyle w:val="-3"/>
        <w:keepNext w:val="true"/>
        <w:rPr/>
      </w:pPr>
      <w:r>
        <w:rPr>
          <w:rFonts w:eastAsia="Roboto Slab" w:cs="Roboto Slab"/>
        </w:rPr>
        <w:t>6 Πρωταθλήματα Ελλάδας (Αεροβόλο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1983, 1984, 1988, 1991, 2022, 2024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(Αεροβόλο Τουφέκι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1989, 1991, 1992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(Πολεμικό Τουφέκι Πρηνηδόν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1948</w:t>
      </w:r>
    </w:p>
    <w:p>
      <w:pPr>
        <w:pStyle w:val="-3"/>
        <w:keepNext w:val="true"/>
        <w:rPr/>
      </w:pPr>
      <w:r>
        <w:rPr>
          <w:rFonts w:eastAsia="Roboto Slab" w:cs="Roboto Slab"/>
        </w:rPr>
        <w:t>7 Πρωταθλήματα Ελλάδας (Τουφέκι Πρηνηδόν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1948, 1955, 1956, 1957, 1960, 1994, 1995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(Πολεμικό Όπλο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1948, 1958, 1959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(Καραμπίνα Πρηνηδόν 50–100 μ.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(Καραμπίνα 3×40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1985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(Καραμπίνα Ορθίως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1957, 1958, 1985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(Καραμπίνα Γονυπετώς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(Καραμπίνα Τριών Στάσεων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1960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(Καραμπίνα – Σύνθετο 50–100 μ.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1958, 1959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Ελληνοαμερικανικών Αγώνων (Καραμπίνα Πρηνηδόν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1949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Χειμερινό Πρωτάθλημα Ελλάδας (Πιστόλι Στάνταρντ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1992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Χειμερινό Πρωτάθλημα Ελλάδας (Αεροβόλο Τουφέκι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1991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Εαρινά Πρωταθλήματα Ελλάδας (Πιστόλι Στάνταρντ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1984, 1989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Εαρινό Πρωτάθλημα Ελλάδας (Αεροβόλο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1990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Θερινά Πρωταθλήματα Ελλάδας (Ελεύθερο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1986, 1989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Θερινό Πρωτάθλημα Ελλάδας (Αεροβόλο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Φθινοπωρινό Πρωτάθλημα Ελλάδας (Πιστόλι Ταχύτητας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1992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Φθινοπωρινό Πρωτάθλημα Ελλάδας (Τουφέκι Πρηνηδόν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1992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Ελλάδας (Πιστόλι Στάνταρντ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Ελλάδας (Ελεύθερο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1978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Ελλάδας (Πιστόλι Ακριβείας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1978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Ελλάδας (Περίστροφο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(Αεροβόλο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1978, 2025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(Αεροβόλο Τουφέκι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1979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(Τουφέκι Πρηνηδόν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2021, 2025, 2026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Νέοι Άνδρες – Νέες Γυναίκες – Έφηβοι – Νεάνιδες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Γενικής Βαθμολογίας Αεροβόλων και Πυροβόλων Όπλων</w:t>
      </w:r>
    </w:p>
    <w:p>
      <w:pPr>
        <w:pStyle w:val="-4"/>
        <w:keepLines/>
        <w:rPr/>
      </w:pPr>
      <w:r>
        <w:rPr>
          <w:rFonts w:eastAsia="Roboto Slab" w:cs="Roboto Slab"/>
        </w:rPr>
        <w:t>2021, 2023</w:t>
      </w:r>
    </w:p>
    <w:p>
      <w:pPr>
        <w:pStyle w:val="-3"/>
        <w:rPr/>
      </w:pPr>
      <w:r>
        <w:rPr/>
        <w:t>1 Πρωτάθλημα Ελλάδας (Βαθμολογία Ομαδικών Αγωνισμάτων)</w:t>
      </w:r>
    </w:p>
    <w:p>
      <w:pPr>
        <w:pStyle w:val="-4"/>
        <w:rPr/>
      </w:pPr>
      <w:r>
        <w:rPr/>
        <w:t>2022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Νέοι Άνδρες – Νέες Γυναίκες</w:t>
      </w:r>
    </w:p>
    <w:p>
      <w:pPr>
        <w:pStyle w:val="-3"/>
        <w:rPr/>
      </w:pPr>
      <w:r>
        <w:rPr/>
        <w:t>1 Πρωτάθλημα Ελλάδας Αεροβόλων Όπλων (Βαθμολογία)</w:t>
      </w:r>
    </w:p>
    <w:p>
      <w:pPr>
        <w:pStyle w:val="-4"/>
        <w:rPr/>
      </w:pPr>
      <w:r>
        <w:rPr/>
        <w:t>2026</w:t>
      </w:r>
    </w:p>
    <w:p>
      <w:pPr>
        <w:pStyle w:val="-3"/>
        <w:rPr/>
      </w:pPr>
      <w:r>
        <w:rPr/>
        <w:t>1 Πρωτάθλημα Ελλάδας Ομαδικών Αγωνισμάτων (Αεροβόλα Όπλα)</w:t>
      </w:r>
    </w:p>
    <w:p>
      <w:pPr>
        <w:pStyle w:val="-4"/>
        <w:rPr/>
      </w:pPr>
      <w:r>
        <w:rPr/>
        <w:t>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Νέοι 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(Αεροβόλο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2023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Νέες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(Αεροβόλο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(Αεροβόλο Τουφέκι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 – Νεάνιδες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Γενικής Βαθμολογίας</w:t>
      </w:r>
    </w:p>
    <w:p>
      <w:pPr>
        <w:pStyle w:val="-4"/>
        <w:keepLines/>
        <w:rPr/>
      </w:pPr>
      <w:r>
        <w:rPr>
          <w:rFonts w:eastAsia="Roboto Slab" w:cs="Roboto Slab"/>
        </w:rPr>
        <w:t>2024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 Πυροβόλων Όπλων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1979, 1981, 1982, 1983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Αεροβόλων Όπλων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1979, 1980, 1981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(Πιστόλι Στάνταρντ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1982, 2018, 2019</w:t>
      </w:r>
    </w:p>
    <w:p>
      <w:pPr>
        <w:pStyle w:val="-3"/>
        <w:keepNext w:val="true"/>
        <w:rPr/>
      </w:pPr>
      <w:r>
        <w:rPr>
          <w:rFonts w:eastAsia="Roboto Slab" w:cs="Roboto Slab"/>
        </w:rPr>
        <w:t>10 Πρωταθλήματα Ελλάδας (Ελεύθερο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1978, 1979, 1981, 1982, 1988, 1989, 1990, 2018, 2019, 2020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 (Πιστόλι Σπορ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1989, 1990, 2017, 2019</w:t>
      </w:r>
    </w:p>
    <w:p>
      <w:pPr>
        <w:pStyle w:val="-3"/>
        <w:keepNext w:val="true"/>
        <w:rPr/>
      </w:pPr>
      <w:r>
        <w:rPr>
          <w:rFonts w:eastAsia="Roboto Slab" w:cs="Roboto Slab"/>
        </w:rPr>
        <w:t>10 Πρωταθλήματα Ελλάδας (Πιστόλι Ταχύτητας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1979, 1980, 1981, 1982, 1987, 1989, 1990, 1992, 1993, 2020</w:t>
      </w:r>
    </w:p>
    <w:p>
      <w:pPr>
        <w:pStyle w:val="-3"/>
        <w:keepNext w:val="true"/>
        <w:rPr/>
      </w:pPr>
      <w:r>
        <w:rPr>
          <w:rFonts w:eastAsia="Roboto Slab" w:cs="Roboto Slab"/>
        </w:rPr>
        <w:t>6 Πρωταθλήματα Ελλάδας (Αεροβόλο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1978, 1979, 1980, 1982, 2018, 2020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 (Αεροβόλο Τουφέκι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1980, 2022, 2023, 2025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(Τουφέκι Πρηνηδόν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2021, 2025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5 Πρωταθλήματα Ελλάδας (Καραμπίνα 3×20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1977, 1981, 1982, 1983, 1985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(Τουφέκι 3×20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(Καραμπίνα 3×40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Χειμερινό Πρωτάθλημα Ελλάδας (Πιστόλι Σπορ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1990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Χειμερινά Πρωταθλήματα Ελλάδας (Πιστόλι Ταχύτητας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1990, 1992, 1993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Εαρινό Πρωτάθλημα Ελλάδας (Ελεύθερο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1989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Εαρινά Πρωταθλήματα Ελλάδας (Πιστόλι Σπορ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1989, 1990</w:t>
      </w:r>
    </w:p>
    <w:p>
      <w:pPr>
        <w:pStyle w:val="-3"/>
        <w:keepNext w:val="true"/>
        <w:rPr/>
      </w:pPr>
      <w:r>
        <w:rPr>
          <w:rFonts w:eastAsia="Roboto Slab" w:cs="Roboto Slab"/>
        </w:rPr>
        <w:t>4 Εαρινά Πρωταθλήματα Ελλάδας (Πιστόλι Ταχύτητας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1977, 1989, 1990, 1991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Εαρινό Πρωτάθλημα Ελλάδας (Πιστόλι Ακριβείας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1977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Θερινό Πρωτάθλημα Ελλάδας (Ελεύθερο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Θερινό Πρωτάθλημα Ελλάδας (Πιστόλι Σπορ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Θερινό Πρωτάθλημα Ελλάδας (Πιστόλι Ταχύτητας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1990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Φθινοπωρινά Πρωταθλήματα Ελλάδας (Πιστόλι Ταχύτητας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1989, 1990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Ελλάδας (Πιστόλι Στάνταρντ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Ελλάδας (Πιστόλι Ταχύτητας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1979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Νεάνιδες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(Πιστόλι Στάνταρντ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1981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(Πιστόλι Σπορ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1991, 2021, 2023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(Αεροβόλο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2020, 2021, 2024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(Αεροβόλο Τουφέκι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1985, 2023, 2025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 (Τουφέκι Πρηνηδόν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2024, 2025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(Τουφέκι 3×20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2024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Χειμερινό Πρωτάθλημα Ελλάδας (Πιστόλι Σπορ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1991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Εαρινό Πρωτάθλημα Ελλάδας (Πιστόλι Σπορ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1991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Εαρινό Πρωτάθλημα Ελλάδας (Καραμπίνα 3×20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1984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Φθινοπωρινά Πρωταθλήματα Ελλάδας (Πιστόλι Σπορ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1990, 1991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Φθινοπωρινό Πρωτάθλημα Ελλάδας (Αεροβόλο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 Α΄ – Β΄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Αεροβόλων Όπλων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1977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Θερινό Πρωτάθλημα Ελλάδας (Καραμπίνα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1977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 Α΄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(Αεροβόλο Πιστόλι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1977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 Β΄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(Αεροβόλο Τουφέκι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2026</w:t>
      </w:r>
    </w:p>
    <w:p>
      <w:pPr>
        <w:pStyle w:val="-"/>
        <w:keepNext w:val="true"/>
        <w:keepLines/>
        <w:jc w:val="start"/>
        <w:rPr/>
      </w:pPr>
      <w:r>
        <w:rPr>
          <w:rFonts w:eastAsia="Roboto Slab Medium" w:cs="Roboto Slab Medium"/>
          <w:color w:val="1B5E20"/>
        </w:rPr>
        <w:t>ΠΗΛΙΝΟΣ ΣΤΟΧΟΣ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ΣΚΗΤ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2021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Ελλάδας (Βαθμολογία)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2021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Ελλάδας (Α΄ Κατηγορία)</w:t>
      </w:r>
    </w:p>
    <w:p>
      <w:pPr>
        <w:pStyle w:val="-4"/>
        <w:keepLines/>
        <w:rPr/>
      </w:pPr>
      <w:r>
        <w:rPr>
          <w:rFonts w:eastAsia="Roboto Slab" w:cs="Roboto Slab"/>
        </w:rPr>
        <w:t>2022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Κύπελλο Ελλάδας (Α1 Κατηγορία)</w:t>
      </w:r>
    </w:p>
    <w:p>
      <w:pPr>
        <w:pStyle w:val="-4"/>
        <w:keepLines/>
        <w:rPr/>
      </w:pPr>
      <w:r>
        <w:rPr>
          <w:rFonts w:eastAsia="Roboto Slab" w:cs="Roboto Slab"/>
        </w:rPr>
        <w:t>2022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ΤΡΑΠ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2001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75</w:t>
      </w:r>
    </w:p>
    <w:p>
      <w:pPr>
        <w:pStyle w:val="-"/>
        <w:keepNext w:val="true"/>
        <w:keepLines/>
        <w:jc w:val="start"/>
        <w:rPr/>
      </w:pPr>
      <w:r>
        <w:rPr>
          <w:rFonts w:eastAsia="Roboto Slab Medium" w:cs="Roboto Slab Medium"/>
          <w:color w:val="1B5E20"/>
        </w:rPr>
        <w:t>ΣΤΑΘΕΡΟΣ ΣΤΟΧΟΣ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Γενική Βαθμολογία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Φθινοπωρινό Κύπελλο ΣΟΑ/ΑΣΟΕΕ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Χριστουγέννων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Χριστουγέννων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Χριστουγέννων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Χριστουγέννων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Χριστουγέννων Παναθηναϊκού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Χριστουγέννων Παναθηναϊκού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Γυναίκες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Χριστουγέννων Παναθηναϊκού (Μικτό Πιστόλι)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Παγκράτιοι Σκοπευτικοί Αγώνες (Γενική Βαθμολογία)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(Γενική Βαθμολογία)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Διασυλλογικό Πρωτάθλημα ΠΣΕ (Γενική Βαθμολογία)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(Γενική Βαθμολογία)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(Περίστροφο 25 μ.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(Καραμπίνα Γονυπετώς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(Τουφέκι Ακριβείας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(Γενική Βαθμολογία)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(Στρατιωτικό Περίστροφο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(Καραμπίνα Ορθίως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(Καραμπίνα Γονυπετώς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(Καραμπίνα Πρηνηδόν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(Περίστροφο 25 μ.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(Γενική Βαθμολογία)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(Καραμπίνα Γονυπετώς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(Καραμπίνα Τριών Στάσεων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(Καραμπίνα Πρηνηδόν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(Πιστόλι κατά Ανδρεικέλων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ΕΣΚΟΘ (Πιστόλι Στάνταρντ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ΕΣΚΟΘ (Πιστόλι Στάνταρντ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ΓΣ Δράμας (Αεροβόλο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ΣΟΑ/ΑΣΟΕΕ (Αεροβόλο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Αρχελάου Κατερίνης (Αεροβόλο Τουφέκι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ΠΣΕ (Αεροβόλο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Φθινοπωρινό Κύπελλο ΣΟΑ/ΑΣΟΕΕ (Αεροβόλο Τουφέκι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Αρχελάου Κατερίνης (Αεροβόλο Τουφέκι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ΣΣ Βόλου (Αεροβόλο Τουφέκι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ΠΣΕ (Καραμπίνα 3×40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ΣΚΟΑ/ΑΠΘ (Αεροβόλο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ΣΣ Βόλου (Αεροβόλο Τουφέκι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Αρχελάου Κατερίνης (Αεροβόλο Τουφέκι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ΣΚΟΑ/ΑΠΘ (Αεροβόλο Τουφέκι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Αττικού Σκοπευτικού Ομίλου (Αεροβόλο Τουφέκι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ΣΣ Βόλου (Αεροβόλο Τουφέκι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Φθινοπωρινό Κύπελλο ΣΟΑ/ΑΣΟΕΕ (Αεροβόλο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ΣΟΑ/ΑΣΟΕΕ (Αεροβόλο Τουφέκι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ΠΣΕ (Αεροβόλο Τουφέκι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ΠΣΕ (Πιστόλι Ταχύτητας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Παναθηναϊκού (Ελεύθερο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ΠΣΕ (Πιστόλι Ταχύτητας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ΠΣΕ (Αεροβόλο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ΠΣΕ (Πιστόλι Ταχύτητας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2004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Φθινοπωρινό Κύπελλο ΣΟΑ/ΑΣΟΕΕ (Αεροβόλο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Αεροβόλων Όπλων Α΄ Κατηγορίας Παναθηναϊκού (21/2, Αεροβόλο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Αεροβόλων Όπλων Α΄ Κατηγορίας Παναθηναϊκού (4/10, Αεροβόλο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«Ζευς» (Αεροβόλο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«Ζευς» (Αεροβόλο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«Μάχη του Διρού» (Αεροβόλο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2022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Φθινοπωρινοί Αγώνες «Γιάννης Βογιατζής» (Αεροβόλο Πιστόλι – Ομαδικό, διοργανωτής: ΣΟΑ/ΑΣΟΕΕ)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ΣΣ Βόλου (Πιστόλι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ΔΕΗ (Αεροβόλο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Χωροφυλακής (Περίστροφο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«Ζευς» (Αεροβόλο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«Μάχη του Διρού» (Αεροβόλο Πιστόλι – Ομαδικό)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Παναθηναϊκού – Ευαγγελικής Σχολής (Καραμπίνα Πρηνηδόν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ΔΕΗ – Αστυνομίας Πόλεων (Πιστόλι Ακριβείας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εις μνήμην Τσίρου (Πιστόλι Ακριβείας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εις μνήμην Αντώνη Μαντζαβελάκη (Πιστόλι Ταχύτητας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Παναθηναϊκού – Αστυνομίας Πόλεων (Πιστόλι Ταχύτητας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Χωροφυλακής (Ελεύθερο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ΠΣΕ (Καραμπίνα Πρηνηδόν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ΠΣΕ (Καραμπίνα 3×20 – Ομαδικό)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Νεάνιδες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ΣΟΑ/ΑΣΟΕΕ (Αεροβόλο Τουφέκι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Φθινοπωρινό Κύπελλο ΣΟΑ/ΑΣΟΕΕ (Αεροβόλο Τουφέκι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Φθινοπωρινό Κύπελλο ΣΟΑ/ΑΣΟΕΕ (Αεροβόλο Πιστόλι – 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Φθινοπωρινό Κύπελλο ΣΟΑ/ΑΣΟΕΕ (Αεροβόλο Πιστόλι – Ομαδικό)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 Α΄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2015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Αεροβόλων Όπλων Α΄ Κατηγορίας Παναθηναϊκού (21/2, Αεροβόλο Τουφέκι – Ομαδικό)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ΣΚΟΠΟΒΟΛΗ ΑμεΑ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2019)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Γενική Βαθμολογία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2024, 2025, 2026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ΣΤΙΒΟΣ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1919)</w:t>
      </w:r>
    </w:p>
    <w:p>
      <w:pPr>
        <w:pStyle w:val="-"/>
        <w:keepNext w:val="true"/>
        <w:keepLines/>
        <w:jc w:val="start"/>
        <w:rPr/>
      </w:pPr>
      <w:r>
        <w:rPr>
          <w:rFonts w:eastAsia="Roboto Slab Medium" w:cs="Roboto Slab Medium"/>
          <w:color w:val="1B5E20"/>
        </w:rPr>
        <w:t>ΑΝΟΙΧΤΟΣ ΣΤΙΒΟΣ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118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Γενική Βαθμολογία</w:t>
      </w:r>
    </w:p>
    <w:p>
      <w:pPr>
        <w:pStyle w:val="-3"/>
        <w:keepNext w:val="true"/>
        <w:rPr/>
      </w:pPr>
      <w:r>
        <w:rPr>
          <w:rFonts w:eastAsia="Roboto Slab" w:cs="Roboto Slab"/>
        </w:rPr>
        <w:t>12 Πρωταθλήματα Ελλάδας (Συλλογική Δραστηριότητα)</w:t>
      </w:r>
    </w:p>
    <w:p>
      <w:pPr>
        <w:pStyle w:val="-4"/>
        <w:keepLines/>
        <w:rPr/>
      </w:pPr>
      <w:r>
        <w:rPr>
          <w:rFonts w:eastAsia="Roboto Slab" w:cs="Roboto Slab"/>
        </w:rPr>
        <w:t>1954, 1965, 1966, 1967, 1968, 1969, 1970, 1971, 1972, 1973, 1978, 1979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28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1921, 1929, 1932, 1955, 1956, 1957, 1958, 1959, 1960, 1961, 1962, 1963, 1964, 1965, 1966, 1967, 1968, 1969, 1970, 1971, 1972, 1973, 1974, 1977, 1989, 1990, 2025, 2026</w:t>
      </w:r>
    </w:p>
    <w:p>
      <w:pPr>
        <w:pStyle w:val="-3"/>
        <w:keepNext w:val="true"/>
        <w:rPr/>
      </w:pPr>
      <w:r>
        <w:rPr>
          <w:rFonts w:eastAsia="Roboto Slab" w:cs="Roboto Slab"/>
        </w:rPr>
        <w:t>3 Εαρινά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1978, 1979, 1981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(Συλλογική Βαθμολογία Δρόμων)</w:t>
      </w:r>
    </w:p>
    <w:p>
      <w:pPr>
        <w:pStyle w:val="-4"/>
        <w:keepLines/>
        <w:rPr/>
      </w:pPr>
      <w:r>
        <w:rPr>
          <w:rFonts w:eastAsia="Roboto Slab" w:cs="Roboto Slab"/>
        </w:rPr>
        <w:t>1936, 1939, 1957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(Συλλογική Βαθμολογία Αλμάτων)</w:t>
      </w:r>
    </w:p>
    <w:p>
      <w:pPr>
        <w:pStyle w:val="-4"/>
        <w:keepLines/>
        <w:rPr/>
      </w:pPr>
      <w:r>
        <w:rPr>
          <w:rFonts w:eastAsia="Roboto Slab" w:cs="Roboto Slab"/>
        </w:rPr>
        <w:t>1939, 1940, 1957</w:t>
      </w:r>
    </w:p>
    <w:p>
      <w:pPr>
        <w:pStyle w:val="-3"/>
        <w:keepNext w:val="true"/>
        <w:rPr/>
      </w:pPr>
      <w:r>
        <w:rPr>
          <w:rFonts w:eastAsia="Roboto Slab" w:cs="Roboto Slab"/>
        </w:rPr>
        <w:t>5 Πρωταθλήματα Σκυταλοδρομιών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1932, 1934, 1935, 1939, 1965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Ειδικό Πρωτάθλημα Ομαδικών Αγωνισμάτων (Άλμα εις Μήκος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1953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Ειδικό Πρωτάθλημα Ομαδικών Αγωνισμάτων (Άλμα εις Ύψος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1953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Ειδικό Πρωτάθλημα Ομαδικών Αγωνισμάτων (Δισκοβολία – 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1953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Κύπρου</w:t>
      </w:r>
    </w:p>
    <w:p>
      <w:pPr>
        <w:pStyle w:val="-4"/>
        <w:keepLines/>
        <w:rPr/>
      </w:pPr>
      <w:r>
        <w:rPr>
          <w:rFonts w:eastAsia="Roboto Slab" w:cs="Roboto Slab"/>
        </w:rPr>
        <w:t>1950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Νοτίου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1933</w:t>
      </w:r>
    </w:p>
    <w:p>
      <w:pPr>
        <w:pStyle w:val="-3"/>
        <w:keepNext w:val="true"/>
        <w:rPr/>
      </w:pPr>
      <w:r>
        <w:rPr>
          <w:rFonts w:eastAsia="Roboto Slab" w:cs="Roboto Slab"/>
        </w:rPr>
        <w:t>17 Διασυλλογικά Πρωταθλήματα Α΄ Κατηγορίας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1954, 1955, 1956, 1957, 1958, 1960, 1961, 1962, 1963, 1964, 1965, 1966, 1967, 1969, 1970, 1980, 1981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Διασυλλογικά Πρωταθλήματα Α΄ Κατηγορίας Αττικής (Διεθνής 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1963, 1964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Φθινοπωρινά Διασυλλογικά Πρωταθλήματα Α΄ Κατηγορίας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1958, 1969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Περιφερειακά Εαρινά Πρωταθλήματα</w:t>
      </w:r>
    </w:p>
    <w:p>
      <w:pPr>
        <w:pStyle w:val="-4"/>
        <w:keepLines/>
        <w:rPr/>
      </w:pPr>
      <w:r>
        <w:rPr>
          <w:rFonts w:eastAsia="Roboto Slab" w:cs="Roboto Slab"/>
        </w:rPr>
        <w:t>1978, 1981, 1982</w:t>
      </w:r>
    </w:p>
    <w:p>
      <w:pPr>
        <w:pStyle w:val="-3"/>
        <w:keepNext w:val="true"/>
        <w:rPr/>
      </w:pPr>
      <w:r>
        <w:rPr>
          <w:rFonts w:eastAsia="Roboto Slab" w:cs="Roboto Slab"/>
        </w:rPr>
        <w:t>3 Διασυλλογικά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2023, 2024, 2025</w:t>
      </w:r>
    </w:p>
    <w:p>
      <w:pPr>
        <w:pStyle w:val="-3"/>
        <w:keepNext w:val="true"/>
        <w:rPr/>
      </w:pPr>
      <w:r>
        <w:rPr>
          <w:rFonts w:eastAsia="Roboto Slab" w:cs="Roboto Slab"/>
        </w:rPr>
        <w:t>3 Έπαθλα ΣΕΓΑΣ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1961, 1963, 1964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Περιφερειακά Πρωταθλήματα Βάδην</w:t>
      </w:r>
    </w:p>
    <w:p>
      <w:pPr>
        <w:pStyle w:val="-4"/>
        <w:keepLines/>
        <w:rPr/>
      </w:pPr>
      <w:r>
        <w:rPr>
          <w:rFonts w:eastAsia="Roboto Slab" w:cs="Roboto Slab"/>
        </w:rPr>
        <w:t>1980, 1981, 1982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1946, 1947, 1949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(Τρίαθλο)</w:t>
      </w:r>
    </w:p>
    <w:p>
      <w:pPr>
        <w:pStyle w:val="-4"/>
        <w:keepLines/>
        <w:rPr/>
      </w:pPr>
      <w:r>
        <w:rPr>
          <w:rFonts w:eastAsia="Roboto Slab" w:cs="Roboto Slab"/>
        </w:rPr>
        <w:t>1949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Φθινοπωρινό Πρωτάθλημα Κέντρου (Αθήνας – Πειραιά)</w:t>
      </w:r>
    </w:p>
    <w:p>
      <w:pPr>
        <w:pStyle w:val="-4"/>
        <w:keepLines/>
        <w:rPr/>
      </w:pPr>
      <w:r>
        <w:rPr>
          <w:rFonts w:eastAsia="Roboto Slab" w:cs="Roboto Slab"/>
        </w:rPr>
        <w:t>1946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Περιφερειακό Πρωτάθλημα Βάδην (Γενική 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1982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6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1952, 1956, 1957, 1958, 1968, 1969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Αττικής</w:t>
      </w:r>
    </w:p>
    <w:p>
      <w:pPr>
        <w:pStyle w:val="-4"/>
        <w:keepLines/>
        <w:rPr/>
      </w:pPr>
      <w:r>
        <w:rPr>
          <w:rFonts w:eastAsia="Roboto Slab" w:cs="Roboto Slab"/>
        </w:rPr>
        <w:t>1982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Περιφερειακά Πρωταθλήματα Βάδην</w:t>
      </w:r>
    </w:p>
    <w:p>
      <w:pPr>
        <w:pStyle w:val="-4"/>
        <w:keepLines/>
        <w:rPr/>
      </w:pPr>
      <w:r>
        <w:rPr>
          <w:rFonts w:eastAsia="Roboto Slab" w:cs="Roboto Slab"/>
        </w:rPr>
        <w:t>1980, 1982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1967, 1994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Περιφερειακό Πρωτάθλημα Αττικής – Στερεάς Ελλάδας και Κυκλάδων</w:t>
      </w:r>
    </w:p>
    <w:p>
      <w:pPr>
        <w:pStyle w:val="-4"/>
        <w:keepLines/>
        <w:rPr/>
      </w:pPr>
      <w:r>
        <w:rPr>
          <w:rFonts w:eastAsia="Roboto Slab" w:cs="Roboto Slab"/>
        </w:rPr>
        <w:t>1968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1994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Παμπαίδες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1992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Περιφερειακό Πρωτάθλημα Αθήνας – Πειραιά</w:t>
      </w:r>
    </w:p>
    <w:p>
      <w:pPr>
        <w:pStyle w:val="-4"/>
        <w:keepLines/>
        <w:rPr/>
      </w:pPr>
      <w:r>
        <w:rPr>
          <w:rFonts w:eastAsia="Roboto Slab" w:cs="Roboto Slab"/>
        </w:rPr>
        <w:t>1982</w:t>
      </w:r>
    </w:p>
    <w:p>
      <w:pPr>
        <w:pStyle w:val="-3"/>
        <w:keepNext w:val="true"/>
        <w:rPr/>
      </w:pPr>
      <w:r>
        <w:rPr>
          <w:rFonts w:eastAsia="Roboto Slab" w:cs="Roboto Slab"/>
        </w:rPr>
        <w:t>2 Διασυλλογικά Πρωταθλήματα Αθήνας</w:t>
      </w:r>
    </w:p>
    <w:p>
      <w:pPr>
        <w:pStyle w:val="-4"/>
        <w:keepLines/>
        <w:rPr/>
      </w:pPr>
      <w:r>
        <w:rPr>
          <w:rFonts w:eastAsia="Roboto Slab" w:cs="Roboto Slab"/>
        </w:rPr>
        <w:t>1992, 1993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Παγκορασίδες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Περιφερειακά Πρωταθλήματα Αθήνας – Πειραιά</w:t>
      </w:r>
    </w:p>
    <w:p>
      <w:pPr>
        <w:pStyle w:val="-4"/>
        <w:keepLines/>
        <w:rPr/>
      </w:pPr>
      <w:r>
        <w:rPr>
          <w:rFonts w:eastAsia="Roboto Slab" w:cs="Roboto Slab"/>
        </w:rPr>
        <w:t>1980, 1982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32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1932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εις μνήμην Ιωάννη Καρυοφύλλη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Δάλλεια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Πανιώνιοι Αγώνες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1948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Δάλλεια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ΚΕΕΜ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Τρισυλλογικοί Αγώνες Αλεξανδρούπολης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Ελευθέρια (διοργανώτρια: ΑΕ Παγκρατίου)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«Εποποιίας 1940-41» (διοργανωτής: Πανελλήνιος)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Ελευθέρια (διοργανώτρια: ΑΕ Παγκρατίου)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Τρισυλλογικοί Αγώνες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Βενιζέλεια (διοργανωτές: Κύδων Χανίων – Τάλως Χανίων)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Αρκάδια (διοργανωτής: Ατρόμητος Ρεθύμνου)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Αρκάδια (διοργανωτής: Ατρόμητος Ρεθύμνου)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Δάλλεια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Ρεδιάδεια (διοργανωτής: Πειραϊκός Σύνδεσμος)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Παναθηναϊκοί Αγώνες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Δάλλεια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Καλαφάτεια, Φάληρο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Εθνικής Επετείου Χαλκίδας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Ρίψεων εις μνήμην Γεωργαντά (διοργανωτής: Πανελλήνιος)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Ρίψεων εις μνήμην Γεωργαντά (διοργανωτής: Πανελλήνιος)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Ρίψεων εις μνήμην Γεωργαντά (διοργανωτής: Πανελλήνιος)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Βαρδινογιάννεια (διοργανώτρια: Ένωση Ατρομήτου Ρεθυμνιακού)</w:t>
      </w:r>
    </w:p>
    <w:p>
      <w:pPr>
        <w:pStyle w:val="-"/>
        <w:keepNext w:val="true"/>
        <w:keepLines/>
        <w:jc w:val="start"/>
        <w:rPr/>
      </w:pPr>
      <w:r>
        <w:rPr>
          <w:rFonts w:eastAsia="Roboto Slab Medium" w:cs="Roboto Slab Medium"/>
          <w:color w:val="1B5E20"/>
        </w:rPr>
        <w:t>ΚΛΕΙΣΤΟΣ ΣΤΙΒΟΣ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13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8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1986, 1989, 1990, 1994, 2023, 2024, 2025, 2026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2022, 2023, 2024, 2026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Νεάνιδες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1991</w:t>
      </w:r>
    </w:p>
    <w:p>
      <w:pPr>
        <w:pStyle w:val="-"/>
        <w:keepNext w:val="true"/>
        <w:keepLines/>
        <w:jc w:val="start"/>
        <w:rPr/>
      </w:pPr>
      <w:r>
        <w:rPr>
          <w:rFonts w:eastAsia="Roboto Slab Medium" w:cs="Roboto Slab Medium"/>
          <w:color w:val="1B5E20"/>
        </w:rPr>
        <w:t>ΑΝΩΜΑΛΟΣ ΔΡΟΜΟΣ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209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28 Πρωταθλήματα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1930, 1931, 1932, 1933, 1934, 1938, 1954, 1955, 1956, 1968, 1969, 1970, 1971, 1972, 1973, 1974, 1975, 1977, 1978, 1979, 1980, 1983, 1996, 1997, 1998, 2012, 2016, 2021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(Γενική 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1965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(Μικτή Πολλαπλή 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1966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(Πολλαπλή 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1967, 1968, 1969</w:t>
      </w:r>
    </w:p>
    <w:p>
      <w:pPr>
        <w:pStyle w:val="-3"/>
        <w:keepNext w:val="true"/>
        <w:rPr/>
      </w:pPr>
      <w:r>
        <w:rPr>
          <w:rFonts w:eastAsia="Roboto Slab" w:cs="Roboto Slab"/>
        </w:rPr>
        <w:t>5 Πρωταθλήματα Ελλάδας (Γενική Πολλαπλή 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1985, 1988, 1989, 2016, 2021</w:t>
      </w:r>
    </w:p>
    <w:p>
      <w:pPr>
        <w:pStyle w:val="-3"/>
        <w:keepNext w:val="true"/>
        <w:rPr/>
      </w:pPr>
      <w:r>
        <w:rPr>
          <w:rFonts w:eastAsia="Roboto Slab" w:cs="Roboto Slab"/>
        </w:rPr>
        <w:t>5 Λαϊκά Πρωταθλήματα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1951, 1952, 1957, 1958, 1959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Χειμερινά Πρωταθλήματα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1962 (Α΄), 1962 (Β΄), 1962 (Γ΄)</w:t>
      </w:r>
    </w:p>
    <w:p>
      <w:pPr>
        <w:pStyle w:val="-3"/>
        <w:keepNext w:val="true"/>
        <w:rPr/>
      </w:pPr>
      <w:r>
        <w:rPr>
          <w:rFonts w:eastAsia="Roboto Slab" w:cs="Roboto Slab"/>
        </w:rPr>
        <w:t>23 Περιφερειακά Πρωταθλήματα Αθήνας – Πειραιά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1931, 1932, 1933, 1935, 1938, 1950, 1952, 1954, 1956, 1961, 1963, 1967, 1968, 1969, 1972, 1973, 1974, 1976, 1978, 1979, 1981, 1982, 1984</w:t>
      </w:r>
    </w:p>
    <w:p>
      <w:pPr>
        <w:pStyle w:val="-3"/>
        <w:keepNext w:val="true"/>
        <w:rPr/>
      </w:pPr>
      <w:r>
        <w:rPr>
          <w:rFonts w:eastAsia="Roboto Slab" w:cs="Roboto Slab"/>
        </w:rPr>
        <w:t>26 Τοπικά Πρωταθλήματα Αθήνας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1947, 1949, 1952, 1953, 1955, 1957, 1960, 1961, 1964, 1965, 1966, 1967, 1968, 1969, 1970, 1971, 1972, 1973, 1974, 1976, 1991, 1996, 1997, 1998, 2004, 2008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Πανσυλλογικές Σκυταλοδρομίες «Γύρος Αθηνών»</w:t>
      </w:r>
    </w:p>
    <w:p>
      <w:pPr>
        <w:pStyle w:val="-4"/>
        <w:keepLines/>
        <w:rPr/>
      </w:pPr>
      <w:r>
        <w:rPr>
          <w:rFonts w:eastAsia="Roboto Slab" w:cs="Roboto Slab"/>
        </w:rPr>
        <w:t>1965, 1966, 1968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9 Πρωταθλήματα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1949, 1950, 1983, 1984, 1985, 1986, 2017, 2022, 2024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(Γενική Πολλαπλή 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1986, 2022, 2024</w:t>
      </w:r>
    </w:p>
    <w:p>
      <w:pPr>
        <w:pStyle w:val="-3"/>
        <w:keepNext w:val="true"/>
        <w:rPr/>
      </w:pPr>
      <w:r>
        <w:rPr>
          <w:rFonts w:eastAsia="Roboto Slab" w:cs="Roboto Slab"/>
        </w:rPr>
        <w:t>5 Περιφερειακά Πρωταθλήματα Αθήνας – Πειραιά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1949, 1950, 1971, 1984, 1985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Τοπικά Πρωταθλήματα Αθήνας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1949, 1986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Β΄ Ομάδες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Πανσυλλογικές Σκυταλοδρομίες «Γύρος Αθηνών»</w:t>
      </w:r>
    </w:p>
    <w:p>
      <w:pPr>
        <w:pStyle w:val="-4"/>
        <w:keepLines/>
        <w:rPr/>
      </w:pPr>
      <w:r>
        <w:rPr>
          <w:rFonts w:eastAsia="Roboto Slab" w:cs="Roboto Slab"/>
        </w:rPr>
        <w:t>1967, 1968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Γ΄ Ομάδες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Πανσυλλογική Σκυταλοδρομία «Γύρος Αθηνών»</w:t>
      </w:r>
    </w:p>
    <w:p>
      <w:pPr>
        <w:pStyle w:val="-4"/>
        <w:keepLines/>
        <w:rPr/>
      </w:pPr>
      <w:r>
        <w:rPr>
          <w:rFonts w:eastAsia="Roboto Slab" w:cs="Roboto Slab"/>
        </w:rPr>
        <w:t>1968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Νέοι / Άνδρες Β΄</w:t>
      </w:r>
    </w:p>
    <w:p>
      <w:pPr>
        <w:pStyle w:val="-3"/>
        <w:keepNext w:val="true"/>
        <w:rPr/>
      </w:pPr>
      <w:r>
        <w:rPr>
          <w:rFonts w:eastAsia="Roboto Slab" w:cs="Roboto Slab"/>
        </w:rPr>
        <w:t>7 Πρωταθλήματα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1978, 1980, 1982, 1983, 1984, 1985, 1987</w:t>
      </w:r>
    </w:p>
    <w:p>
      <w:pPr>
        <w:pStyle w:val="-3"/>
        <w:keepNext w:val="true"/>
        <w:rPr/>
      </w:pPr>
      <w:r>
        <w:rPr>
          <w:rFonts w:eastAsia="Roboto Slab" w:cs="Roboto Slab"/>
        </w:rPr>
        <w:t>7 Περιφερειακά Πρωταθλήματα Αθήνας – Πειραιά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1970, 1971, 1972, 1978, 1980, 1981, 1982</w:t>
      </w:r>
    </w:p>
    <w:p>
      <w:pPr>
        <w:pStyle w:val="-3"/>
        <w:keepNext w:val="true"/>
        <w:rPr/>
      </w:pPr>
      <w:r>
        <w:rPr>
          <w:rFonts w:eastAsia="Roboto Slab" w:cs="Roboto Slab"/>
        </w:rPr>
        <w:t>6 Τοπικά Πρωταθλήματα Αθήνας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1970, 1971, 1974, 1986, 1987, 1988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3"/>
        <w:keepNext w:val="true"/>
        <w:rPr/>
      </w:pPr>
      <w:r>
        <w:rPr>
          <w:rFonts w:eastAsia="Roboto Slab" w:cs="Roboto Slab"/>
        </w:rPr>
        <w:t>18 Πρωταθλήματα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1940, 1949, 1951, 1953, 1954, 1955, 1956, 1957, 1958, 1959, 1969, 1978, 1981, 1982, 1983, 1984, 1985, 1986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(Γενική Πολλαπλή 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1986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Λαϊκό Πρωτάθλημα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1958</w:t>
      </w:r>
    </w:p>
    <w:p>
      <w:pPr>
        <w:pStyle w:val="-3"/>
        <w:keepNext w:val="true"/>
        <w:rPr/>
      </w:pPr>
      <w:r>
        <w:rPr>
          <w:rFonts w:eastAsia="Roboto Slab" w:cs="Roboto Slab"/>
        </w:rPr>
        <w:t>18 Περιφερειακά Πρωταθλήματα Αθήνας – Πειραιά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1951, 1952, 1953, 1954, 1955, 1956, 1958, 1959, 1968, 1969, 1970, 1972, 1976, 1980, 1981, 1982, 1984, 1985</w:t>
      </w:r>
    </w:p>
    <w:p>
      <w:pPr>
        <w:pStyle w:val="-3"/>
        <w:keepNext w:val="true"/>
        <w:rPr/>
      </w:pPr>
      <w:r>
        <w:rPr>
          <w:rFonts w:eastAsia="Roboto Slab" w:cs="Roboto Slab"/>
        </w:rPr>
        <w:t>12 Τοπικά Πρωταθλήματα Αθήνας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1951, 1953, 1955, 1956, 1958, 1959, 1969, 1970, 1971, 1972, 1976, 1986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Νεάνιδες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1982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Περιφερειακά Πρωταθλήματα Αθήνας – Πειραιά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1980, 1981, 1982</w:t>
      </w:r>
    </w:p>
    <w:p>
      <w:pPr>
        <w:pStyle w:val="-3"/>
        <w:keepNext w:val="true"/>
        <w:rPr/>
      </w:pPr>
      <w:r>
        <w:rPr>
          <w:rFonts w:eastAsia="Roboto Slab" w:cs="Roboto Slab"/>
        </w:rPr>
        <w:t>2 Τοπικά Πρωταθλήματα Αθήνας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1986, 1991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Πρωτάθλημα Ελλάδας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1983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Πρωταθλήματα Ελλάδας (Πολλαπλή Βαθμολογία)</w:t>
      </w:r>
    </w:p>
    <w:p>
      <w:pPr>
        <w:pStyle w:val="-4"/>
        <w:keepLines/>
        <w:rPr/>
      </w:pPr>
      <w:r>
        <w:rPr>
          <w:rFonts w:eastAsia="Roboto Slab" w:cs="Roboto Slab"/>
        </w:rPr>
        <w:t>1966, 1967, 1968</w:t>
      </w:r>
    </w:p>
    <w:p>
      <w:pPr>
        <w:pStyle w:val="-3"/>
        <w:keepNext w:val="true"/>
        <w:rPr/>
      </w:pPr>
      <w:r>
        <w:rPr>
          <w:rFonts w:eastAsia="Roboto Slab" w:cs="Roboto Slab"/>
        </w:rPr>
        <w:t>6 Περιφερειακά Πρωταθλήματα Αθήνας – Πειραιά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1967, 1968, 1975, 1978, 1982, 1985</w:t>
      </w:r>
    </w:p>
    <w:p>
      <w:pPr>
        <w:pStyle w:val="-3"/>
        <w:keepNext w:val="true"/>
        <w:rPr/>
      </w:pPr>
      <w:r>
        <w:rPr>
          <w:rFonts w:eastAsia="Roboto Slab" w:cs="Roboto Slab"/>
        </w:rPr>
        <w:t>3 Τοπικά Πρωταθλήματα Αθήνας (Ομαδικό)</w:t>
      </w:r>
    </w:p>
    <w:p>
      <w:pPr>
        <w:pStyle w:val="-4"/>
        <w:keepLines/>
        <w:rPr/>
      </w:pPr>
      <w:r>
        <w:rPr>
          <w:rFonts w:eastAsia="Roboto Slab" w:cs="Roboto Slab"/>
        </w:rPr>
        <w:t>1967, 1968, 1975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82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1932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Ομαδικών Αγώνων (διοργανωτές: Πανελλήνιος – Εθνικός Αθηνών –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1932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Αγώνας Δρόμου 1 Μιλίου εις μνήμην Ιωάννη Καρυοφύλλη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1935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Γεωργίου Γαλάνη (διοργανώτρια: εφημερίδα «Αθλητικός Χρόνος»)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1939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Λύσανδρου Δικαιόπουλου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Τοπικό Πρωτάθλημα Αθήνας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Δάλλα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1958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Δρόμος Θυσίας Καλαβρύτων (διοργανώτρια: ΑΣ Λάγρα)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Δρόμος Θυσίας Καλαβρύτων (διοργανώτρια: ΑΣ Λάγρα)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Δρόμος Θυσίας Καλαβρύτων (διοργανώτρια: ΑΣ Λάγρα)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Δρόμος Θυσίας Καλαβρύτων (διοργανώτρια: ΑΣ Λάγρα)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Δρόμος Θυσίας Καλαβρύτων (διοργανώτρια: ΑΣ Λάγρα)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Δρόμος Θυσίας Καλαβρύτων (διοργανώτρια: ΑΣ Λάγρα)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Δρόμος Θυσίας Καλαβρύτων (διοργανώτρια: ΑΣ Λάγρα)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Μπιζάνειος Δρόμος (διοργανωτής: ΑΓΣ Ιωαννίνων)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Δήμου Χαλανδρίου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Δρόμος Θυσίας Καλαβρύτων (διοργανώτρια: ΑΣ Λάγρα)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Μπιζάνειος Δρόμος (διοργανωτής: ΑΓΣ Ιωαννίνων)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Μπιζάνειος Δρόμος (διοργανωτής: ΑΓΣ Ιωαννίνων)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Μπιζάνειος Δρόμος (διοργανωτής: ΑΓΣ Ιωαννίνων)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Μαρσέλλου (διοργανωτής: Απόλλων Σμύρνης)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Μαρσέλλου (διοργανωτής: Απόλλων Σμύρνης)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Δήμου Αμαρουσίου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1987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Έφηβοι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1968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1969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1971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Κοτζιά (διοργανωτής: Πανιώνιος)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1972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1980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Μαρσέλλου (διοργανωτής: Απόλλων Σμύρνης)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Παίδες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1975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Γεωργακόπουλου (διοργανώτρια: ΑΕΚ)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Κορασίδες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Ανώμαλος Δρόμος εις μνήμην Σκιαδά (διοργανωτής: Παναθηναϊκός)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ΤΟΞΟΒΟΛΙΑ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1981)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33</w:t>
      </w:r>
    </w:p>
    <w:p>
      <w:pPr>
        <w:pStyle w:val="-2"/>
        <w:jc w:val="start"/>
        <w:rPr/>
      </w:pPr>
      <w:r>
        <w:rPr/>
        <w:t>Γενική Βαθμολογία</w:t>
      </w:r>
    </w:p>
    <w:p>
      <w:pPr>
        <w:pStyle w:val="-3"/>
        <w:rPr/>
      </w:pPr>
      <w:r>
        <w:rPr/>
        <w:t>4 Πρωταθλήματα Ελλάδας</w:t>
      </w:r>
    </w:p>
    <w:p>
      <w:pPr>
        <w:pStyle w:val="-4"/>
        <w:rPr/>
      </w:pPr>
      <w:r>
        <w:rPr/>
        <w:t>1983, 1984, 1985, 2018</w:t>
      </w:r>
    </w:p>
    <w:p>
      <w:pPr>
        <w:pStyle w:val="-2"/>
        <w:jc w:val="start"/>
        <w:rPr/>
      </w:pPr>
      <w:r>
        <w:rPr/>
        <w:t>Άνδρες</w:t>
      </w:r>
    </w:p>
    <w:p>
      <w:pPr>
        <w:pStyle w:val="-3"/>
        <w:rPr/>
      </w:pPr>
      <w:r>
        <w:rPr/>
        <w:t>2 Πρωταθλήματα Ελλάδας (Βαθμολογία)</w:t>
      </w:r>
    </w:p>
    <w:p>
      <w:pPr>
        <w:pStyle w:val="-4"/>
        <w:rPr/>
      </w:pPr>
      <w:r>
        <w:rPr/>
        <w:t>1984, 1985</w:t>
      </w:r>
    </w:p>
    <w:p>
      <w:pPr>
        <w:pStyle w:val="-2"/>
        <w:jc w:val="start"/>
        <w:rPr/>
      </w:pPr>
      <w:r>
        <w:rPr/>
        <w:t>Γυναίκες</w:t>
      </w:r>
    </w:p>
    <w:p>
      <w:pPr>
        <w:pStyle w:val="-3"/>
        <w:rPr/>
      </w:pPr>
      <w:r>
        <w:rPr/>
        <w:t>2 Πρωταθλήματα Ελλάδας (Βαθμολογία)</w:t>
      </w:r>
    </w:p>
    <w:p>
      <w:pPr>
        <w:pStyle w:val="-4"/>
        <w:rPr/>
      </w:pPr>
      <w:r>
        <w:rPr/>
        <w:t>1984, 1985</w:t>
      </w:r>
    </w:p>
    <w:p>
      <w:pPr>
        <w:pStyle w:val="-11"/>
        <w:jc w:val="start"/>
        <w:rPr/>
      </w:pPr>
      <w:r>
        <w:rPr/>
        <w:t>ΑΝΟΙΧΤΟΣ ΧΩΡΟΣ</w:t>
      </w:r>
    </w:p>
    <w:p>
      <w:pPr>
        <w:pStyle w:val="-2"/>
        <w:jc w:val="start"/>
        <w:rPr/>
      </w:pPr>
      <w:r>
        <w:rPr/>
        <w:t>Άνδρες</w:t>
      </w:r>
    </w:p>
    <w:p>
      <w:pPr>
        <w:pStyle w:val="-3"/>
        <w:rPr/>
      </w:pPr>
      <w:r>
        <w:rPr/>
        <w:t>4 Πρωταθλήματα Ελλάδας (Ομαδικό)</w:t>
      </w:r>
    </w:p>
    <w:p>
      <w:pPr>
        <w:pStyle w:val="-4"/>
        <w:rPr/>
      </w:pPr>
      <w:r>
        <w:rPr/>
        <w:t>1983, 1984, 1985, 1986</w:t>
      </w:r>
    </w:p>
    <w:p>
      <w:pPr>
        <w:pStyle w:val="-3"/>
        <w:rPr/>
      </w:pPr>
      <w:r>
        <w:rPr/>
        <w:t>1 Εαρινό Πρωτάθλημα Ελλάδας (Ομαδικό)</w:t>
      </w:r>
    </w:p>
    <w:p>
      <w:pPr>
        <w:pStyle w:val="-4"/>
        <w:rPr/>
      </w:pPr>
      <w:r>
        <w:rPr/>
        <w:t>1986</w:t>
      </w:r>
    </w:p>
    <w:p>
      <w:pPr>
        <w:pStyle w:val="-3"/>
        <w:rPr/>
      </w:pPr>
      <w:r>
        <w:rPr/>
        <w:t>1 Φθινοπωρινό Πρωτάθλημα Ελλάδας (Ομαδικό)</w:t>
      </w:r>
    </w:p>
    <w:p>
      <w:pPr>
        <w:pStyle w:val="-4"/>
        <w:rPr/>
      </w:pPr>
      <w:r>
        <w:rPr/>
        <w:t>1984</w:t>
      </w:r>
    </w:p>
    <w:p>
      <w:pPr>
        <w:pStyle w:val="-3"/>
        <w:rPr/>
      </w:pPr>
      <w:r>
        <w:rPr/>
        <w:t>1 Περιφερειακό Πρωτάθλημα (Ομαδικό)</w:t>
      </w:r>
    </w:p>
    <w:p>
      <w:pPr>
        <w:pStyle w:val="-4"/>
        <w:rPr/>
      </w:pPr>
      <w:r>
        <w:rPr/>
        <w:t>1983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ΟΛΥΜΠΙΑΚΟ ΤΟΞΟ</w:t>
      </w:r>
    </w:p>
    <w:p>
      <w:pPr>
        <w:pStyle w:val="-3"/>
        <w:rPr/>
      </w:pPr>
      <w:r>
        <w:rPr/>
        <w:t>1 Πρωτάθλημα Ελλάδας (Ολυμπιακός Γύρος – Ομαδικό)</w:t>
      </w:r>
    </w:p>
    <w:p>
      <w:pPr>
        <w:pStyle w:val="-4"/>
        <w:rPr/>
      </w:pPr>
      <w:r>
        <w:rPr/>
        <w:t>2018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ΣΥΝΘΕΤΟ ΤΟΞΟ</w:t>
      </w:r>
    </w:p>
    <w:p>
      <w:pPr>
        <w:pStyle w:val="-3"/>
        <w:rPr/>
      </w:pPr>
      <w:r>
        <w:rPr/>
        <w:t>1 Πρωτάθλημα Ελλάδας (Ολυμπιακός Γύρος – Ομαδικό)</w:t>
      </w:r>
    </w:p>
    <w:p>
      <w:pPr>
        <w:pStyle w:val="-4"/>
        <w:rPr/>
      </w:pPr>
      <w:r>
        <w:rPr/>
        <w:t>2018</w:t>
      </w:r>
    </w:p>
    <w:p>
      <w:pPr>
        <w:pStyle w:val="-3"/>
        <w:rPr/>
      </w:pPr>
      <w:r>
        <w:rPr/>
        <w:t>1 Πρωτάθλημα Ελλάδας (Ομαδικό)</w:t>
      </w:r>
    </w:p>
    <w:p>
      <w:pPr>
        <w:pStyle w:val="-4"/>
        <w:rPr/>
      </w:pPr>
      <w:r>
        <w:rPr/>
        <w:t>2018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STANDARD BOW</w:t>
      </w:r>
    </w:p>
    <w:p>
      <w:pPr>
        <w:pStyle w:val="-3"/>
        <w:rPr/>
      </w:pPr>
      <w:r>
        <w:rPr/>
        <w:t>1 Πρωτάθλημα Ελλάδας (Ομαδικό)</w:t>
      </w:r>
    </w:p>
    <w:p>
      <w:pPr>
        <w:pStyle w:val="-4"/>
        <w:rPr/>
      </w:pPr>
      <w:r>
        <w:rPr/>
        <w:t>1993</w:t>
      </w:r>
    </w:p>
    <w:p>
      <w:pPr>
        <w:pStyle w:val="-2"/>
        <w:jc w:val="start"/>
        <w:rPr/>
      </w:pPr>
      <w:r>
        <w:rPr/>
        <w:t>Γυναίκες</w:t>
      </w:r>
    </w:p>
    <w:p>
      <w:pPr>
        <w:pStyle w:val="-3"/>
        <w:rPr/>
      </w:pPr>
      <w:r>
        <w:rPr/>
        <w:t>3 Πρωταθλήματα Ελλάδας (Ομαδικό)</w:t>
      </w:r>
    </w:p>
    <w:p>
      <w:pPr>
        <w:pStyle w:val="-4"/>
        <w:rPr/>
      </w:pPr>
      <w:r>
        <w:rPr/>
        <w:t>1984, 1985, 1986</w:t>
      </w:r>
    </w:p>
    <w:p>
      <w:pPr>
        <w:pStyle w:val="-3"/>
        <w:rPr/>
      </w:pPr>
      <w:r>
        <w:rPr/>
        <w:t>1 Εαρινό Πρωτάθλημα Ελλάδας (Ομαδικό)</w:t>
      </w:r>
    </w:p>
    <w:p>
      <w:pPr>
        <w:pStyle w:val="-4"/>
        <w:rPr/>
      </w:pPr>
      <w:r>
        <w:rPr/>
        <w:t>1986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ΟΛΥΜΠΙΑΚΟ ΤΟΞΟ</w:t>
      </w:r>
    </w:p>
    <w:p>
      <w:pPr>
        <w:pStyle w:val="-3"/>
        <w:rPr/>
      </w:pPr>
      <w:r>
        <w:rPr/>
        <w:t>1 Πρωτάθλημα Ελλάδας (Ομαδικό)</w:t>
      </w:r>
    </w:p>
    <w:p>
      <w:pPr>
        <w:pStyle w:val="-4"/>
        <w:rPr/>
      </w:pPr>
      <w:r>
        <w:rPr/>
        <w:t>2018</w:t>
      </w:r>
    </w:p>
    <w:p>
      <w:pPr>
        <w:pStyle w:val="-3"/>
        <w:rPr/>
      </w:pPr>
      <w:r>
        <w:rPr/>
        <w:t>1 Κύπελλο Ελλάδας (Ομαδικό)</w:t>
      </w:r>
    </w:p>
    <w:p>
      <w:pPr>
        <w:pStyle w:val="-4"/>
        <w:rPr/>
      </w:pPr>
      <w:r>
        <w:rPr/>
        <w:t>2018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ΣΥΝΘΕΤΟ ΤΟΞΟ</w:t>
      </w:r>
    </w:p>
    <w:p>
      <w:pPr>
        <w:pStyle w:val="-3"/>
        <w:rPr/>
      </w:pPr>
      <w:r>
        <w:rPr/>
        <w:t>1 Πρωτάθλημα Ελλάδας (Ομαδικό)</w:t>
      </w:r>
    </w:p>
    <w:p>
      <w:pPr>
        <w:pStyle w:val="-4"/>
        <w:rPr/>
      </w:pPr>
      <w:r>
        <w:rPr/>
        <w:t>2019</w:t>
      </w:r>
    </w:p>
    <w:p>
      <w:pPr>
        <w:pStyle w:val="-2"/>
        <w:jc w:val="start"/>
        <w:rPr/>
      </w:pPr>
      <w:r>
        <w:rPr/>
        <w:t>Νέοι Άνδρες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ΟΛΥΜΠΙΑΚΟ ΤΟΞΟ</w:t>
      </w:r>
    </w:p>
    <w:p>
      <w:pPr>
        <w:pStyle w:val="-3"/>
        <w:rPr/>
      </w:pPr>
      <w:r>
        <w:rPr/>
        <w:t>1 Πρωτάθλημα Ελλάδας (Ομαδικό)</w:t>
      </w:r>
    </w:p>
    <w:p>
      <w:pPr>
        <w:pStyle w:val="-4"/>
        <w:rPr/>
      </w:pPr>
      <w:r>
        <w:rPr/>
        <w:t>2012</w:t>
      </w:r>
    </w:p>
    <w:p>
      <w:pPr>
        <w:pStyle w:val="-3"/>
        <w:rPr/>
      </w:pPr>
      <w:r>
        <w:rPr/>
        <w:t>1 Κύπελλο Ελλάδας (Ομαδικό)</w:t>
      </w:r>
    </w:p>
    <w:p>
      <w:pPr>
        <w:pStyle w:val="-4"/>
        <w:rPr/>
      </w:pPr>
      <w:r>
        <w:rPr/>
        <w:t>2013</w:t>
      </w:r>
    </w:p>
    <w:p>
      <w:pPr>
        <w:pStyle w:val="-11"/>
        <w:jc w:val="start"/>
        <w:rPr/>
      </w:pPr>
      <w:r>
        <w:rPr/>
        <w:t>ΚΛΕΙΣΤΟΣ ΧΩΡΟΣ</w:t>
      </w:r>
    </w:p>
    <w:p>
      <w:pPr>
        <w:pStyle w:val="-2"/>
        <w:jc w:val="start"/>
        <w:rPr/>
      </w:pPr>
      <w:r>
        <w:rPr/>
        <w:t>Άνδρες</w:t>
      </w:r>
    </w:p>
    <w:p>
      <w:pPr>
        <w:pStyle w:val="-3"/>
        <w:rPr/>
      </w:pPr>
      <w:r>
        <w:rPr/>
        <w:t>1 Πρωτάθλημα Ελλάδας (Ομαδικό)</w:t>
      </w:r>
    </w:p>
    <w:p>
      <w:pPr>
        <w:pStyle w:val="-4"/>
        <w:rPr/>
      </w:pPr>
      <w:r>
        <w:rPr/>
        <w:t>1987</w:t>
      </w:r>
    </w:p>
    <w:p>
      <w:pPr>
        <w:pStyle w:val="-2"/>
        <w:jc w:val="start"/>
        <w:rPr/>
      </w:pPr>
      <w:r>
        <w:rPr/>
        <w:t>Γυναίκες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ΣΥΝΘΕΤΟ ΤΟΞΟ</w:t>
      </w:r>
    </w:p>
    <w:p>
      <w:pPr>
        <w:pStyle w:val="-3"/>
        <w:rPr/>
      </w:pPr>
      <w:r>
        <w:rPr/>
        <w:t>1 Πρωτάθλημα Ελλάδας (Ομαδικό)</w:t>
      </w:r>
    </w:p>
    <w:p>
      <w:pPr>
        <w:pStyle w:val="-4"/>
        <w:rPr/>
      </w:pPr>
      <w:r>
        <w:rPr/>
        <w:t>2019</w:t>
      </w:r>
    </w:p>
    <w:p>
      <w:pPr>
        <w:pStyle w:val="-2"/>
        <w:jc w:val="start"/>
        <w:rPr/>
      </w:pPr>
      <w:r>
        <w:rPr/>
        <w:t>Νέοι Άνδρες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ΟΛΥΜΠΙΑΚΟ ΤΟΞΟ</w:t>
      </w:r>
    </w:p>
    <w:p>
      <w:pPr>
        <w:pStyle w:val="-3"/>
        <w:rPr/>
      </w:pPr>
      <w:r>
        <w:rPr/>
        <w:t>1 Πρωτάθλημα Ελλάδας (Ομαδικό)</w:t>
      </w:r>
    </w:p>
    <w:p>
      <w:pPr>
        <w:pStyle w:val="-4"/>
        <w:rPr/>
      </w:pPr>
      <w:r>
        <w:rPr/>
        <w:t>2012</w:t>
      </w:r>
    </w:p>
    <w:p>
      <w:pPr>
        <w:pStyle w:val="-12"/>
        <w:jc w:val="start"/>
        <w:rPr/>
      </w:pPr>
      <w:r>
        <w:rPr>
          <w:b/>
          <w:color w:val="000000"/>
          <w:sz w:val="24"/>
        </w:rPr>
        <w:t>ΣΥΝΘΕΤΟ ΤΟΞΟ</w:t>
      </w:r>
    </w:p>
    <w:p>
      <w:pPr>
        <w:pStyle w:val="-3"/>
        <w:rPr/>
      </w:pPr>
      <w:r>
        <w:rPr/>
        <w:t>1 Πρωτάθλημα Ελλάδας (Ομαδικό)</w:t>
      </w:r>
    </w:p>
    <w:p>
      <w:pPr>
        <w:pStyle w:val="-4"/>
        <w:rPr/>
      </w:pPr>
      <w:r>
        <w:rPr/>
        <w:t>2017</w:t>
      </w:r>
    </w:p>
    <w:p>
      <w:pPr>
        <w:pStyle w:val="-2"/>
        <w:jc w:val="start"/>
        <w:rPr/>
      </w:pPr>
      <w:r>
        <w:rPr/>
        <w:t>Έφηβοι</w:t>
      </w:r>
    </w:p>
    <w:p>
      <w:pPr>
        <w:pStyle w:val="-3"/>
        <w:rPr/>
      </w:pPr>
      <w:r>
        <w:rPr/>
        <w:t>1 Πρωτάθλημα Κέντρου (Ομαδικό)</w:t>
      </w:r>
    </w:p>
    <w:p>
      <w:pPr>
        <w:pStyle w:val="-4"/>
        <w:rPr/>
      </w:pPr>
      <w:r>
        <w:rPr/>
        <w:t>2007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Ανεπίσημοι Ομαδικοί Τίτλοι: </w:t>
      </w:r>
      <w:r>
        <w:rPr>
          <w:rFonts w:eastAsia="Roboto Slab Medium" w:cs="Roboto Slab Medium"/>
          <w:color w:val="1B5E20"/>
        </w:rPr>
        <w:t>10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Γυναίκες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ΑΣΤΑ (Βαθμολογία)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Επαρχιακοί Αγώνες Κομοτηνής (Ομαδικό)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«Άρτεμις» (Βαθμολογία, διοργανωτής: Τριφυλλιακός)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1983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Αγώνες FITA εις μνήμην Απόστολου Νικολαΐδη (Ομαδικό)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 FITA (Ομαδικό)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1986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«Άρτεμις» (Ομαδικό, διοργανωτής: Τριφυλλιακός)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Γυναίκες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 FITA (Ομαδικό)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Κύπελλο «Άρτεμις» (Ομαδικό, διοργανωτής: Τριφυλλιακός)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1985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Τουρνουά Παναθηναϊκού (Ομαδικό)</w:t>
      </w:r>
    </w:p>
    <w:p>
      <w:pPr>
        <w:pStyle w:val="-5"/>
        <w:keepLines/>
        <w:tabs>
          <w:tab w:val="clear" w:pos="720"/>
          <w:tab w:val="right" w:pos="520" w:leader="none"/>
          <w:tab w:val="left" w:pos="822" w:leader="none"/>
        </w:tabs>
        <w:ind w:hanging="822" w:start="822"/>
        <w:jc w:val="start"/>
        <w:rPr/>
      </w:pPr>
      <w:r>
        <w:rPr>
          <w:rFonts w:eastAsia="Roboto Slab Harmonized Medium" w:cs="Roboto Slab Harmonized Medium" w:ascii="Roboto Slab Harmonized Medium" w:hAnsi="Roboto Slab Harmonized Medium"/>
          <w:b w:val="false"/>
          <w:sz w:val="23"/>
        </w:rPr>
        <w:tab/>
        <w:t>1994</w:t>
      </w:r>
      <w:r>
        <w:rPr>
          <w:rFonts w:eastAsia="Roboto Slab" w:cs="Roboto Slab"/>
        </w:rPr>
        <w:tab/>
      </w:r>
      <w:r>
        <w:rPr>
          <w:rFonts w:eastAsia="Roboto Slab" w:cs="Roboto Slab"/>
          <w:b w:val="false"/>
        </w:rPr>
        <w:t>Διασυλλογικοί Αγώνες Πανδάρου Ηλιούπολης (Ομαδικό)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ΤΡΙΑΘΛΟ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2022)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1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 – Γυναίκες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1 Διασυλλογικό Πρωτάθλημα Ελλάδας (WhyNot – ΤΟΕ)</w:t>
      </w:r>
    </w:p>
    <w:p>
      <w:pPr>
        <w:pStyle w:val="-4"/>
        <w:keepLines/>
        <w:rPr/>
      </w:pPr>
      <w:r>
        <w:rPr>
          <w:rFonts w:eastAsia="Roboto Slab" w:cs="Roboto Slab"/>
        </w:rPr>
        <w:t>2025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1B5E20"/>
          <w:sz w:val="31"/>
        </w:rPr>
        <w:t xml:space="preserve">ΧΟΚΕΪ ΑΝΔΡΩΝ </w:t>
      </w:r>
      <w:r>
        <w:rPr>
          <w:rFonts w:eastAsia="Roboto Slab Medium" w:cs="Roboto Slab Medium" w:ascii="Roboto Slab Medium" w:hAnsi="Roboto Slab Medium"/>
          <w:color w:val="1B5E20"/>
          <w:sz w:val="29"/>
        </w:rPr>
        <w:t>(έτος ίδρυσης: 1910)</w:t>
      </w:r>
    </w:p>
    <w:p>
      <w:pPr>
        <w:pStyle w:val="-1"/>
        <w:keepNext w:val="true"/>
        <w:keepLines/>
        <w:rPr/>
      </w:pPr>
      <w:r>
        <w:rPr>
          <w:rFonts w:eastAsia="Roboto Slab Medium" w:cs="Roboto Slab Medium"/>
          <w:color w:val="1F1F1F"/>
        </w:rPr>
        <w:t xml:space="preserve">Επίσημοι Ομαδικοί Τίτλοι: </w:t>
      </w:r>
      <w:r>
        <w:rPr>
          <w:rFonts w:eastAsia="Roboto Slab Medium" w:cs="Roboto Slab Medium"/>
          <w:color w:val="1B5E20"/>
        </w:rPr>
        <w:t>4</w:t>
      </w:r>
    </w:p>
    <w:p>
      <w:pPr>
        <w:pStyle w:val="-2"/>
        <w:keepNext w:val="true"/>
        <w:keepLines/>
        <w:jc w:val="start"/>
        <w:rPr/>
      </w:pPr>
      <w:r>
        <w:rPr>
          <w:rFonts w:eastAsia="Roboto Slab Medium" w:cs="Roboto Slab Medium"/>
        </w:rPr>
        <w:t>Άνδρες</w:t>
      </w:r>
    </w:p>
    <w:p>
      <w:pPr>
        <w:pStyle w:val="-3"/>
        <w:keepNext w:val="true"/>
        <w:rPr/>
      </w:pPr>
      <w:r>
        <w:rPr>
          <w:rFonts w:eastAsia="Roboto Slab" w:cs="Roboto Slab"/>
        </w:rPr>
        <w:t>4 Πρωταθλήματα Ελλάδας</w:t>
      </w:r>
    </w:p>
    <w:p>
      <w:pPr>
        <w:pStyle w:val="-4"/>
        <w:keepLines/>
        <w:rPr/>
      </w:pPr>
      <w:r>
        <w:rPr>
          <w:rFonts w:eastAsia="Roboto Slab" w:cs="Roboto Slab"/>
        </w:rPr>
        <w:t>1911, 1930, 1932, 1939</w:t>
      </w:r>
    </w:p>
    <w:p>
      <w:pPr>
        <w:pStyle w:val="Heading1"/>
        <w:keepNext w:val="true"/>
        <w:keepLines/>
        <w:pBdr>
          <w:bottom w:val="single" w:sz="8" w:space="4" w:color="1B5E20"/>
        </w:pBdr>
        <w:jc w:val="start"/>
        <w:rPr/>
      </w:pPr>
      <w:r>
        <w:rPr>
          <w:rFonts w:eastAsia="Roboto Slab Medium" w:cs="Roboto Slab Medium" w:ascii="Roboto Slab Medium" w:hAnsi="Roboto Slab Medium"/>
          <w:color w:val="000000"/>
        </w:rPr>
        <w:t>ΛΟΙΠΑ ΤΜΗΜΑΤΑ (ΧΩΡΙΣ ΟΜΑΔΙΚΟΥΣ ΤΙΤΛΟΥΣ)</w:t>
      </w:r>
    </w:p>
    <w:p>
      <w:pPr>
        <w:pStyle w:val="-9"/>
        <w:keepNext w:val="true"/>
        <w:keepLines/>
        <w:rPr/>
      </w:pPr>
      <w:r>
        <w:rPr>
          <w:rFonts w:eastAsia="Roboto Slab Medium" w:cs="Roboto Slab Medium"/>
        </w:rPr>
        <w:t>ΕΝΕΡΓΑ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ΑΛΠΙΚΟ ΣΚΙ </w:t>
      </w:r>
      <w:r>
        <w:rPr>
          <w:rFonts w:eastAsia="Roboto Slab Medium" w:cs="Roboto Slab Medium"/>
          <w:color w:val="1B5E20"/>
          <w:sz w:val="22"/>
        </w:rPr>
        <w:t>(έτος ίδρυσης: 2023)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ΑΡΣΗ ΒΑΡΩΝ ΑμεΑ </w:t>
      </w:r>
      <w:r>
        <w:rPr>
          <w:rFonts w:eastAsia="Roboto Slab Medium" w:cs="Roboto Slab Medium"/>
          <w:color w:val="1B5E20"/>
          <w:sz w:val="22"/>
        </w:rPr>
        <w:t>(έτος ίδρυσης: 2020)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ΒΟΛΕΪ ΚΑΘΙΣΤΩΝ </w:t>
      </w:r>
      <w:r>
        <w:rPr>
          <w:rFonts w:eastAsia="Roboto Slab Medium" w:cs="Roboto Slab Medium"/>
          <w:color w:val="1B5E20"/>
          <w:sz w:val="22"/>
        </w:rPr>
        <w:t>(έτος ίδρυσης: 2023)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ΓΚΟΛΜΠΟΛ </w:t>
      </w:r>
      <w:r>
        <w:rPr>
          <w:rFonts w:eastAsia="Roboto Slab Medium" w:cs="Roboto Slab Medium"/>
          <w:color w:val="1B5E20"/>
          <w:sz w:val="22"/>
        </w:rPr>
        <w:t>(έτος ίδρυσης: 2024)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ΕΠΙΤΡΑΠΕΖΙΑ ΑΝΤΙΣΦΑΙΡΙΣΗ ΑμεΑ </w:t>
      </w:r>
      <w:r>
        <w:rPr>
          <w:rFonts w:eastAsia="Roboto Slab Medium" w:cs="Roboto Slab Medium"/>
          <w:color w:val="1B5E20"/>
          <w:sz w:val="22"/>
        </w:rPr>
        <w:t>(έτος ίδρυσης: 2019)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ΕΠΙΤΡΑΠΕΖΙΑ ΑΝΤΙΣΦΑΙΡΙΣΗ ΑΟΝΜ </w:t>
      </w:r>
      <w:r>
        <w:rPr>
          <w:rFonts w:eastAsia="Roboto Slab Medium" w:cs="Roboto Slab Medium"/>
          <w:color w:val="1B5E20"/>
          <w:sz w:val="22"/>
        </w:rPr>
        <w:t>(έτος ίδρυσης: 2024)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ΚΟΛΥΜΒΗΣΗ ΑμεΑ </w:t>
      </w:r>
      <w:r>
        <w:rPr>
          <w:rFonts w:eastAsia="Roboto Slab Medium" w:cs="Roboto Slab Medium"/>
          <w:color w:val="1B5E20"/>
          <w:sz w:val="22"/>
        </w:rPr>
        <w:t>(έτος ίδρυσης: 2019)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ΚΟΛΥΜΒΗΣΗ ΑΟΝΜ </w:t>
      </w:r>
      <w:r>
        <w:rPr>
          <w:rFonts w:eastAsia="Roboto Slab Medium" w:cs="Roboto Slab Medium"/>
          <w:color w:val="1B5E20"/>
          <w:sz w:val="22"/>
        </w:rPr>
        <w:t>(έτος ίδρυσης: 2025)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ΜΠΟΟΥΛΙΝΓΚ ΑΟΝΜ </w:t>
      </w:r>
      <w:r>
        <w:rPr>
          <w:rFonts w:eastAsia="Roboto Slab Medium" w:cs="Roboto Slab Medium"/>
          <w:color w:val="1B5E20"/>
          <w:sz w:val="22"/>
        </w:rPr>
        <w:t>(έτος ίδρυσης: 2023)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ΜΠΟΤΣΙΑ </w:t>
      </w:r>
      <w:r>
        <w:rPr>
          <w:rFonts w:eastAsia="Roboto Slab Medium" w:cs="Roboto Slab Medium"/>
          <w:color w:val="1B5E20"/>
          <w:sz w:val="22"/>
        </w:rPr>
        <w:t>(έτος ίδρυσης: 2021)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ΠΑΡΑΤΡΙΑΘΛΟ </w:t>
      </w:r>
      <w:r>
        <w:rPr>
          <w:rFonts w:eastAsia="Roboto Slab Medium" w:cs="Roboto Slab Medium"/>
          <w:color w:val="1B5E20"/>
          <w:sz w:val="22"/>
        </w:rPr>
        <w:t>(έτος ίδρυσης: 2020)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ΠΕΤΑΝΚ ΑΟΝΜ </w:t>
      </w:r>
      <w:r>
        <w:rPr>
          <w:rFonts w:eastAsia="Roboto Slab Medium" w:cs="Roboto Slab Medium"/>
          <w:color w:val="1B5E20"/>
          <w:sz w:val="22"/>
        </w:rPr>
        <w:t>(έτος ίδρυσης: 2023)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ΠΟΛΟ ΓΥΝΑΙΚΩΝ </w:t>
      </w:r>
      <w:r>
        <w:rPr>
          <w:rFonts w:eastAsia="Roboto Slab Medium" w:cs="Roboto Slab Medium"/>
          <w:color w:val="1B5E20"/>
          <w:sz w:val="22"/>
        </w:rPr>
        <w:t>(έτος ίδρυσης: 1979)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ΠΡΑΚΤΙΚΗ ΣΚΟΠΟΒΟΛΗ </w:t>
      </w:r>
      <w:r>
        <w:rPr>
          <w:rFonts w:eastAsia="Roboto Slab Medium" w:cs="Roboto Slab Medium"/>
          <w:color w:val="1B5E20"/>
          <w:sz w:val="22"/>
        </w:rPr>
        <w:t>(έτος ίδρυσης: 1997)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ΣΚΑΚΙ ΤΥΦΛΩΝ </w:t>
      </w:r>
      <w:r>
        <w:rPr>
          <w:rFonts w:eastAsia="Roboto Slab Medium" w:cs="Roboto Slab Medium"/>
          <w:color w:val="1B5E20"/>
          <w:sz w:val="22"/>
        </w:rPr>
        <w:t>(έτος ίδρυσης: 2021)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ΣΤΙΒΟΣ ΑμεΑ </w:t>
      </w:r>
      <w:r>
        <w:rPr>
          <w:rFonts w:eastAsia="Roboto Slab Medium" w:cs="Roboto Slab Medium"/>
          <w:color w:val="1B5E20"/>
          <w:sz w:val="22"/>
        </w:rPr>
        <w:t>(έτος ίδρυσης: 2021)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ΣΤΙΒΟΣ ΑΟΝΜ </w:t>
      </w:r>
      <w:r>
        <w:rPr>
          <w:rFonts w:eastAsia="Roboto Slab Medium" w:cs="Roboto Slab Medium"/>
          <w:color w:val="1B5E20"/>
          <w:sz w:val="22"/>
        </w:rPr>
        <w:t>(έτος ίδρυσης: 2024)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ΤΕΝΙΣ ΜΕ ΑΜΑΞΙΔΙΟ </w:t>
      </w:r>
      <w:r>
        <w:rPr>
          <w:rFonts w:eastAsia="Roboto Slab Medium" w:cs="Roboto Slab Medium"/>
          <w:color w:val="1B5E20"/>
          <w:sz w:val="22"/>
        </w:rPr>
        <w:t>(έτος ίδρυσης: 2021)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ΤΖΟΥΝΤΟ ΤΥΦΛΩΝ </w:t>
      </w:r>
      <w:r>
        <w:rPr>
          <w:rFonts w:eastAsia="Roboto Slab Medium" w:cs="Roboto Slab Medium"/>
          <w:color w:val="1B5E20"/>
          <w:sz w:val="22"/>
        </w:rPr>
        <w:t>(έτος ίδρυσης: 2023)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ΤΟΞΟΒΟΛΙΑ ΑμεΑ </w:t>
      </w:r>
      <w:r>
        <w:rPr>
          <w:rFonts w:eastAsia="Roboto Slab Medium" w:cs="Roboto Slab Medium"/>
          <w:color w:val="1B5E20"/>
          <w:sz w:val="22"/>
        </w:rPr>
        <w:t>(έτος ίδρυσης: 2019)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ΧΟΡΟΣ ΜΕ ΑΜΑΞΙΔΙΟ </w:t>
      </w:r>
      <w:r>
        <w:rPr>
          <w:rFonts w:eastAsia="Roboto Slab Medium" w:cs="Roboto Slab Medium"/>
          <w:color w:val="1B5E20"/>
          <w:sz w:val="22"/>
        </w:rPr>
        <w:t>(έτος ίδρυσης: 2021)</w:t>
      </w:r>
    </w:p>
    <w:p>
      <w:pPr>
        <w:pStyle w:val="-9"/>
        <w:keepNext w:val="true"/>
        <w:keepLines/>
        <w:rPr/>
      </w:pPr>
      <w:r>
        <w:rPr>
          <w:rFonts w:eastAsia="Roboto Slab Medium" w:cs="Roboto Slab Medium"/>
        </w:rPr>
        <w:t>ΑΝΕΝΕΡΓΑ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ΑΕΡΟΒΙΚΗ ΓΥΜΝΑΣΤΙΚΗ </w:t>
      </w:r>
      <w:r>
        <w:rPr>
          <w:rFonts w:eastAsia="Roboto Slab Medium" w:cs="Roboto Slab Medium"/>
          <w:color w:val="1B5E20"/>
          <w:sz w:val="22"/>
        </w:rPr>
        <w:t>(έτος ίδρυσης: 1983)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ΙΣΤΙΟΠΛΟΪΑ </w:t>
      </w:r>
      <w:r>
        <w:rPr>
          <w:rFonts w:eastAsia="Roboto Slab Medium" w:cs="Roboto Slab Medium"/>
          <w:color w:val="1B5E20"/>
          <w:sz w:val="22"/>
        </w:rPr>
        <w:t>(έτος ίδρυσης: 1987)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ΚΙΚ ΜΠΟΞΙΝΓΚ </w:t>
      </w:r>
      <w:r>
        <w:rPr>
          <w:rFonts w:eastAsia="Roboto Slab Medium" w:cs="Roboto Slab Medium"/>
          <w:color w:val="1B5E20"/>
          <w:sz w:val="22"/>
        </w:rPr>
        <w:t>(έτος ίδρυσης: 2015)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ΚΡΙΚΕΤ </w:t>
      </w:r>
      <w:r>
        <w:rPr>
          <w:rFonts w:eastAsia="Roboto Slab Medium" w:cs="Roboto Slab Medium"/>
          <w:color w:val="1B5E20"/>
          <w:sz w:val="22"/>
        </w:rPr>
        <w:t>(έτος ίδρυσης: 1950)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ΚΩΠΗΛΑΣΙΑ </w:t>
      </w:r>
      <w:r>
        <w:rPr>
          <w:rFonts w:eastAsia="Roboto Slab Medium" w:cs="Roboto Slab Medium"/>
          <w:color w:val="1B5E20"/>
          <w:sz w:val="22"/>
        </w:rPr>
        <w:t>(έτος ίδρυσης: 1932)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ΜΠΙΤΣ ΒΟΛΕΪ ΑΝΔΡΩΝ </w:t>
      </w:r>
      <w:r>
        <w:rPr>
          <w:rFonts w:eastAsia="Roboto Slab Medium" w:cs="Roboto Slab Medium"/>
          <w:color w:val="1B5E20"/>
          <w:sz w:val="22"/>
        </w:rPr>
        <w:t>(έτος ίδρυσης: 2016)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ΜΠΙΤΣ ΒΟΛΕΪ ΓΥΝΑΙΚΩΝ </w:t>
      </w:r>
      <w:r>
        <w:rPr>
          <w:rFonts w:eastAsia="Roboto Slab Medium" w:cs="Roboto Slab Medium"/>
          <w:color w:val="1B5E20"/>
          <w:sz w:val="22"/>
        </w:rPr>
        <w:t>(έτος ίδρυσης: 2016)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ΟΡΕΙΒΑΣΙΑ / ΕΚΔΡΟΜΙΚΟ ΤΜΗΜΑ </w:t>
      </w:r>
      <w:r>
        <w:rPr>
          <w:rFonts w:eastAsia="Roboto Slab Medium" w:cs="Roboto Slab Medium"/>
          <w:color w:val="1B5E20"/>
          <w:sz w:val="22"/>
        </w:rPr>
        <w:t>(έτος ίδρυσης: 1926)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ΣΟΥΗΔΙΚΗ ΓΥΜΝΑΣΤΙΚΗ </w:t>
      </w:r>
      <w:r>
        <w:rPr>
          <w:rFonts w:eastAsia="Roboto Slab Medium" w:cs="Roboto Slab Medium"/>
          <w:color w:val="1B5E20"/>
          <w:sz w:val="22"/>
        </w:rPr>
        <w:t>(έτος ίδρυσης: 1926)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ΣΥΓΧΡΟΝΙΣΜΕΝΗ ΚΟΛΥΜΒΗΣΗ </w:t>
      </w:r>
      <w:r>
        <w:rPr>
          <w:rFonts w:eastAsia="Roboto Slab Medium" w:cs="Roboto Slab Medium"/>
          <w:color w:val="1B5E20"/>
          <w:sz w:val="22"/>
        </w:rPr>
        <w:t>(έτος ίδρυσης: 1992)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ΤΕΝΙΣ </w:t>
      </w:r>
      <w:r>
        <w:rPr>
          <w:rFonts w:eastAsia="Roboto Slab Medium" w:cs="Roboto Slab Medium"/>
          <w:color w:val="1B5E20"/>
          <w:sz w:val="22"/>
        </w:rPr>
        <w:t>(έτος ίδρυσης: 1911)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ΤΖΟΥΝΤΟ </w:t>
      </w:r>
      <w:r>
        <w:rPr>
          <w:rFonts w:eastAsia="Roboto Slab Medium" w:cs="Roboto Slab Medium"/>
          <w:color w:val="1B5E20"/>
          <w:sz w:val="22"/>
        </w:rPr>
        <w:t>(έτος ίδρυσης: 1978)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ΧΑΝΤΜΠΟΛ ΑΝΔΡΩΝ </w:t>
      </w:r>
      <w:r>
        <w:rPr>
          <w:rFonts w:eastAsia="Roboto Slab Medium" w:cs="Roboto Slab Medium"/>
          <w:color w:val="1B5E20"/>
          <w:sz w:val="22"/>
        </w:rPr>
        <w:t>(έτος ίδρυσης: 1929)</w:t>
      </w:r>
    </w:p>
    <w:p>
      <w:pPr>
        <w:pStyle w:val="-6"/>
        <w:keepLines/>
        <w:numPr>
          <w:ilvl w:val="0"/>
          <w:numId w:val="7"/>
        </w:numPr>
        <w:rPr/>
      </w:pPr>
      <w:r>
        <w:rPr>
          <w:rFonts w:eastAsia="Roboto Slab Medium" w:cs="Roboto Slab Medium"/>
          <w:color w:val="1B5E20"/>
          <w:sz w:val="24"/>
        </w:rPr>
        <w:t xml:space="preserve">ΧΑΝΤΜΠΟΛ ΓΥΝΑΙΚΩΝ </w:t>
      </w:r>
      <w:r>
        <w:rPr>
          <w:rFonts w:eastAsia="Roboto Slab Medium" w:cs="Roboto Slab Medium"/>
          <w:color w:val="1B5E20"/>
          <w:sz w:val="22"/>
        </w:rPr>
        <w:t>(έτος ίδρυσης: 1981)</w:t>
      </w:r>
    </w:p>
    <w:p>
      <w:pPr>
        <w:pStyle w:val="-9"/>
        <w:keepNext w:val="true"/>
        <w:keepLines/>
        <w:spacing w:before="720" w:after="160"/>
        <w:rPr/>
      </w:pPr>
      <w:r>
        <w:rPr>
          <w:rFonts w:eastAsia="Roboto Slab Medium" w:cs="Roboto Slab Medium"/>
        </w:rPr>
        <w:t>ΤΙ ΘΕΩΡΕΙΤΑΙ ΕΠΙΣΗΜΟΣ ΟΜΑΔΙΚΟΣ ΤΙΤΛΟΣ</w:t>
      </w:r>
    </w:p>
    <w:p>
      <w:pPr>
        <w:pStyle w:val="-10"/>
        <w:keepLines/>
        <w:numPr>
          <w:ilvl w:val="0"/>
          <w:numId w:val="7"/>
        </w:numPr>
        <w:rPr/>
      </w:pPr>
      <w:r>
        <w:rPr>
          <w:rFonts w:eastAsia="Roboto Slab" w:cs="Roboto Slab"/>
        </w:rPr>
        <w:t>Επίσημος ομαδικός τίτλος θεωρείται αυτός που κατακτάται έπειτα από τη διεξαγωγή αγώνα ή αγώνων και την ανακήρυξη νικητή ή νικητών βάσει αγωνιστικού αποτελέσματος ή επίσημης βαθμολογίας/κατάταξης, στο πλαίσιο διοργάνωσης που πραγματοποιείται από ανεξάρτητο και επίσημο αθλητικό φορέα ή ομοσπονδία με σχετική αρμοδιότητα κατά τον χρόνο διεξαγωγής της διοργάνωσης.</w:t>
      </w:r>
    </w:p>
    <w:p>
      <w:pPr>
        <w:pStyle w:val="-10"/>
        <w:keepLines/>
        <w:numPr>
          <w:ilvl w:val="0"/>
          <w:numId w:val="7"/>
        </w:numPr>
        <w:rPr/>
      </w:pPr>
      <w:r>
        <w:rPr>
          <w:rFonts w:eastAsia="Roboto Slab" w:cs="Roboto Slab"/>
        </w:rPr>
        <w:t>Ως επίσημος μπορεί επίσης να θεωρηθεί τίτλος διοργάνωσης που διεξάγεται από αθλητικό σύλλογο ή άλλο μη επίσημο φορέα, όταν: α) η διοργάνωση διεξάγεται κατόπιν ανάθεσης ή έγκρισης από επίσημο αθλητικό φορέα ή ομοσπονδία με σχετική αρμοδιότητα κατά τον χρόνο διεξαγωγής της διοργάνωσης ή β) εξαιρετικές συνθήκες, όπως μια εμπόλεμη περίοδος, καθιστούν αδύνατη τη διοργάνωση από την εκάστοτε αρμόδια ομοσπονδία.</w:t>
      </w:r>
    </w:p>
    <w:p>
      <w:pPr>
        <w:pStyle w:val="-9"/>
        <w:keepNext w:val="true"/>
        <w:keepLines/>
        <w:rPr/>
      </w:pPr>
      <w:r>
        <w:rPr>
          <w:rFonts w:eastAsia="Roboto Slab Medium" w:cs="Roboto Slab Medium"/>
        </w:rPr>
        <w:t>ΤΙ ΘΕΩΡΕΙΤΑΙ ΑΝΕΠΙΣΗΜΟΣ ΟΜΑΔΙΚΟΣ ΤΙΤΛΟΣ</w:t>
      </w:r>
    </w:p>
    <w:p>
      <w:pPr>
        <w:pStyle w:val="-10"/>
        <w:keepLines/>
        <w:numPr>
          <w:ilvl w:val="0"/>
          <w:numId w:val="7"/>
        </w:numPr>
        <w:rPr/>
      </w:pPr>
      <w:r>
        <w:rPr>
          <w:rFonts w:eastAsia="Roboto Slab" w:cs="Roboto Slab"/>
        </w:rPr>
        <w:t>Ανεπίσημος ομαδικός τίτλος θεωρείται αυτός που κατακτάται αγωνιστικά σε διοργάνωση αθλητικού συλλόγου ή άλλου μη επίσημου φορέα, χωρίς ανάθεση ή έγκριση από επίσημο αθλητικό φορέα ή ομοσπονδία με σχετική αρμοδιότητα κατά τον χρόνο διεξαγωγής της διοργάνωσης.</w:t>
      </w:r>
    </w:p>
    <w:p>
      <w:pPr>
        <w:pStyle w:val="-10"/>
        <w:keepLines/>
        <w:numPr>
          <w:ilvl w:val="0"/>
          <w:numId w:val="7"/>
        </w:numPr>
        <w:rPr/>
      </w:pPr>
      <w:r>
        <w:rPr>
          <w:rFonts w:eastAsia="Roboto Slab" w:cs="Roboto Slab"/>
        </w:rPr>
        <w:t>Ο χαρακτηρισμός «ανεπίσημος» αφορά το θεσμικό καθεστώς της διοργάνωσης και όχι την εγκυρότητα της αγωνιστικής κατάκτησης.</w:t>
      </w:r>
    </w:p>
    <w:p>
      <w:pPr>
        <w:pStyle w:val="-9"/>
        <w:keepNext w:val="true"/>
        <w:keepLines/>
        <w:rPr/>
      </w:pPr>
      <w:r>
        <w:rPr>
          <w:rFonts w:eastAsia="Roboto Slab Medium" w:cs="Roboto Slab Medium"/>
        </w:rPr>
        <w:t>ΔΕΝ ΣΥΜΠΕΡΙΛΑΜΒΑΝΟΝΤΑΙ</w:t>
      </w:r>
    </w:p>
    <w:p>
      <w:pPr>
        <w:pStyle w:val="-10"/>
        <w:keepLines/>
        <w:numPr>
          <w:ilvl w:val="0"/>
          <w:numId w:val="7"/>
        </w:numPr>
        <w:rPr/>
      </w:pPr>
      <w:r>
        <w:rPr>
          <w:rFonts w:eastAsia="Roboto Slab" w:cs="Roboto Slab"/>
        </w:rPr>
        <w:t>Ατομικοί τίτλοι, χρυσά μετάλλια, πρωτιές και λοιπές διακρίσεις αθλητών και αθλητριών σε εθνικές και διεθνείς διοργανώσεις.</w:t>
      </w:r>
    </w:p>
    <w:p>
      <w:pPr>
        <w:pStyle w:val="-10"/>
        <w:keepLines/>
        <w:numPr>
          <w:ilvl w:val="0"/>
          <w:numId w:val="7"/>
        </w:numPr>
        <w:rPr/>
      </w:pPr>
      <w:r>
        <w:rPr>
          <w:rFonts w:eastAsia="Roboto Slab" w:cs="Roboto Slab"/>
        </w:rPr>
        <w:t>Τίτλοι σε αγωνίσματα ομαδικής διεξαγωγής αλλά ατομικού χαρακτήρα (σκυταλοδρομίες, αγώνες διελκυστίνδας, μικτά ομαδικά αγωνίσματα κολύμβησης, διπλά και μικτά αγωνίσματα επιτραπέζιας αντισφαίρισης κ.ά.).</w:t>
      </w:r>
    </w:p>
    <w:p>
      <w:pPr>
        <w:pStyle w:val="-10"/>
        <w:keepLines/>
        <w:numPr>
          <w:ilvl w:val="0"/>
          <w:numId w:val="7"/>
        </w:numPr>
        <w:rPr/>
      </w:pPr>
      <w:r>
        <w:rPr>
          <w:rFonts w:eastAsia="Roboto Slab" w:cs="Roboto Slab"/>
        </w:rPr>
        <w:t>Τίτλοι κατώτερων εθνικών κατηγοριών πρωταθλημάτων (Α2, Β΄, Γ΄ και Δ΄ Εθνική).</w:t>
      </w:r>
    </w:p>
    <w:p>
      <w:pPr>
        <w:pStyle w:val="-10"/>
        <w:keepLines/>
        <w:numPr>
          <w:ilvl w:val="0"/>
          <w:numId w:val="7"/>
        </w:numPr>
        <w:rPr/>
      </w:pPr>
      <w:r>
        <w:rPr>
          <w:rFonts w:eastAsia="Roboto Slab" w:cs="Roboto Slab"/>
        </w:rPr>
        <w:t>Μη αγωνιστικές βραβεύσεις, διακρίσεις ή αξιολογήσεις (βραβεύσεις του ΠΣΑΤ, τιμητικές βραβεύσεις, κύπελλα ήθους, κύπελλα «Καλής Εμφανίσεως», αξιολογήσεις επιχορηγήσεων της ΓΓΑ κ.ά.).</w:t>
      </w:r>
    </w:p>
    <w:p>
      <w:pPr>
        <w:pStyle w:val="-10"/>
        <w:keepLines/>
        <w:numPr>
          <w:ilvl w:val="0"/>
          <w:numId w:val="7"/>
        </w:numPr>
        <w:rPr/>
      </w:pPr>
      <w:r>
        <w:rPr>
          <w:rFonts w:eastAsia="Roboto Slab" w:cs="Roboto Slab"/>
        </w:rPr>
        <w:t>Έπαθλα που αθλοθετήθηκαν για μεμονωμένους φιλικούς αγώνες.</w:t>
      </w:r>
    </w:p>
    <w:p>
      <w:pPr>
        <w:pStyle w:val="-10"/>
        <w:keepLines/>
        <w:numPr>
          <w:ilvl w:val="0"/>
          <w:numId w:val="7"/>
        </w:numPr>
        <w:rPr/>
      </w:pPr>
      <w:r>
        <w:rPr>
          <w:rFonts w:eastAsia="Roboto Slab" w:cs="Roboto Slab"/>
        </w:rPr>
        <w:t>Άτυποι τίτλοι και πρωτιές (πρωταθλήματα «χειμώνα», δημοσκοπήσεις, ψηφοφορίες, πώληση εισιτηρίων κ.ά.).</w:t>
      </w:r>
    </w:p>
    <w:p>
      <w:pPr>
        <w:pStyle w:val="-10"/>
        <w:keepLines/>
        <w:numPr>
          <w:ilvl w:val="0"/>
          <w:numId w:val="7"/>
        </w:numPr>
        <w:rPr/>
      </w:pPr>
      <w:r>
        <w:rPr>
          <w:rFonts w:eastAsia="Roboto Slab" w:cs="Roboto Slab"/>
        </w:rPr>
        <w:t>Διοργανώσεις στις οποίες δεν τηρήθηκε βαθμολογία ή δεν προβλεπόταν βράβευση του πολυνίκη συλλόγου.</w:t>
      </w:r>
    </w:p>
    <w:p>
      <w:pPr>
        <w:pStyle w:val="-10"/>
        <w:keepLines/>
        <w:numPr>
          <w:ilvl w:val="0"/>
          <w:numId w:val="7"/>
        </w:numPr>
        <w:rPr/>
      </w:pPr>
      <w:r>
        <w:rPr>
          <w:rFonts w:eastAsia="Roboto Slab" w:cs="Roboto Slab"/>
        </w:rPr>
        <w:t>Τίτλοι ή τουρνουά που κατακτήθηκαν από θυγατρικές ομάδες, συνεργαζόμενες σχολές ή ακαδημίες που έχουν εξουσιοδοτηθεί να χρησιμοποιούν το όνομα και το σήμα του Ομίλου.</w:t>
      </w:r>
    </w:p>
    <w:p>
      <w:pPr>
        <w:pStyle w:val="-10"/>
        <w:keepLines/>
        <w:numPr>
          <w:ilvl w:val="0"/>
          <w:numId w:val="7"/>
        </w:numPr>
        <w:rPr/>
      </w:pPr>
      <w:r>
        <w:rPr>
          <w:rFonts w:eastAsia="Roboto Slab" w:cs="Roboto Slab"/>
        </w:rPr>
        <w:t>Τίτλοι των οποίων η κατάκτηση από τον Παναθηναϊκό δεν τεκμηριώνεται επαρκώς από το διαθέσιμο αρχειακό υλικό ή δεν καταγράφεται σε καμία αξιόπιστη έντυπη, αρχειακή ή επίσημη ψηφιακή πηγή.</w:t>
      </w:r>
    </w:p>
    <w:p>
      <w:pPr>
        <w:pStyle w:val="-10"/>
        <w:keepLines/>
        <w:numPr>
          <w:ilvl w:val="0"/>
          <w:numId w:val="7"/>
        </w:numPr>
        <w:rPr/>
      </w:pPr>
      <w:r>
        <w:rPr>
          <w:rFonts w:eastAsia="Roboto Slab" w:cs="Roboto Slab"/>
        </w:rPr>
        <w:t>Τίτλοι σε διοργανώσεις που διακόπηκαν ενώ ο Παναθηναϊκός βρισκόταν στην πρώτη θέση και για τις οποίες δεν υπάρχουν στοιχεία που να επιβεβαιώνουν ούτε την ολοκλήρωσή τους ούτε την πρόωρη ανακήρυξη πρωταθλητή ή πολυνίκη συλλόγου.</w:t>
      </w:r>
    </w:p>
    <w:p>
      <w:pPr>
        <w:pStyle w:val="-10"/>
        <w:keepLines/>
        <w:numPr>
          <w:ilvl w:val="0"/>
          <w:numId w:val="7"/>
        </w:numPr>
        <w:spacing w:before="0" w:after="60"/>
        <w:rPr/>
      </w:pPr>
      <w:r>
        <w:rPr>
          <w:rFonts w:eastAsia="Roboto Slab" w:cs="Roboto Slab"/>
        </w:rPr>
        <w:t>Τίτλοι που, σύμφωνα με διάφορες πηγές, αποδίδονταν στον Παναθηναϊκό, αλλά έπειτα από σχετική έρευνα διαπιστώθηκε ότι είτε κατακτήθηκαν από άλλον σύλλογο είτε αφορούσαν διοργανώσεις που ματαιώθηκαν ή αναβλήθηκαν είτε ήταν ατομικού χαρακτήρα.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91" w:right="1134" w:gutter="0" w:header="397" w:top="1020" w:footer="454" w:bottom="102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1" w:characterSet="windows-1253"/>
    <w:family w:val="roman"/>
    <w:pitch w:val="variable"/>
  </w:font>
  <w:font w:name="Cambria">
    <w:charset w:val="a1" w:characterSet="windows-1253"/>
    <w:family w:val="roman"/>
    <w:pitch w:val="variable"/>
  </w:font>
  <w:font w:name="Roboto Slab">
    <w:charset w:val="a1" w:characterSet="windows-1253"/>
    <w:family w:val="roman"/>
    <w:pitch w:val="variable"/>
  </w:font>
  <w:font w:name="Calibri">
    <w:charset w:val="a1" w:characterSet="windows-1253"/>
    <w:family w:val="roman"/>
    <w:pitch w:val="variable"/>
  </w:font>
  <w:font w:name="Courier">
    <w:altName w:val="Courier New"/>
    <w:charset w:val="a1" w:characterSet="windows-1253"/>
    <w:family w:val="roman"/>
    <w:pitch w:val="variable"/>
  </w:font>
  <w:font w:name="Liberation Sans">
    <w:altName w:val="Arial"/>
    <w:charset w:val="a1" w:characterSet="windows-1253"/>
    <w:family w:val="swiss"/>
    <w:pitch w:val="variable"/>
  </w:font>
  <w:font w:name="Roboto Slab Medium">
    <w:charset w:val="a1" w:characterSet="windows-1253"/>
    <w:family w:val="roman"/>
    <w:pitch w:val="variable"/>
  </w:font>
  <w:font w:name="Times New Roman">
    <w:charset w:val="a1" w:characterSet="windows-1253"/>
    <w:family w:val="roman"/>
    <w:pitch w:val="variable"/>
  </w:font>
  <w:font w:name="Roboto Slab Harmonized Medium">
    <w:charset w:val="a1" w:characterSet="windows-1253"/>
    <w:family w:val="roman"/>
    <w:pitch w:val="variable"/>
  </w:font>
  <w:font w:name="Roboto Slab Medium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4" w:space="3" w:color="1B5E20"/>
      </w:pBdr>
      <w:spacing w:before="0" w:after="60"/>
      <w:jc w:val="start"/>
      <w:rPr/>
    </w:pPr>
    <w:r>
      <w:rPr>
        <w:rFonts w:eastAsia="Roboto Slab" w:cs="Roboto Slab"/>
        <w:b/>
        <w:color w:val="1B5E20"/>
        <w:sz w:val="18"/>
      </w:rPr>
      <w:t>ΤΙΤΛΟΙ ΠΑΝΑΘΗΝΑΪΚΟΥ ΑΘΛΗΤΙΚΟΥ ΟΜΙΛΟΥ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bullet"/>
      <w:lvlText w:val="•"/>
      <w:lvlJc w:val="start"/>
      <w:pPr>
        <w:tabs>
          <w:tab w:val="num" w:pos="300"/>
        </w:tabs>
        <w:ind w:start="300" w:hanging="180"/>
      </w:pPr>
      <w:rPr>
        <w:rFonts w:ascii="Roboto Slab Medium" w:hAnsi="Roboto Slab Medium" w:cs="Roboto Slab Medium" w:hint="default"/>
        <w:color w:val="1F1F1F"/>
        <w:sz w:val="18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40" w:before="0" w:after="0"/>
      <w:jc w:val="start"/>
    </w:pPr>
    <w:rPr>
      <w:rFonts w:ascii="Roboto Slab" w:hAnsi="Roboto Slab" w:eastAsia="Roboto Slab" w:cs="Roboto Slab"/>
      <w:color w:val="auto"/>
      <w:kern w:val="0"/>
      <w:sz w:val="23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pageBreakBefore w:val="false"/>
      <w:spacing w:before="480" w:after="200"/>
      <w:ind w:hanging="0" w:start="0"/>
      <w:outlineLvl w:val="0"/>
    </w:pPr>
    <w:rPr>
      <w:rFonts w:ascii="Calibri" w:hAnsi="Calibri" w:eastAsia="ＭＳ ゴシック" w:cs="" w:asciiTheme="majorHAnsi" w:cstheme="majorBidi" w:eastAsiaTheme="majorEastAsia" w:hAnsiTheme="majorHAnsi"/>
      <w:b w:val="false"/>
      <w:bCs/>
      <w:color w:val="1B5E20"/>
      <w:sz w:val="31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5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6">
    <w:name w:val="Ευρετήριο"/>
    <w:basedOn w:val="Normal"/>
    <w:qFormat/>
    <w:pPr>
      <w:suppressLineNumbers/>
    </w:pPr>
    <w:rPr>
      <w:rFonts w:cs="Lucida Sans"/>
    </w:rPr>
  </w:style>
  <w:style w:type="paragraph" w:styleId="Style7">
    <w:name w:val="Κεφαλίδα και υποσέλιδο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yle5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-" w:customStyle="1">
    <w:name w:val="ΠΑΟ - Υποενότητα Αθλήματος"/>
    <w:basedOn w:val="Normal"/>
    <w:qFormat/>
    <w:pPr>
      <w:keepNext w:val="true"/>
      <w:spacing w:before="480" w:after="160"/>
    </w:pPr>
    <w:rPr>
      <w:rFonts w:ascii="Roboto Slab Medium" w:hAnsi="Roboto Slab Medium" w:eastAsia="Roboto Slab Medium" w:cs="Roboto Slab Medium"/>
      <w:b w:val="false"/>
      <w:color w:val="1B5E20"/>
      <w:sz w:val="26"/>
      <w:u w:val="none"/>
    </w:rPr>
  </w:style>
  <w:style w:type="paragraph" w:styleId="-1" w:customStyle="1">
    <w:name w:val="ΠΑΟ - Ομάδα Τίτλων"/>
    <w:basedOn w:val="Normal"/>
    <w:qFormat/>
    <w:pPr>
      <w:keepNext w:val="true"/>
      <w:spacing w:before="480" w:after="100"/>
    </w:pPr>
    <w:rPr>
      <w:rFonts w:ascii="Roboto Slab Medium" w:hAnsi="Roboto Slab Medium" w:eastAsia="Roboto Slab Medium" w:cs="Roboto Slab Medium"/>
      <w:b w:val="false"/>
      <w:color w:val="1F1F1F"/>
      <w:sz w:val="25"/>
      <w:u w:val="none"/>
    </w:rPr>
  </w:style>
  <w:style w:type="paragraph" w:styleId="-2" w:customStyle="1">
    <w:name w:val="ΠΑΟ - Κατηγορία"/>
    <w:basedOn w:val="Normal"/>
    <w:qFormat/>
    <w:pPr>
      <w:keepNext w:val="true"/>
      <w:spacing w:before="480" w:after="60"/>
      <w:ind w:start="0"/>
    </w:pPr>
    <w:rPr>
      <w:rFonts w:ascii="Roboto Slab Medium" w:hAnsi="Roboto Slab Medium" w:eastAsia="Roboto Slab Medium" w:cs="Roboto Slab Medium"/>
      <w:b w:val="false"/>
      <w:color w:val="1F1F1F"/>
      <w:sz w:val="23"/>
      <w:u w:val="single"/>
    </w:rPr>
  </w:style>
  <w:style w:type="paragraph" w:styleId="-3" w:customStyle="1">
    <w:name w:val="ΠΑΟ - Επίσημος Τίτλος"/>
    <w:basedOn w:val="Normal"/>
    <w:qFormat/>
    <w:pPr>
      <w:keepNext w:val="true"/>
      <w:spacing w:before="0" w:after="0"/>
      <w:ind w:start="0"/>
    </w:pPr>
    <w:rPr>
      <w:rFonts w:ascii="Roboto Slab" w:hAnsi="Roboto Slab" w:eastAsia="Roboto Slab" w:cs="Roboto Slab"/>
      <w:b w:val="false"/>
      <w:color w:val="1F1F1F"/>
      <w:sz w:val="23"/>
      <w:u w:val="none"/>
    </w:rPr>
  </w:style>
  <w:style w:type="paragraph" w:styleId="-4" w:customStyle="1">
    <w:name w:val="ΠΑΟ - Χρονολογία"/>
    <w:basedOn w:val="Normal"/>
    <w:qFormat/>
    <w:pPr>
      <w:keepLines/>
      <w:spacing w:before="0" w:after="220"/>
      <w:ind w:start="0"/>
    </w:pPr>
    <w:rPr>
      <w:rFonts w:ascii="Roboto Slab" w:hAnsi="Roboto Slab" w:eastAsia="Roboto Slab" w:cs="Roboto Slab"/>
      <w:b w:val="false"/>
      <w:color w:val="1F1F1F"/>
      <w:sz w:val="23"/>
      <w:u w:val="none"/>
    </w:rPr>
  </w:style>
  <w:style w:type="paragraph" w:styleId="-5" w:customStyle="1">
    <w:name w:val="ΠΑΟ - Ανεπίσημος Τίτλος"/>
    <w:basedOn w:val="Normal"/>
    <w:qFormat/>
    <w:pPr>
      <w:keepLines/>
      <w:spacing w:before="0" w:after="0"/>
      <w:ind w:start="0"/>
    </w:pPr>
    <w:rPr>
      <w:rFonts w:ascii="Roboto Slab" w:hAnsi="Roboto Slab" w:eastAsia="Roboto Slab" w:cs="Roboto Slab"/>
      <w:b w:val="false"/>
      <w:color w:val="1F1F1F"/>
      <w:sz w:val="23"/>
      <w:u w:val="none"/>
    </w:rPr>
  </w:style>
  <w:style w:type="paragraph" w:styleId="-6" w:customStyle="1">
    <w:name w:val="ΠΑΟ - Λίστα Τμημάτων"/>
    <w:basedOn w:val="Normal"/>
    <w:qFormat/>
    <w:pPr>
      <w:spacing w:before="0" w:after="60"/>
      <w:ind w:start="0"/>
    </w:pPr>
    <w:rPr>
      <w:rFonts w:ascii="Roboto Slab Medium" w:hAnsi="Roboto Slab Medium" w:eastAsia="Roboto Slab Medium" w:cs="Roboto Slab Medium"/>
      <w:b w:val="false"/>
      <w:color w:val="1B5E20"/>
      <w:sz w:val="24"/>
      <w:u w:val="none"/>
    </w:rPr>
  </w:style>
  <w:style w:type="paragraph" w:styleId="-7" w:customStyle="1">
    <w:name w:val="ΠΑΟ - Τίτλος Περιεχομένων"/>
    <w:basedOn w:val="Normal"/>
    <w:qFormat/>
    <w:pPr>
      <w:keepNext w:val="true"/>
      <w:spacing w:before="0" w:after="200"/>
    </w:pPr>
    <w:rPr>
      <w:rFonts w:ascii="Times New Roman" w:hAnsi="Times New Roman"/>
      <w:b/>
      <w:color w:val="1B5E20"/>
      <w:sz w:val="31"/>
      <w:u w:val="none"/>
    </w:rPr>
  </w:style>
  <w:style w:type="paragraph" w:styleId="-8" w:customStyle="1">
    <w:name w:val="ΠΑΟ - Εγγραφή Περιεχομένων"/>
    <w:basedOn w:val="Normal"/>
    <w:qFormat/>
    <w:pPr>
      <w:spacing w:before="0" w:after="40"/>
      <w:ind w:hanging="0" w:start="0"/>
    </w:pPr>
    <w:rPr>
      <w:rFonts w:ascii="Times New Roman" w:hAnsi="Times New Roman"/>
      <w:b w:val="false"/>
      <w:color w:val="1F1F1F"/>
      <w:sz w:val="21"/>
      <w:u w:val="none"/>
    </w:rPr>
  </w:style>
  <w:style w:type="paragraph" w:styleId="-9" w:customStyle="1">
    <w:name w:val="ΠΑΟ - Σημειώσεις Κεφαλίδα"/>
    <w:basedOn w:val="Normal"/>
    <w:qFormat/>
    <w:pPr>
      <w:keepNext w:val="true"/>
      <w:spacing w:before="480" w:after="160"/>
    </w:pPr>
    <w:rPr>
      <w:rFonts w:ascii="Roboto Slab Medium" w:hAnsi="Roboto Slab Medium" w:eastAsia="Roboto Slab Medium" w:cs="Roboto Slab Medium"/>
      <w:b w:val="false"/>
      <w:color w:val="1F1F1F"/>
      <w:sz w:val="25"/>
      <w:u w:val="none"/>
    </w:rPr>
  </w:style>
  <w:style w:type="paragraph" w:styleId="-10" w:customStyle="1">
    <w:name w:val="ΠΑΟ - Σημειώσεις"/>
    <w:basedOn w:val="Normal"/>
    <w:qFormat/>
    <w:pPr>
      <w:spacing w:before="0" w:after="60"/>
      <w:ind w:hanging="198" w:start="198"/>
    </w:pPr>
    <w:rPr>
      <w:rFonts w:ascii="Roboto Slab" w:hAnsi="Roboto Slab" w:eastAsia="Roboto Slab" w:cs="Roboto Slab"/>
      <w:b w:val="false"/>
      <w:color w:val="1F1F1F"/>
      <w:sz w:val="21"/>
      <w:u w:val="none"/>
    </w:rPr>
  </w:style>
  <w:style w:type="paragraph" w:styleId="-11" w:customStyle="1">
    <w:name w:val="ΠΑΟ - Χώρος Τοξοβολίας"/>
    <w:basedOn w:val="-"/>
    <w:qFormat/>
    <w:pPr>
      <w:keepNext w:val="true"/>
      <w:spacing w:before="480" w:after="160"/>
    </w:pPr>
    <w:rPr>
      <w:rFonts w:ascii="Roboto Slab Medium" w:hAnsi="Roboto Slab Medium"/>
      <w:b w:val="false"/>
      <w:color w:val="1B5E20"/>
      <w:sz w:val="26"/>
    </w:rPr>
  </w:style>
  <w:style w:type="paragraph" w:styleId="-12" w:customStyle="1">
    <w:name w:val="ΠΑΟ - Τύπος Τόξου"/>
    <w:basedOn w:val="-"/>
    <w:qFormat/>
    <w:pPr>
      <w:keepNext w:val="true"/>
      <w:spacing w:before="240" w:after="80"/>
    </w:pPr>
    <w:rPr>
      <w:rFonts w:ascii="Roboto Slab Medium" w:hAnsi="Roboto Slab Medium"/>
      <w:b/>
      <w:color w:val="000000"/>
      <w:sz w:val="24"/>
    </w:rPr>
  </w:style>
  <w:style w:type="numbering" w:styleId="Style8" w:default="1">
    <w:name w:val="Χωρίς κατάλογο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72</Pages>
  <Words>10958</Words>
  <Characters>71989</Characters>
  <CharactersWithSpaces>81648</CharactersWithSpaces>
  <Paragraphs>2478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Παναθηναϊκός Αθλητικός Όμιλος</dc:creator>
  <dc:description>Αισθητική v7: κοντύτερη γραμμή εξωφύλλου, regular σημείωση, καθαρότερη ιεραρχία αθλημάτων, μικρότερο έτος ίδρυσης.</dc:description>
  <cp:keywords>Παναθηναϊκός τίτλοι αθλητισμός</cp:keywords>
  <dc:language>el-GR</dc:language>
  <cp:lastModifiedBy/>
  <dcterms:modified xsi:type="dcterms:W3CDTF">2013-12-23T23:15:00Z</dcterms:modified>
  <cp:revision>1</cp:revision>
  <dc:subject>Εγκεκριμένη έκδοση με ενιαία σειρά όπλων στους επίσημους τίτλους του Σταθερού Στόχου, χωρίς μετακίνηση μεταξύ χρονικών ομάδων</dc:subject>
  <dc:title>Οι Τίτλοι του Παναθηναϊκού Αθλητικού Ομίλου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