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60"/>
        <w:jc w:val="center"/>
        <w:rPr/>
      </w:pPr>
      <w:r>
        <w:rPr/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8"/>
        <w:spacing w:before="0" w:after="100"/>
        <w:jc w:val="center"/>
        <w:rPr/>
      </w:pPr>
      <w:r>
        <w:rPr>
          <w:b/>
          <w:color w:val="1B5E20"/>
          <w:sz w:val="41"/>
        </w:rPr>
        <w:t>ΕΠΙΣΗΜΟΙ ΟΜΑΔΙΚΟΙ ΤΙΤΛΟΙ</w:t>
        <w:br/>
        <w:t>ΠΑΝΑΘΗΝΑΪΚΟΥ ΑΘΛΗΤΙΚΟΥ ΟΜΙΛΟΥ</w:t>
      </w:r>
    </w:p>
    <w:p>
      <w:pPr>
        <w:pStyle w:val="Normal"/>
        <w:spacing w:lineRule="auto" w:line="283" w:before="20" w:after="560"/>
        <w:jc w:val="center"/>
        <w:rPr/>
      </w:pPr>
      <w:r>
        <w:rPr>
          <w:rFonts w:ascii="Roboto Slab Medium" w:hAnsi="Roboto Slab Medium"/>
          <w:b w:val="false"/>
          <w:color w:val="000000"/>
          <w:sz w:val="29"/>
        </w:rPr>
        <w:t>Χρονολογική καταγραφή 1908 - 2026</w:t>
        <w:br/>
      </w:r>
      <w:r>
        <w:rPr>
          <w:rFonts w:ascii="Roboto Slab Medium" w:hAnsi="Roboto Slab Medium"/>
          <w:b w:val="false"/>
          <w:color w:val="000000"/>
          <w:sz w:val="27"/>
        </w:rPr>
        <w:t xml:space="preserve">Σύνολο τίτλων: </w:t>
      </w:r>
      <w:r>
        <w:rPr>
          <w:rFonts w:ascii="Roboto Slab Medium" w:hAnsi="Roboto Slab Medium"/>
          <w:b w:val="false"/>
          <w:color w:val="1B5E20"/>
          <w:sz w:val="27"/>
        </w:rPr>
        <w:t>1.897</w:t>
      </w:r>
    </w:p>
    <w:p>
      <w:pPr>
        <w:pStyle w:val="Style9"/>
        <w:rPr/>
      </w:pPr>
      <w:r>
        <w:rPr/>
        <w:t>1908 (1)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Πανθεσσαλικών Αγώνων</w:t>
      </w:r>
    </w:p>
    <w:p>
      <w:pPr>
        <w:pStyle w:val="Style9"/>
        <w:rPr/>
      </w:pPr>
      <w:r>
        <w:rPr/>
        <w:t>1909 (1)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9"/>
        <w:rPr/>
      </w:pPr>
      <w:r>
        <w:rPr/>
        <w:t>1910 (0)</w:t>
      </w:r>
    </w:p>
    <w:p>
      <w:pPr>
        <w:pStyle w:val="Style11"/>
        <w:rPr/>
      </w:pPr>
      <w:r>
        <w:rPr>
          <w:i w:val="false"/>
        </w:rPr>
        <w:t>Δεν κατακτήθηκαν ομαδικοί τίτλοι</w:t>
      </w:r>
    </w:p>
    <w:p>
      <w:pPr>
        <w:pStyle w:val="Style9"/>
        <w:rPr/>
      </w:pPr>
      <w:r>
        <w:rPr/>
        <w:t>1911 (2)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Χόκεϊ Ανδρών:</w:t>
      </w:r>
      <w:r>
        <w:rPr/>
        <w:t xml:space="preserve"> Πρωτάθλημα Ελλάδας</w:t>
      </w:r>
    </w:p>
    <w:p>
      <w:pPr>
        <w:pStyle w:val="Style9"/>
        <w:rPr/>
      </w:pPr>
      <w:r>
        <w:rPr/>
        <w:t>1912 (1)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9"/>
        <w:rPr/>
      </w:pPr>
      <w:r>
        <w:rPr/>
        <w:t>1913 (0)</w:t>
      </w:r>
    </w:p>
    <w:p>
      <w:pPr>
        <w:pStyle w:val="Style11"/>
        <w:rPr/>
      </w:pPr>
      <w:r>
        <w:rPr>
          <w:i w:val="false"/>
        </w:rPr>
        <w:t>Δεν κατακτήθηκαν ομαδικοί τίτλοι</w:t>
      </w:r>
    </w:p>
    <w:p>
      <w:pPr>
        <w:pStyle w:val="Style9"/>
        <w:rPr/>
      </w:pPr>
      <w:r>
        <w:rPr/>
        <w:t>1914 (1)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 — Άνδρες – Β΄ Ομάδες</w:t>
      </w:r>
    </w:p>
    <w:p>
      <w:pPr>
        <w:pStyle w:val="Style9"/>
        <w:rPr/>
      </w:pPr>
      <w:r>
        <w:rPr/>
        <w:t>1915 (0)</w:t>
      </w:r>
    </w:p>
    <w:p>
      <w:pPr>
        <w:pStyle w:val="Style11"/>
        <w:rPr/>
      </w:pPr>
      <w:r>
        <w:rPr>
          <w:i w:val="false"/>
        </w:rPr>
        <w:t>Δεν κατακτήθηκαν ομαδικοί τίτλοι</w:t>
      </w:r>
    </w:p>
    <w:p>
      <w:pPr>
        <w:pStyle w:val="Style9"/>
        <w:rPr/>
      </w:pPr>
      <w:r>
        <w:rPr/>
        <w:t>1916 (0)</w:t>
      </w:r>
    </w:p>
    <w:p>
      <w:pPr>
        <w:pStyle w:val="Style11"/>
        <w:rPr/>
      </w:pPr>
      <w:r>
        <w:rPr>
          <w:i w:val="false"/>
        </w:rPr>
        <w:t>Δεν κατακτήθηκαν ομαδικοί τίτλοι</w:t>
      </w:r>
    </w:p>
    <w:p>
      <w:pPr>
        <w:pStyle w:val="Style9"/>
        <w:rPr/>
      </w:pPr>
      <w:r>
        <w:rPr/>
        <w:t>1917 (0)</w:t>
      </w:r>
    </w:p>
    <w:p>
      <w:pPr>
        <w:pStyle w:val="Style11"/>
        <w:rPr/>
      </w:pPr>
      <w:r>
        <w:rPr>
          <w:i w:val="false"/>
        </w:rPr>
        <w:t>Δεν κατακτήθηκαν ομαδικοί τίτλοι</w:t>
      </w:r>
    </w:p>
    <w:p>
      <w:pPr>
        <w:pStyle w:val="Style9"/>
        <w:rPr/>
      </w:pPr>
      <w:r>
        <w:rPr/>
        <w:t>1918 (1)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9"/>
        <w:rPr/>
      </w:pPr>
      <w:r>
        <w:rPr/>
        <w:t>1919 (0)</w:t>
      </w:r>
    </w:p>
    <w:p>
      <w:pPr>
        <w:pStyle w:val="Style11"/>
        <w:rPr/>
      </w:pPr>
      <w:r>
        <w:rPr>
          <w:i w:val="false"/>
        </w:rPr>
        <w:t>Δεν κατακτήθηκαν ομαδικοί τίτλοι</w:t>
      </w:r>
    </w:p>
    <w:p>
      <w:pPr>
        <w:pStyle w:val="Style9"/>
        <w:rPr/>
      </w:pPr>
      <w:r>
        <w:rPr/>
        <w:t>1920 (0)</w:t>
      </w:r>
    </w:p>
    <w:p>
      <w:pPr>
        <w:pStyle w:val="Style11"/>
        <w:rPr/>
      </w:pPr>
      <w:r>
        <w:rPr>
          <w:i w:val="false"/>
        </w:rPr>
        <w:t>Δεν κατακτήθηκαν ομαδικοί τίτλοι</w:t>
      </w:r>
    </w:p>
    <w:p>
      <w:pPr>
        <w:pStyle w:val="Style9"/>
        <w:rPr/>
      </w:pPr>
      <w:r>
        <w:rPr/>
        <w:t>1921 (4)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9"/>
        <w:rPr/>
      </w:pPr>
      <w:r>
        <w:rPr/>
        <w:t>1922 (1)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9"/>
        <w:rPr/>
      </w:pPr>
      <w:r>
        <w:rPr/>
        <w:t>1923 (0)</w:t>
      </w:r>
    </w:p>
    <w:p>
      <w:pPr>
        <w:pStyle w:val="Style11"/>
        <w:rPr/>
      </w:pPr>
      <w:r>
        <w:rPr>
          <w:i w:val="false"/>
        </w:rPr>
        <w:t>Δεν κατακτήθηκαν ομαδικοί τίτλοι</w:t>
      </w:r>
    </w:p>
    <w:p>
      <w:pPr>
        <w:pStyle w:val="Style9"/>
        <w:rPr/>
      </w:pPr>
      <w:r>
        <w:rPr/>
        <w:t>1924 (0)</w:t>
      </w:r>
    </w:p>
    <w:p>
      <w:pPr>
        <w:pStyle w:val="Style11"/>
        <w:rPr/>
      </w:pPr>
      <w:r>
        <w:rPr>
          <w:i w:val="false"/>
        </w:rPr>
        <w:t>Δεν κατακτήθηκαν ομαδικοί τίτλοι</w:t>
      </w:r>
    </w:p>
    <w:p>
      <w:pPr>
        <w:pStyle w:val="Style9"/>
        <w:rPr/>
      </w:pPr>
      <w:r>
        <w:rPr/>
        <w:t>1925 (1)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</w:t>
      </w:r>
    </w:p>
    <w:p>
      <w:pPr>
        <w:pStyle w:val="Style9"/>
        <w:rPr/>
      </w:pPr>
      <w:r>
        <w:rPr/>
        <w:t>1926 (2)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9"/>
        <w:rPr/>
      </w:pPr>
      <w:r>
        <w:rPr/>
        <w:t>1927 (2)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9"/>
        <w:rPr/>
      </w:pPr>
      <w:r>
        <w:rPr/>
        <w:t>1928 (0)</w:t>
      </w:r>
    </w:p>
    <w:p>
      <w:pPr>
        <w:pStyle w:val="Style11"/>
        <w:rPr/>
      </w:pPr>
      <w:r>
        <w:rPr>
          <w:i w:val="false"/>
        </w:rPr>
        <w:t>Δεν κατακτήθηκαν ομαδικοί τίτλοι</w:t>
      </w:r>
    </w:p>
    <w:p>
      <w:pPr>
        <w:pStyle w:val="Style9"/>
        <w:rPr/>
      </w:pPr>
      <w:r>
        <w:rPr/>
        <w:t>1929 (4)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Γ΄ Ομάδες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9"/>
        <w:rPr/>
      </w:pPr>
      <w:r>
        <w:rPr/>
        <w:t>1930 (8)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Έπαθλο ΕΠΣΑ — Άνδρες – Β΄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Γ΄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Έπαθλο ΕΠΣΑ — Άνδρες – Γ΄ Ομάδες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Χόκεϊ Ανδρών:</w:t>
      </w:r>
      <w:r>
        <w:rPr/>
        <w:t xml:space="preserve"> Πρωτάθλημα Ελλάδας</w:t>
      </w:r>
    </w:p>
    <w:p>
      <w:pPr>
        <w:pStyle w:val="Style9"/>
        <w:rPr/>
      </w:pPr>
      <w:r>
        <w:rPr/>
        <w:t>1931 (7)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Έπαθλο ΕΠΣΑ — Άνδρες – Β΄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Γ΄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Έπαθλο ΕΠΣΑ — Άνδρες – Γ΄ Ομάδες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9"/>
        <w:rPr/>
      </w:pPr>
      <w:r>
        <w:rPr/>
        <w:t>1932 (6)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Γ΄ Ομάδες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Σκυταλοδρομιών Ελλάδας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10"/>
        <w:rPr/>
      </w:pPr>
      <w:r>
        <w:rPr>
          <w:b/>
        </w:rPr>
        <w:t>Χόκεϊ Ανδρών:</w:t>
      </w:r>
      <w:r>
        <w:rPr/>
        <w:t xml:space="preserve"> Πρωτάθλημα Ελλάδας</w:t>
      </w:r>
    </w:p>
    <w:p>
      <w:pPr>
        <w:pStyle w:val="Style9"/>
        <w:rPr/>
      </w:pPr>
      <w:r>
        <w:rPr/>
        <w:t>1933 (5)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Έπαθλο ΕΠΣΑ — Άνδρες – Β΄ Ομάδες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Νοτίου Ελλάδας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9"/>
        <w:rPr/>
      </w:pPr>
      <w:r>
        <w:rPr/>
        <w:t>1934 (7)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(Ατομική Χρονομέτρηση – Ομαδικό) — Άνδρες – Β΄ Κατηγορία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Νοτίου Ελλάδας — Άνδρες – Β΄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Σκυταλοδρομιών Ελλάδας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9"/>
        <w:rPr/>
      </w:pPr>
      <w:r>
        <w:rPr/>
        <w:t>1935 (2)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Σκυταλοδρομιών Ελλάδας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9"/>
        <w:rPr/>
      </w:pPr>
      <w:r>
        <w:rPr/>
        <w:t>1936 (1)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(Συλλογική Βαθμολογία Δρόμων) — Άνδρες</w:t>
      </w:r>
    </w:p>
    <w:p>
      <w:pPr>
        <w:pStyle w:val="Style9"/>
        <w:rPr/>
      </w:pPr>
      <w:r>
        <w:rPr/>
        <w:t>1937 (3)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Έπαθλο ΕΠΣΑ — Άνδρες – Β΄ Ομάδες</w:t>
      </w:r>
    </w:p>
    <w:p>
      <w:pPr>
        <w:pStyle w:val="Style9"/>
        <w:rPr/>
      </w:pPr>
      <w:r>
        <w:rPr/>
        <w:t>1938 (5)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Έπαθλο ΕΠΣΑ — Άνδρες – Β΄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Γ΄ Ομάδες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9"/>
        <w:rPr/>
      </w:pPr>
      <w:r>
        <w:rPr/>
        <w:t>1939 (8)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Αθήνας ΕΠΣΑ (7×7)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Έπαθλο ΕΠΣΑ — Άνδρες – Β΄ Ομάδες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(Συλλογική Βαθμολογία Δρόμων)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(Συλλογική Βαθμολογία Αλμάτων)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Σκυταλοδρομιών Ελλάδας — Άνδρες</w:t>
      </w:r>
    </w:p>
    <w:p>
      <w:pPr>
        <w:pStyle w:val="Style10"/>
        <w:rPr/>
      </w:pPr>
      <w:r>
        <w:rPr>
          <w:b/>
        </w:rPr>
        <w:t>Χόκεϊ Ανδρών:</w:t>
      </w:r>
      <w:r>
        <w:rPr/>
        <w:t xml:space="preserve"> Πρωτάθλημα Ελλάδας</w:t>
      </w:r>
    </w:p>
    <w:p>
      <w:pPr>
        <w:pStyle w:val="Style9"/>
        <w:rPr/>
      </w:pPr>
      <w:r>
        <w:rPr/>
        <w:t>1940 (6)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Αθήνας ΕΠΣΑ (7×7)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Γ΄ Ομάδες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(Συλλογική Βαθμολογία Αλμάτων)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Έφηβοι</w:t>
      </w:r>
    </w:p>
    <w:p>
      <w:pPr>
        <w:pStyle w:val="Style9"/>
        <w:rPr/>
      </w:pPr>
      <w:r>
        <w:rPr/>
        <w:t>1941 (0)</w:t>
      </w:r>
    </w:p>
    <w:p>
      <w:pPr>
        <w:pStyle w:val="Style11"/>
        <w:rPr/>
      </w:pPr>
      <w:r>
        <w:rPr>
          <w:i w:val="false"/>
        </w:rPr>
        <w:t>Δεν κατακτήθηκαν ομαδικοί τίτλοι</w:t>
      </w:r>
    </w:p>
    <w:p>
      <w:pPr>
        <w:pStyle w:val="Style9"/>
        <w:rPr/>
      </w:pPr>
      <w:r>
        <w:rPr/>
        <w:t>1942 (0)</w:t>
      </w:r>
    </w:p>
    <w:p>
      <w:pPr>
        <w:pStyle w:val="Style11"/>
        <w:rPr/>
      </w:pPr>
      <w:r>
        <w:rPr>
          <w:i w:val="false"/>
        </w:rPr>
        <w:t>Δεν κατακτήθηκαν ομαδικοί τίτλοι</w:t>
      </w:r>
    </w:p>
    <w:p>
      <w:pPr>
        <w:pStyle w:val="Style9"/>
        <w:rPr/>
      </w:pPr>
      <w:r>
        <w:rPr/>
        <w:t>1943 (0)</w:t>
      </w:r>
    </w:p>
    <w:p>
      <w:pPr>
        <w:pStyle w:val="Style11"/>
        <w:rPr/>
      </w:pPr>
      <w:r>
        <w:rPr>
          <w:i w:val="false"/>
        </w:rPr>
        <w:t>Δεν κατακτήθηκαν ομαδικοί τίτλοι</w:t>
      </w:r>
    </w:p>
    <w:p>
      <w:pPr>
        <w:pStyle w:val="Style9"/>
        <w:rPr/>
      </w:pPr>
      <w:r>
        <w:rPr/>
        <w:t>1944 (2)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Άνδρες – Γυναίκες</w:t>
      </w:r>
    </w:p>
    <w:p>
      <w:pPr>
        <w:pStyle w:val="Style9"/>
        <w:rPr/>
      </w:pPr>
      <w:r>
        <w:rPr/>
        <w:t>1945 (0)</w:t>
      </w:r>
    </w:p>
    <w:p>
      <w:pPr>
        <w:pStyle w:val="Style11"/>
        <w:rPr/>
      </w:pPr>
      <w:r>
        <w:rPr>
          <w:i w:val="false"/>
        </w:rPr>
        <w:t>Δεν κατακτήθηκαν ομαδικοί τίτλοι</w:t>
      </w:r>
    </w:p>
    <w:p>
      <w:pPr>
        <w:pStyle w:val="Style9"/>
        <w:rPr/>
      </w:pPr>
      <w:r>
        <w:rPr/>
        <w:t>1946 (6)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Κέντρου (Αθήνας – Πειραιά)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Κέντρου (Αθήνας – Πειραιά) — Έφηβοι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Γυναίκες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Φθινοπωρινό Πρωτάθλημα Κέντρου (Αθήνας – Πειραιά) — Γυναίκες</w:t>
      </w:r>
    </w:p>
    <w:p>
      <w:pPr>
        <w:pStyle w:val="Style9"/>
        <w:rPr/>
      </w:pPr>
      <w:r>
        <w:rPr/>
        <w:t>1947 (7)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Κέντρου (Αθήνας – Πειραιά) — Έφηβοι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Έπαθλο ΕΠΣΑ — Άνδρες – Β΄ Ομάδες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9"/>
        <w:rPr/>
      </w:pPr>
      <w:r>
        <w:rPr/>
        <w:t>1948 (7)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Έπαθλο ΕΠΣΑ — Άνδρες – Β΄ Ομάδες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(Πολεμικό Τουφέκι Πρηνηδόν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(Τουφέκι Πρηνηδόν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(Πολεμικό Όπλο – Ομαδικό) — Άνδρες</w:t>
      </w:r>
    </w:p>
    <w:p>
      <w:pPr>
        <w:pStyle w:val="Style9"/>
        <w:rPr/>
      </w:pPr>
      <w:r>
        <w:rPr/>
        <w:t>1949 (14)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Βίτσι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Έπαθλο ΕΠΣΑ — Άνδρες – Β΄ Ομάδες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Ελληνοαμερικανικών Αγώνων (Καραμπίνα Πρηνηδόν – Ομαδικό)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Γυναίκες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(Τρίαθλο)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Έφηβοι</w:t>
      </w:r>
    </w:p>
    <w:p>
      <w:pPr>
        <w:pStyle w:val="Style9"/>
        <w:rPr/>
      </w:pPr>
      <w:r>
        <w:rPr/>
        <w:t>1950 (9)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Κέντρου (Αθήνας – Πειραιά)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Κέντρου (Αθήνας – Πειραιά) — Άνδρες – Β΄ Ομάδες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Γ΄ Ομάδες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Κύπρου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Γυναίκες</w:t>
      </w:r>
    </w:p>
    <w:p>
      <w:pPr>
        <w:pStyle w:val="Style9"/>
        <w:rPr/>
      </w:pPr>
      <w:r>
        <w:rPr/>
        <w:t>1951 (14)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 — Άνδρες – Β΄ Ομάδες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Διασυλλογικό Πρωτάθλημα Ελλάδας — Άνδρες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Κέντρου (Αθήνας – Πειραιά) — Άνδρες – Β΄ Ομάδες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(Ταχύτητα – Ομαδικό)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Έπαθλο ΕΠΣΑ — Άνδρες – Β΄ Ομάδες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Λαϊκό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Έφηβοι</w:t>
      </w:r>
    </w:p>
    <w:p>
      <w:pPr>
        <w:pStyle w:val="Style9"/>
        <w:rPr/>
      </w:pPr>
      <w:r>
        <w:rPr/>
        <w:t>1952 (17)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Διασυλλογικό Πρωτάθλημα Ελλάδας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Διασυλλογικό Πρωτάθλημα Κωνσταντινούπολης — Άνδρες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Κέντρου (Αθήνας – Πειραιά)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Κέντρου (Αθήνας – Πειραιά)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Αθήνας ΕΠΣΑ (6×6)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Έπαθλο ΕΠΣΑ — Άνδρες – Β΄ Ομάδες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Λαϊκό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Έφηβοι</w:t>
      </w:r>
    </w:p>
    <w:p>
      <w:pPr>
        <w:pStyle w:val="Style9"/>
        <w:rPr/>
      </w:pPr>
      <w:r>
        <w:rPr/>
        <w:t>1953 (12)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 — Άνδρες – Β΄ Ομάδες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Κέντρου (Αθήνας – Πειραιά) — Άνδρες – Γυναίκες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Ειδικό Πρωτάθλημα Ομαδικών Αγωνισμάτων (Άλμα εις Μήκος – Ομαδικό)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Ειδικό Πρωτάθλημα Ομαδικών Αγωνισμάτων (Άλμα εις Ύψος – Ομαδικό)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Ειδικό Πρωτάθλημα Ομαδικών Αγωνισμάτων (Δισκοβολία – 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Έφηβοι</w:t>
      </w:r>
    </w:p>
    <w:p>
      <w:pPr>
        <w:pStyle w:val="Style9"/>
        <w:rPr/>
      </w:pPr>
      <w:r>
        <w:rPr/>
        <w:t>1954 (14)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Κέντρου (Αθήνας – Πειραιά) — Άνδρες – Γυναίκες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«Αθήνα – Πάτρα» (Ομαδικό)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(Βαθμολογία) — Άνδρες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(Συλλογική Δραστηριότητα) — Γενική Βαθμολογία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Έφηβοι</w:t>
      </w:r>
    </w:p>
    <w:p>
      <w:pPr>
        <w:pStyle w:val="Style9"/>
        <w:rPr/>
      </w:pPr>
      <w:r>
        <w:rPr/>
        <w:t>1955 (18)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Διασυλλογικό Πρωτάθλημα Ελλάδας — Άνδρες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Κολυμβητικών Ημερίδων ΕΚΟΦ (Γενική Βαθμολογία)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Κολυμβητικών Ημερίδων ΕΚΟΦ (Α΄)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Κολυμβητικών Ημερίδων ΕΚΟΦ (Β΄)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Κολυμβητικών Ημερίδων ΕΚΟΦ (Γ΄)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Κολυμβητικών Ημερίδων ΕΚΟΦ (Δ΄) — Άνδρες – Γυναίκες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(Αντοχή – Ομαδικό)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(Τουφέκι Πρηνηδόν – Ομαδικό)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Έφηβοι</w:t>
      </w:r>
    </w:p>
    <w:p>
      <w:pPr>
        <w:pStyle w:val="Style9"/>
        <w:rPr/>
      </w:pPr>
      <w:r>
        <w:rPr/>
        <w:t>1956 (18)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Διασυλλογικό Πρωτάθλημα Ελλάδας — Άνδρες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Κέντρου (Αθήνας – Πειραιά)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(Ατομική Χρονομέτρηση – Ομαδικό) — Άνδρες – Β΄ Κατηγορία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(Ομαδική Καταδίωξη)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Β΄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Διασυλλογικό Πρωτάθλημα Ελλάδας Πυροβόλων Όπλων (Βαθμολογία)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(Τουφέκι Πρηνηδόν – Ομαδικό)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Έφηβοι</w:t>
      </w:r>
    </w:p>
    <w:p>
      <w:pPr>
        <w:pStyle w:val="Style9"/>
        <w:rPr/>
      </w:pPr>
      <w:r>
        <w:rPr/>
        <w:t>1957 (20)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«Αθήνα – Καρδίτσα» (Ομαδικό)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(Βαθμολογία)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(Ατομική Χρονομέτρηση – Ομαδικό) — Άνδρες – Β΄ Κατηγορία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Αθήνας ΕΠΣΑ (6×6)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Β΄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(Τουφέκι Πρηνηδόν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(Καραμπίνα Ορθίως – Ομαδικό)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(Συλλογική Βαθμολογία Δρόμων)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(Συλλογική Βαθμολογία Αλμάτων)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Λαϊκό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Έφηβοι</w:t>
      </w:r>
    </w:p>
    <w:p>
      <w:pPr>
        <w:pStyle w:val="Style9"/>
        <w:rPr/>
      </w:pPr>
      <w:r>
        <w:rPr/>
        <w:t>1958 (21)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Αθήνας — Άνδρες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Κέντρου (Αθήνας – Πειραιά) — Άνδρες – Γυναίκες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(Ομαδικό) — Άνδρες – Αρχάριοι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(Ομαδική Καταδίωξη) — Άνδρες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Πυροβόλων Όπλων (Βαθμολογία) — Γενική Βαθμολογία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(Πολεμικό Όπλο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(Καραμπίνα Ορθίως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(Καραμπίνα – Σύνθετο 50–100 μ. – Ομαδικό)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Φθινοπωρινό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Λαϊκό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Λαϊκό Πρωτάθλημα Ελλάδας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Έφηβοι</w:t>
      </w:r>
    </w:p>
    <w:p>
      <w:pPr>
        <w:pStyle w:val="Style9"/>
        <w:rPr/>
      </w:pPr>
      <w:r>
        <w:rPr/>
        <w:t>1959 (21)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Διασυλλογικό Πρωτάθλημα Ελλάδας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Αθήνας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(Σκυταλοδρομία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«Αθήνα – Θεσσαλονίκη» (Ομαδικό)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(Ομαδικό)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Γ΄ Ομάδες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Β΄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(Πολεμικό Όπλο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(Καραμπίνα – Σύνθετο 50–100 μ. – Ομαδικό)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Λαϊκό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Έφηβοι</w:t>
      </w:r>
    </w:p>
    <w:p>
      <w:pPr>
        <w:pStyle w:val="Style9"/>
        <w:rPr/>
      </w:pPr>
      <w:r>
        <w:rPr/>
        <w:t>1960 (24)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Κέντρου (Αθήνας – Πειραιά)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Διασυλλογικό Πρωτάθλημα Ελλάδας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Αθήνας — Άνδρες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Κέντρου (Αθήνας – Πειραιά)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Διασυλλογικό Πρωτάθλημα Κέντρου (Αθήνας – Πειραιά) — Άνδρες – Γυναίκες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Κέντρου (Αθήνας – Πειραιά) — Έφηβοι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Β΄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Β΄ Κατηγορία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Πρωτάθλημα Ελλάδας (Ομαδική Βαθμολογία) — Άνδρες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Πρωτάθλημα Ελλάδας (Ομαδική Κατάταξη)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Πυροβόλων Όπλων (Βαθμολογία) — Γενική Βαθμολογία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(Τουφέκι Πρηνηδόν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(Καραμπίνα Πρηνηδόν 50–100 μ.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(Καραμπίνα Γονυπετώς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(Καραμπίνα Τριών Στάσεων – Ομαδικό)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9"/>
        <w:rPr/>
      </w:pPr>
      <w:r>
        <w:rPr/>
        <w:t>1961 (21)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Νοτίου Ελλάδας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Διασυλλογικό Πρωτάθλημα Ελλάδας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Αθήνας — Άνδρες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Αττικής (Ομαδικό)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(Ατομική Χρονομέτρηση – Ομαδικό)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Αττικής (Ομαδικό) (Α΄)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Αττικής (Ομαδικό) (Β΄) — Άνδρες – Β΄ Κατηγορία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Β΄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Β΄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Γ΄ Κατηγορία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Πρωτάθλημα Ελλάδας (Ομαδική Βαθμολογία) — Άνδρες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Πρωτάθλημα Ελλάδας (Ομαδική Κατάταξη)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Έπαθλο ΣΕΓΑΣ Κέντρου (Αθήνας – Πειραιά)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9"/>
        <w:rPr/>
      </w:pPr>
      <w:r>
        <w:rPr/>
        <w:t>1962 (20)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Διασυλλογικό Πρωτάθλημα Ελλάδας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Αθήνας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Κέντρου (Αθήνας – Πειραιά) — Άνδρες – Γυναίκες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(Πολυνίκης) — Άνδρες – Β΄ Κατηγορία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Ασκήσεως – Ομαδικό)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(Ατομική Χρονομέτρηση – Ομαδικό)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Αττικής (Ομαδικό) — Άνδρες – Β΄ Κατηγορία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Γ΄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Γ΄ Κατηγορία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Πρωτάθλημα Ελλάδας (Ομαδική Βαθμολογία) — Άνδρες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Πρωτάθλημα Ελλάδας (Ομαδική Κατάταξη)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Χειμερινό Πρωτάθλημα Ελλάδας (Ομαδικό) (Α΄)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Χειμερινό Πρωτάθλημα Ελλάδας (Ομαδικό) (Β΄)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Χειμερινό Πρωτάθλημα Ελλάδας (Ομαδικό) (Γ΄) — Άνδρες</w:t>
      </w:r>
    </w:p>
    <w:p>
      <w:pPr>
        <w:pStyle w:val="Style9"/>
        <w:rPr/>
      </w:pPr>
      <w:r>
        <w:rPr/>
        <w:t>1963 (33)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Νοτίου Ελλάδας — Άνδρες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Νοτίου Ελλάδας — Έφηβοι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Αθήνας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Αθήνας — Άνδρες – Β΄ Ομάδες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Κέντρου (Αθήνας – Πειραιά)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Χειμερινό Πρωτάθλημα Κέντρου (Αθήνας – Πειραιά)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Κολυμβητικών Ημερίδων ΕΚΟΦ (Γενική Βαθμολογία) — Άνδρες – Γυναίκες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Έφηβοι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Ασκήσεως – Ομαδικό) — Έφηβοι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(Σπάθη – Ομαδικό)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(Βαθμολογία)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(Βαθμολογία)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(Σκυταλοδρομία – Ομαδικό)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Αττικής (Ομαδικό) — Άνδρες – Β΄ Κατηγορία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Αθήνας ΕΠΣΑ (6×6)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Β΄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Β΄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Γ΄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Έφηβοι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Έφηβοι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Πρωτάθλημα Ελλάδας (Ομαδική Βαθμολογία) — Άνδρες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Πρωτάθλημα Ελλάδας (Ομαδική Κατάταξη)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κατά Ανδρεικέλων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Ακριβείας – Ομαδικό)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(Διεθνής Βαθμολογία)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Έπαθλο ΣΕΓΑΣ Κέντρου (Αθήνας – Πειραιά)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9"/>
        <w:rPr/>
      </w:pPr>
      <w:r>
        <w:rPr/>
        <w:t>1964 (38)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Κέντρου (Αθήνας – Πειραιά)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Νοτίου Ελλάδας — Έφηβοι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Αθήνας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Αθήνας — Έφηβοι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Κέντρου (Αθήνας – Πειραιά)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Χειμερινό Πρωτάθλημα Κέντρου (Αθήνας – Πειραιά)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Κολυμβητικών Ημερίδων ΕΚΟΦ (Γενική Βαθμολογία) — Άνδρες – Γυναίκες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(Γενική Βαθμολογία Ομαδικών Αγωνισμάτων)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Μονομαχίας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(Σπάθη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Έφηβοι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(Σπάθη – Ομαδικό)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(Βαθμολογία)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Αττικής (Ομαδικό)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(Βαθμολογία)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(Ατομική Χρονομέτρηση – Ομαδικό)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(Σπριντ – Ομαδικό)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(Ταχύτητα – Ομαδικό)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(Αντοχή – Ομαδικό)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Αττικής (Ομαδικό) — Άνδρες – Β΄ Κατηγορία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Γ΄ Κατηγορία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Πρωτάθλημα Ελλάδας (Ομαδική Βαθμολογία)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Πυροβόλων Όπλων (Βαθμολογία) — Γενική Βαθμολογία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κατά Ανδρεικέλων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(Περίστροφο Ακριβείας – Ομαδικό)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(Διεθνής Βαθμολογία)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Έπαθλο ΣΕΓΑΣ Κέντρου (Αθήνας – Πειραιά)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9"/>
        <w:rPr/>
      </w:pPr>
      <w:r>
        <w:rPr/>
        <w:t>1965 (37)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(Πολυνίκης) — Άνδρες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Νοτίου Ελλάδας — Άνδρες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Νοτίου Ελλάδας — Έφηβοι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Ελλάδας — Άνδρες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Κέντρου (Αθήνας – Πειραιά)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Χειμερινό Πρωτάθλημα Κέντρου (Αθήνας – Πειραιά) — Άνδρες – Γυναίκες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(Γενική Βαθμολογία Ομαδικών Αγωνισμάτων)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(Γενική Βαθμολογία περιόδου 1964–1965)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Μονομαχίας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Ασκήσεως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Έφηβοι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Μονομαχίας – Ομαδικό) — Έφηβοι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Ασκήσεως – Ομαδικό) — Έφηβοι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(Σπάθη – Ομαδικό)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(Αντοχή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«Αθήνα – Χαλκίδα» (Ομαδικό)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(Βαθμολογία)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(Ομαδικό) — Άνδρες – Β΄ Κατηγορία – Β΄ Ομάδες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(Ομαδική Καταδίωξη)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Πρωτάθλημα Ελλάδας (Ομαδική Βαθμολογία)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(Συλλογική Δραστηριότητα) — Γενική Βαθμολογία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Σκυταλοδρομιών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(Γενική Βαθμολογία)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Πανσυλλογική Σκυταλοδρομία «Γύρος Αθηνών» — Άνδρες</w:t>
      </w:r>
    </w:p>
    <w:p>
      <w:pPr>
        <w:pStyle w:val="Style9"/>
        <w:rPr/>
      </w:pPr>
      <w:r>
        <w:rPr/>
        <w:t>1966 (30)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Νοτίου Ελλάδας — Άνδρες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Άνδρες – Β΄ Κατηγορία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Ελλάδας (Γενική Βαθμολογία Ατομικών Αγωνισμάτων) — Άνδρες – Γυναίκες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Διασυλλογικό Πρωτάθλημα Ελλάδας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Ελλάδας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Ελλάδας (Γενική Βαθμολογία Ατομικών Αγωνισμάτων) — Γυναίκες – Β΄ Ομάδες</w:t>
      </w:r>
    </w:p>
    <w:p>
      <w:pPr>
        <w:pStyle w:val="Style10"/>
        <w:rPr/>
      </w:pPr>
      <w:r>
        <w:rPr>
          <w:b/>
        </w:rPr>
        <w:t>Θαλάσσιο Σκι:</w:t>
      </w:r>
      <w:r>
        <w:rPr/>
        <w:t xml:space="preserve"> Κύπελλο «Ποσειδώνος»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Χειμερινό Πρωτάθλημα Κέντρου (Αθήνας – Πειραιά) — Άνδρες – Γυναίκες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Μονομαχίας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(Βαθμολογία)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(Βαθμολογία)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 – Β΄ Κατηγορία</w:t>
      </w:r>
    </w:p>
    <w:p>
      <w:pPr>
        <w:pStyle w:val="Style10"/>
        <w:rPr/>
      </w:pPr>
      <w:r>
        <w:rPr>
          <w:b/>
        </w:rPr>
        <w:t>Ποδηλασία (Ανώμαλου Δρόμου):</w:t>
      </w:r>
      <w:r>
        <w:rPr/>
        <w:t xml:space="preserve"> Πρωτάθλημα Αττικής (Ομαδικό) — Άνδρες – Β΄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Διασυλλογικό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(Συλλογική Δραστηριότητα) — Γενική Βαθμολογία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(Μικτή Πολλαπλή Βαθμολογία)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Πανσυλλογική Σκυταλοδρομία «Γύρος Αθηνών»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(Πολλαπλή Βαθμολογία) — Παίδες</w:t>
      </w:r>
    </w:p>
    <w:p>
      <w:pPr>
        <w:pStyle w:val="Style9"/>
        <w:rPr/>
      </w:pPr>
      <w:r>
        <w:rPr/>
        <w:t>1967 (34)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Νοτίου Ελλάδας — Άνδρες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Θαλάσσιο Σκι: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(Γενική Βαθμολογία Ομαδικών Αγωνισμάτων)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Μονομαχίας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Ασκήσεως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Έφηβοι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Μονομαχίας – Ομαδικό) — Έφηβοι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Ασκήσεως – Ομαδικό) — Έφηβοι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(Σπάθη – Ομαδικό) — Έφηβοι</w:t>
      </w:r>
    </w:p>
    <w:p>
      <w:pPr>
        <w:pStyle w:val="Style10"/>
        <w:rPr/>
      </w:pPr>
      <w:r>
        <w:rPr>
          <w:b/>
        </w:rPr>
        <w:t>Ποδηλασία:</w:t>
      </w:r>
      <w:r>
        <w:rPr/>
        <w:t xml:space="preserve"> Πρωτάθλημα Ελλάδας (Δρόμος – Πίστα) — Γενική Βαθμολογία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(Ανάβαση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Αττικής (Ομαδικό)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Αττικής (Ομαδικό) — Άνδρες – Β΄ Κατηγορία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(Συλλογική Δραστηριότητα) — Γενική Βαθμολογία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Παίδες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(Πολλαπλή Βαθμολογία)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Πανσυλλογική Σκυταλοδρομία «Γύρος Αθηνών» — Άνδρες – Β΄ Ομάδες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(Πολλαπλή Βαθμολογία) — Παίδες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Παίδες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Παίδες</w:t>
      </w:r>
    </w:p>
    <w:p>
      <w:pPr>
        <w:pStyle w:val="Style9"/>
        <w:rPr/>
      </w:pPr>
      <w:r>
        <w:rPr/>
        <w:t>1968 (40)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Διασυλλογικό Πρωτάθλημα Ελλάδας — Άνδρες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Νοτίου Ελλάδας — Άνδρες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Κύπελλο «21ης Απριλίου»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Ελλάδας (Γενική Βαθμολογία Ατομικών Αγωνισμάτων) — Άνδρες – Γυναίκες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Ελλάδας (Γενική Βαθμολογία)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Διασυλλογικό Πρωτάθλημα Ελλάδας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Αθήνας — Άνδρες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(Γενική Βαθμολογία Ομαδικών Αγωνισμάτων)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Ασκήσεως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(Ανάβαση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(Ζεύγη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(1 Ώρα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(Βαθμολογία)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 – Β΄ Κατηγορία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(Ομαδική Καταδίωξη) — Άνδρες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(Συλλογική Δραστηριότητα) — Γενική Βαθμολογία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Περιφερειακό Πρωτάθλημα Αττικής – Στερεάς Ελλάδας και Κυκλάδων — Παίδες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(Πολλαπλή Βαθμολογία)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Πανσυλλογική Σκυταλοδρομία «Γύρος Αθηνών»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Πανσυλλογική Σκυταλοδρομία «Γύρος Αθηνών» — Άνδρες – Β΄ Ομάδες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Πανσυλλογική Σκυταλοδρομία «Γύρος Αθηνών» — Άνδρες – Γ΄ Ομάδες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(Πολλαπλή Βαθμολογία) — Παίδες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Παίδες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Παίδες</w:t>
      </w:r>
    </w:p>
    <w:p>
      <w:pPr>
        <w:pStyle w:val="Style9"/>
        <w:rPr/>
      </w:pPr>
      <w:r>
        <w:rPr/>
        <w:t>1969 (42)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Νοτίου Ελλάδας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Ελλάδας — Άνδρες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Ελπίδες – Αβράβευτοι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Παίδες – Κορασίδες Γ΄ – Δ΄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Εαρινό Πρωτάθλημα Κέντρου (Αθήνας – Πειραιά) — Παίδες – Κορασίδες Γ΄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(Γενική Βαθμολογία Ομαδικών Αγωνισμάτων)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Μονομαχίας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Ασκήσεως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Άνδρες – Β΄ Κατηγορία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Έφηβοι</w:t>
      </w:r>
    </w:p>
    <w:p>
      <w:pPr>
        <w:pStyle w:val="Style10"/>
        <w:rPr/>
      </w:pPr>
      <w:r>
        <w:rPr>
          <w:b/>
        </w:rPr>
        <w:t>Ποδηλασία:</w:t>
      </w:r>
      <w:r>
        <w:rPr/>
        <w:t xml:space="preserve"> Πρωτάθλημα Ελλάδας (Δρόμος – Πίστα) — Γενική Βαθμολογία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(Ζεύγη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(Βαθμολογία)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(Ομαδική Καταδίωξη)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Γ΄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Γ΄ Κατηγορία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Διασυλλογικό Κύπελλο «Κεραμέα» Κέντρου (Αθήνας – Πειραιά)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(Συλλογική Δραστηριότητα) — Γενική Βαθμολογία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Φθινοπωρινό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(Πολλαπλή Βαθμολογία)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Έφηβοι</w:t>
      </w:r>
    </w:p>
    <w:p>
      <w:pPr>
        <w:pStyle w:val="Style9"/>
        <w:rPr/>
      </w:pPr>
      <w:r>
        <w:rPr/>
        <w:t>1970 (44)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Νοτίου Ελλάδας — Έφηβοι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Αττικής — Άνδρες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Παίδες – Κορασίδες Α΄ – Β΄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Εαρινό Πρωτάθλημα Κέντρου (Αθήνας – Πειραιά) — Παίδες – Κορασίδες Γ΄ – Δ΄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(Γενική Βαθμολογία Ομαδικών Αγωνισμάτων)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Μονομαχίας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Ασκήσεως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(Σπάθη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Άνδρες – Β΄ Κατηγορία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Έφηβοι</w:t>
      </w:r>
    </w:p>
    <w:p>
      <w:pPr>
        <w:pStyle w:val="Style10"/>
        <w:rPr/>
      </w:pPr>
      <w:r>
        <w:rPr>
          <w:b/>
        </w:rPr>
        <w:t>Πάλη (Ελληνορωμαϊκή):</w:t>
      </w:r>
      <w:r>
        <w:rPr/>
        <w:t xml:space="preserve"> Πρωτάθλημα Νοτίου Ελλάδας — Άνδρες – Γ΄ Κατηγορία</w:t>
      </w:r>
    </w:p>
    <w:p>
      <w:pPr>
        <w:pStyle w:val="Style10"/>
        <w:rPr/>
      </w:pPr>
      <w:r>
        <w:rPr>
          <w:b/>
        </w:rPr>
        <w:t>Ποδηλασία:</w:t>
      </w:r>
      <w:r>
        <w:rPr/>
        <w:t xml:space="preserve"> Πρωτάθλημα Ελλάδας (Δρόμος – Πίστα) — Γενική Βαθμολογία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(Ανάβαση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(Ζεύγη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(Βαθμολογία)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(Βαθμολογία)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Αττικής (Ομαδικό) — Άνδρες – Β΄ Κατηγορία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(Ομαδική Καταδίωξη)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Σούπερ Καπ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Μεγάλης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Νοτίου Ελλάδας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Ερασιτέχνες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Διασυλλογικό Πρωτάθλημα Ελλάδας — Άνδρες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Διασυλλογικό Κύπελλο «21ης Απριλίου» Κέντρου (Αθήνας – Πειραιά)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(Συλλογική Δραστηριότητα) — Γενική Βαθμολογία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Νέοι / Άνδρες Β΄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Νέοι / Άνδρες Β΄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Έφηβοι</w:t>
      </w:r>
    </w:p>
    <w:p>
      <w:pPr>
        <w:pStyle w:val="Style9"/>
        <w:rPr/>
      </w:pPr>
      <w:r>
        <w:rPr/>
        <w:t>1971 (45)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Νοτίου Ελλάδας — Έφηβοι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Κέντρου (Αθήνας – Πειραιά)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Ελπίδες – Αβράβευτοι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Παίδες – Κορασίδες Α΄ – Β΄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Εαρινό Πρωτάθλημα Κέντρου (Αθήνας – Πειραιά) — Παίδες – Κορασίδες Α΄ – Β΄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(Γενική Βαθμολογία Ομαδικών Αγωνισμάτων)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Μονομαχίας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Ασκήσεως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(Σπάθη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Έφηβοι</w:t>
      </w:r>
    </w:p>
    <w:p>
      <w:pPr>
        <w:pStyle w:val="Style10"/>
        <w:rPr/>
      </w:pPr>
      <w:r>
        <w:rPr>
          <w:b/>
        </w:rPr>
        <w:t>Πάλη (Ελεύθερη):</w:t>
      </w:r>
      <w:r>
        <w:rPr/>
        <w:t xml:space="preserve"> Πρωτάθλημα Νοτίου Ελλάδας — Άνδρες – Γ΄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(Ζεύγη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(Βαθμολογία)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Αττικής (Ομαδικό) (Α΄)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Αττικής (Ομαδικό) (Β΄)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(Ζεύγη – Ομαδικό)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Αττικής (Ομαδικό) — Άνδρες – Β΄ Κατηγορία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(Ομαδική Καταδίωξη) — Άνδρες</w:t>
      </w:r>
    </w:p>
    <w:p>
      <w:pPr>
        <w:pStyle w:val="Style10"/>
        <w:rPr/>
      </w:pPr>
      <w:r>
        <w:rPr>
          <w:b/>
        </w:rPr>
        <w:t>Ποδηλασία (Ανώμαλου Δρόμου):</w:t>
      </w:r>
      <w:r>
        <w:rPr/>
        <w:t xml:space="preserve"> Πρωτάθλημα Αττικής (Ομαδικό)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Αθήνας ΕΠΣΑ (6×6)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Νοτίου Ελλάδας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Ερασιτέχνες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Β΄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Γ΄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Γ΄ Κατηγορία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Διασυλλογικό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(Συλλογική Δραστηριότητα) — Γενική Βαθμολογία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Νέοι / Άνδρες Β΄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Νέοι / Άνδρες Β΄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Έφηβοι</w:t>
      </w:r>
    </w:p>
    <w:p>
      <w:pPr>
        <w:pStyle w:val="Style9"/>
        <w:rPr/>
      </w:pPr>
      <w:r>
        <w:rPr/>
        <w:t>1972 (33)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Νοτίου Ελλάδας — Έφηβοι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Κέντρου (Αθήνας – Πειραιά)</w:t>
      </w:r>
    </w:p>
    <w:p>
      <w:pPr>
        <w:pStyle w:val="Style10"/>
        <w:rPr/>
      </w:pPr>
      <w:r>
        <w:rPr>
          <w:b/>
        </w:rPr>
        <w:t>Ενόργανη Γυμναστική:</w:t>
      </w:r>
      <w:r>
        <w:rPr/>
        <w:t xml:space="preserve"> Πρωτάθλημα Ελλάδας (Ομαδικό) — Άνδρες – Α΄ Κατηγορία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Ελλάδας (Γενική Βαθμολογία) — Γυναίκες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Διασυλλογικό Πρωτάθλημα Ελλάδας — Γυναίκες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Ελλάδας — Γυναίκες</w:t>
      </w:r>
    </w:p>
    <w:p>
      <w:pPr>
        <w:pStyle w:val="Style10"/>
        <w:rPr/>
      </w:pPr>
      <w:r>
        <w:rPr>
          <w:b/>
        </w:rPr>
        <w:t>Θαλάσσιο Σκι:</w:t>
      </w:r>
      <w:r>
        <w:rPr/>
        <w:t xml:space="preserve"> Κύπελλο «21ης Απριλίου» — Άνδρες – Γυναίκες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Παίδες – Κορασίδες Α΄ – Β΄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Εαρινό Πρωτάθλημα Κέντρου (Αθήνας – Πειραιά) — Παίδες – Κορασίδες Α΄ – Β΄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(Ομαδική Χρονομέτρηση)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Νοτίου Ελλάδας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Υπερπρωτάθλημα Αθήνας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Νοτίου Ελλάδας — Έφηβοι</w:t>
      </w:r>
    </w:p>
    <w:p>
      <w:pPr>
        <w:pStyle w:val="Style10"/>
        <w:rPr/>
      </w:pPr>
      <w:r>
        <w:rPr>
          <w:b/>
        </w:rPr>
        <w:t>Πόλο Ανδρών:</w:t>
      </w:r>
      <w:r>
        <w:rPr/>
        <w:t xml:space="preserve"> Πρωτάθλημα Ελλάδας — Νέοι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(Συλλογική Δραστηριότητα) — Γενική Βαθμολογία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Νέοι / Άνδρες Β΄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Έφηβοι</w:t>
      </w:r>
    </w:p>
    <w:p>
      <w:pPr>
        <w:pStyle w:val="Style9"/>
        <w:rPr/>
      </w:pPr>
      <w:r>
        <w:rPr/>
        <w:t>1973 (38)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Νοτίου Ελλάδας — Έφηβοι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Κέντρου (Αθήνας – Πειραιά)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Πόλεων (Αθήνα)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Διασυλλογικό Πρωτάθλημα Ελλάδας — Γυναίκες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Πόλεων (Αθήνα) — Γυναίκες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Παίδες – Κορασίδες Α΄ – Β΄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Εαρινό Πρωτάθλημα Κέντρου (Αθήνας – Πειραιά) — Παίδες – Κορασίδες Α΄ – Β΄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Παίδες – Κορασίδες Γ΄ – Δ΄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Εαρινό Πρωτάθλημα Κέντρου (Αθήνας – Πειραιά) — Παίδες – Κορασίδες Γ΄ – Δ΄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(Γενική Βαθμολογία Ομαδικών Αγωνισμάτων)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Μονομαχίας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Ασκήσεως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(Σπάθη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Έφηβοι</w:t>
      </w:r>
    </w:p>
    <w:p>
      <w:pPr>
        <w:pStyle w:val="Style10"/>
        <w:rPr/>
      </w:pPr>
      <w:r>
        <w:rPr>
          <w:b/>
        </w:rPr>
        <w:t>Ποδηλασία:</w:t>
      </w:r>
      <w:r>
        <w:rPr/>
        <w:t xml:space="preserve"> Πρωτάθλημα Ελλάδας (Δρόμος – Πίστα) — Γενική Βαθμολογία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(Βαθμολογία)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(Βαθμολογία)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 – Β΄ Κατηγορία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Νοτίου Ελλάδας — Έφηβοι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Διασυλλογικό Πρωτάθλημα Ελλάδας — Άνδρες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Κύπελλο Ελλάδας — Άνδρες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Διασυλλογικό Κύπελλο «ΟΧΙ» Κέντρου (Αθήνας – Πειραιά)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(Συλλογική Δραστηριότητα) — Γενική Βαθμολογία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9"/>
        <w:rPr/>
      </w:pPr>
      <w:r>
        <w:rPr/>
        <w:t>1974 (27)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Κέντρου (Αθήνας – Πειραιά) — Έφηβοι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Κέντρου (Αθήνας – Πειραιά)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Πόλεων (Αθήνα)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Διασυλλογικό Πρωτάθλημα Ελλάδας — Γυναίκες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Πόλεων (Αθήνα) —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Ελπίδες – Αβράβευτοι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Νέοι – Νεάνιδες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Κέντρου (Αθήνας – Πειραιά) — Παίδες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(Γενική Βαθμολογία Ομαδικών Αγωνισμάτων)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Μονομαχίας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(Σπάθη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(Ανάβαση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(Βαθμολογία)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(Βαθμολογία)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 – Β΄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Κύπελλο Ελλάδας — Άνδρες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Διασυλλογικό Κύπελλο «ΟΧΙ» Κέντρου (Αθήνας – Πειραιά)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Νέοι / Άνδρες Β΄</w:t>
      </w:r>
    </w:p>
    <w:p>
      <w:pPr>
        <w:pStyle w:val="Style9"/>
        <w:rPr/>
      </w:pPr>
      <w:r>
        <w:rPr/>
        <w:t>1975 (19)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Διασυλλογικό Πρωτάθλημα Ελλάδας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Πρωτάθλημα Αττικής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Πόλεων (Αθήνα) — Άνδρες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Νέοι – Νεάνιδες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Εαρινό Πρωτάθλημα Κέντρου (Αθήνας – Πειραιά) — Νέοι – Νεάνιδες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Κέντρου (Αθήνας – Πειραιά) — Έφηβοι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(Γενική Βαθμολογία Ομαδικών Αγωνισμάτων)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Μονομαχίας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Ασκήσεως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 – Β΄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Παίδες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Παίδες</w:t>
      </w:r>
    </w:p>
    <w:p>
      <w:pPr>
        <w:pStyle w:val="Style9"/>
        <w:rPr/>
      </w:pPr>
      <w:r>
        <w:rPr/>
        <w:t>1976 (18)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Κέντρου (Αθήνας – Πειραιά)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Πόλεων (Αθήνα)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Πόλεων (Αθήνα) —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Εαρινό Πρωτάθλημα Κέντρου (Αθήνας – Πειραιά) — Νέοι – Νεάνιδες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Εαρινό Πρωτάθλημα Κέντρου (Αθήνας – Πειραιά) — Νέοι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Εαρινό Πρωτάθλημα Ελλάδας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Θερινό Πρωτάθλημα Ελλάδας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Μονομαχίας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Νοτίου Ελλάδας (Βαθμολογία)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Νοτίου Ελλάδας (Ομαδική Χρονομέτρηση)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Νοτίου Ελλάδας (Αντοχή – Ομαδικό) — Άνδρες – Β΄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Έφηβοι</w:t>
      </w:r>
    </w:p>
    <w:p>
      <w:pPr>
        <w:pStyle w:val="Style9"/>
        <w:rPr/>
      </w:pPr>
      <w:r>
        <w:rPr/>
        <w:t>1977 (27)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Κέντρου (Αθήνας – Πειραιά)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Πόλεων (Αθήνα) — Άνδρες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Νέοι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Διασυλλογικό Πρωτάθλημα Κέντρου (Αθήνας – Πειραιά) — Παίδες – Κορασίδες Α΄ – Β΄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(Γενική Βαθμολογία Ομαδικών Αγωνισμάτων)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Χειμερινό Πρωτάθλημα Ελλάδας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Μονομαχίας – Ομαδικό)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Ασκήσεως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(Αντοχή – Ομαδικό)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(Αντοχή – Ομαδικό) — Έφηβοι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Νοτίου Ελλάδας — Έφηβοι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(Καραμπίνα 3×20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Εαρινό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Εαρινό Πρωτάθλημα Ελλάδας (Πιστόλι Ακριβείας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Αεροβόλων Όπλων (Βαθμολογία) — Παίδες Α΄ – Β΄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Θερινό Πρωτάθλημα Ελλάδας (Καραμπίνα – Ομαδικό) — Παίδες Α΄ – Β΄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Παίδες Α΄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9"/>
        <w:rPr/>
      </w:pPr>
      <w:r>
        <w:rPr/>
        <w:t>1978 (25)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Κέντρου (Αθήνας – Πειραιά)</w:t>
      </w:r>
    </w:p>
    <w:p>
      <w:pPr>
        <w:pStyle w:val="Style10"/>
        <w:rPr/>
      </w:pPr>
      <w:r>
        <w:rPr>
          <w:b/>
        </w:rPr>
        <w:t>Ενόργανη Γυμναστική:</w:t>
      </w:r>
      <w:r>
        <w:rPr/>
        <w:t xml:space="preserve"> Πρωτάθλημα Νοτίου Ελλάδας (Ομαδικό) — Άνδρες – Δ΄ Κατηγορία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Πόλεων (Αθήνα) — Άνδρες</w:t>
      </w:r>
    </w:p>
    <w:p>
      <w:pPr>
        <w:pStyle w:val="Style10"/>
        <w:rPr/>
      </w:pPr>
      <w:r>
        <w:rPr>
          <w:b/>
        </w:rPr>
        <w:t>Μοντέρνο Πένταθλο:</w:t>
      </w:r>
      <w:r>
        <w:rPr/>
        <w:t xml:space="preserve"> Πρωτάθλημα Ελλάδας Τριάθλου (Ομαδικό) — Έφηβοι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Χειμερινό Πρωτάθλημα Ελλάδας — Γενική Βαθμολογία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Ασκήσεως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(Αντοχή – Ομαδικό) — Έφηβοι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Βαλκανικό Κύπελλο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Διασυλλογικό Πρωτάθλημα Ελλάδας (Ελεύθερο Πιστόλι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Διασυλλογικό Πρωτάθλημα Ελλάδας (Πιστόλι Ακριβείας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Γυναίκες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(Ελεύθερο Πιστόλι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Έφηβοι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(Συλλογική Δραστηριότητα) — Γενική Βαθμολογία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Εαρινό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Περιφερειακό Εαρινό Πρωτάθλημα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Νέοι / Άνδρες Β΄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Νέοι / Άνδρες Β΄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Παίδες</w:t>
      </w:r>
    </w:p>
    <w:p>
      <w:pPr>
        <w:pStyle w:val="Style9"/>
        <w:rPr/>
      </w:pPr>
      <w:r>
        <w:rPr/>
        <w:t>1979 (24)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Πόλεων (Αθήνα) — Άνδρες</w:t>
      </w:r>
    </w:p>
    <w:p>
      <w:pPr>
        <w:pStyle w:val="Style10"/>
        <w:rPr/>
      </w:pPr>
      <w:r>
        <w:rPr>
          <w:b/>
        </w:rPr>
        <w:t>Μοντέρνο Πένταθλο:</w:t>
      </w:r>
      <w:r>
        <w:rPr/>
        <w:t xml:space="preserve"> Εαρινό Πρωτάθλημα Ελλάδας Τριάθλου (Ομαδικό) — Άνδρες</w:t>
      </w:r>
    </w:p>
    <w:p>
      <w:pPr>
        <w:pStyle w:val="Style10"/>
        <w:rPr/>
      </w:pPr>
      <w:r>
        <w:rPr>
          <w:b/>
        </w:rPr>
        <w:t>Μοντέρνο Πένταθλο:</w:t>
      </w:r>
      <w:r>
        <w:rPr/>
        <w:t xml:space="preserve"> Πρωτάθλημα Ελλάδας Διάθλου (Ομαδικό) — Έφηβοι – Παίδες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(Αντοχή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(Αντοχή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(Αντοχή – Ομαδικό) — Έφηβοι</w:t>
      </w:r>
    </w:p>
    <w:p>
      <w:pPr>
        <w:pStyle w:val="Style10"/>
        <w:rPr/>
      </w:pPr>
      <w:r>
        <w:rPr>
          <w:b/>
        </w:rPr>
        <w:t>Πόλο Ανδρών:</w:t>
      </w:r>
      <w:r>
        <w:rPr/>
        <w:t xml:space="preserve"> Τουρνουά ΕΚΟΦ — Νέοι</w:t>
      </w:r>
    </w:p>
    <w:p>
      <w:pPr>
        <w:pStyle w:val="Style10"/>
        <w:rPr/>
      </w:pPr>
      <w:r>
        <w:rPr>
          <w:b/>
        </w:rPr>
        <w:t>Πόλο Ανδρών:</w:t>
      </w:r>
      <w:r>
        <w:rPr/>
        <w:t xml:space="preserve"> Εαρινό Κύπελλο ΕΚΟΦ — Έφηβοι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Τουφέκι – Ομαδικό) — Γυναίκες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Πυροβόλων Όπλων (Βαθμολογία)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Αεροβόλων Όπλων (Βαθμολογία)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(Ελεύθερο Πιστόλι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Διασυλλογικό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(Συλλογική Δραστηριότητα) — Γενική Βαθμολογία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Εαρινό Πρωτάθλημα Ελλάδας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9"/>
        <w:rPr/>
      </w:pPr>
      <w:r>
        <w:rPr/>
        <w:t>1980 (30)</w:t>
      </w:r>
    </w:p>
    <w:p>
      <w:pPr>
        <w:pStyle w:val="Style10"/>
        <w:rPr/>
      </w:pPr>
      <w:r>
        <w:rPr>
          <w:b/>
        </w:rPr>
        <w:t>Μοντέρνο Πένταθλο: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Μονομαχίας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Ελλάδας (Ομαδικό)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(Αντοχή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(Αντοχή – Ομαδικό)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(Γενική Βαθμολογία ΕΟΠ)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(Αντοχή – Ομαδικό) — Έφηβοι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Ευρώπης «Giuseppe Meazza» — Έφηβοι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Έφηβοι</w:t>
      </w:r>
    </w:p>
    <w:p>
      <w:pPr>
        <w:pStyle w:val="Style10"/>
        <w:rPr/>
      </w:pPr>
      <w:r>
        <w:rPr>
          <w:b/>
        </w:rPr>
        <w:t>Πόλο Ανδρών:</w:t>
      </w:r>
      <w:r>
        <w:rPr/>
        <w:t xml:space="preserve"> Πρωτάθλημα Ελλάδας — Νέοι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Διασυλλογικό Πρωτάθλημα Ελλάδας (Πιστόλι Στάνταρντ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Αεροβόλων Όπλων (Βαθμολογία)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Τουφέκι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Διασυλλογικό Πρωτάθλημα Ελλάδας (Πιστόλι Στάνταρντ – Ομαδικό) — Έφηβοι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Περιφερειακό Πρωτάθλημα Βάδην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Περιφερειακό Πρωτάθλημα Βάδην — Έφηβοι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Περιφερειακό Πρωτάθλημα Αθήνας – Πειραιά — Παγκορασίδες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Νέοι / Άνδρες Β΄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Νέοι / Άνδρες Β΄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Νεάνιδες</w:t>
      </w:r>
    </w:p>
    <w:p>
      <w:pPr>
        <w:pStyle w:val="Style9"/>
        <w:rPr/>
      </w:pPr>
      <w:r>
        <w:rPr/>
        <w:t>1981 (31)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Κέντρου (Αθήνας – Πειραιά)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Κορίτσια – Γενική Βαθμολογία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Κορασίδες Β΄ – Γ΄ – Δ΄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ΕΣΚΑ «Αλέκος Αποστολίδης»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Κύπελλο Ομοσπονδίας (Ξίφος Μονομαχίας – Ομαδικό) — Άνδρες</w:t>
      </w:r>
    </w:p>
    <w:p>
      <w:pPr>
        <w:pStyle w:val="Style10"/>
        <w:rPr/>
      </w:pPr>
      <w:r>
        <w:rPr>
          <w:b/>
        </w:rPr>
        <w:t>Πάλη (Ελληνορωμαϊκή):</w:t>
      </w:r>
      <w:r>
        <w:rPr/>
        <w:t xml:space="preserve"> Πρωτάθλημα Νοτίου Ελλάδας — Άνδρες – Β΄ Κατηγορία</w:t>
      </w:r>
    </w:p>
    <w:p>
      <w:pPr>
        <w:pStyle w:val="Style10"/>
        <w:rPr/>
      </w:pPr>
      <w:r>
        <w:rPr>
          <w:b/>
        </w:rPr>
        <w:t>Πάλη (Ελληνορωμαϊκή):</w:t>
      </w:r>
      <w:r>
        <w:rPr/>
        <w:t xml:space="preserve"> Πρωτάθλημα Νοτίου Ελλάδας — Άνδρες – Γ΄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(Ομαδική Χρονομέτρηση)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(Αντοχή – Ομαδικό) — Έφηβοι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Προέφηβοι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Τζούνιορ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Διασυλλογικό Πρωτάθλημα Ελλάδας (Περίστροφο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Πυροβόλων Όπλων (Βαθμολογία)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Αεροβόλων Όπλων (Βαθμολογία)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(Ελεύθερο Πιστόλι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(Καραμπίνα 3×20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Στάνταρντ – Ομαδικό) — Νεάνιδες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Εαρινό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Α΄ Κατηγορίας Αττικής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Περιφερειακό Εαρινό Πρωτάθλημα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Περιφερειακό Πρωτάθλημα Βάδην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Νέοι / Άνδρες Β΄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Νεάνιδες</w:t>
      </w:r>
    </w:p>
    <w:p>
      <w:pPr>
        <w:pStyle w:val="Style9"/>
        <w:rPr/>
      </w:pPr>
      <w:r>
        <w:rPr/>
        <w:t>1982 (55)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Κέντρου (Αθήνας – Πειραιά) — Έφηβοι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Πανεπαρχιακό Πρωτάθλημα Νοτίου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Κέντρου (Αθήνας – Πειραιά)</w:t>
      </w:r>
    </w:p>
    <w:p>
      <w:pPr>
        <w:pStyle w:val="Style10"/>
        <w:rPr/>
      </w:pPr>
      <w:r>
        <w:rPr>
          <w:b/>
        </w:rPr>
        <w:t>Ενόργανη Γυμναστική:</w:t>
      </w:r>
      <w:r>
        <w:rPr/>
        <w:t xml:space="preserve"> Πρωτάθλημα Ελλάδας (Ομαδικό) — Παμπαίδες</w:t>
      </w:r>
    </w:p>
    <w:p>
      <w:pPr>
        <w:pStyle w:val="Style10"/>
        <w:rPr/>
      </w:pPr>
      <w:r>
        <w:rPr>
          <w:b/>
        </w:rPr>
        <w:t>Ενόργανη Γυμναστική:</w:t>
      </w:r>
      <w:r>
        <w:rPr/>
        <w:t xml:space="preserve"> Πρωτάθλημα Νοτίου Ελλάδας (Ομαδικό) — Παμπαίδες</w:t>
      </w:r>
    </w:p>
    <w:p>
      <w:pPr>
        <w:pStyle w:val="Style10"/>
        <w:rPr/>
      </w:pPr>
      <w:r>
        <w:rPr>
          <w:b/>
        </w:rPr>
        <w:t>Ενόργανη Γυμναστική:</w:t>
      </w:r>
      <w:r>
        <w:rPr/>
        <w:t xml:space="preserve"> Πρωτάθλημα Αθήνας (Ομαδικό) — Παμπαίδες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Πόλεων (Αθήνα) — Άνδρες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Γενική Βαθμολογία Κατηγοριών Α΄ – Β΄ – Γ΄ – Δ΄ – Ε΄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Παίδες – Κορασίδες Α΄ – Β΄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Παίδες – Κορασίδες Β΄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Κορίτσια – Γενική Βαθμολογία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Κορασίδες Α΄ – Β΄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Κορασίδες Β΄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Πάλη (Ελληνορωμαϊκή):</w:t>
      </w:r>
      <w:r>
        <w:rPr/>
        <w:t xml:space="preserve"> Πρωτάθλημα Νοτίου Ελλάδας — Άνδρες</w:t>
      </w:r>
    </w:p>
    <w:p>
      <w:pPr>
        <w:pStyle w:val="Style10"/>
        <w:rPr/>
      </w:pPr>
      <w:r>
        <w:rPr>
          <w:b/>
        </w:rPr>
        <w:t>Πάλη (Ελληνορωμαϊκή):</w:t>
      </w:r>
      <w:r>
        <w:rPr/>
        <w:t xml:space="preserve"> Πρωτάθλημα Νοτίου Ελλάδας — Άνδρες – Γ΄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(Αντοχή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(Ατομική Χρονομέτρηση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(Αντοχή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(Αντοχή – Ομαδικό) — Έφηβοι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Β΄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Πυροβόλων Όπλων (Βαθμολογία) — Γενική Βαθμολογία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Στάνταρντ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Πυροβόλων Όπλων (Βαθμολογία)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Στάνταρντ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(Ελεύθερο Πιστόλι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(Καραμπίνα 3×20 – Ομαδικό) — Έφηβοι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Περιφερειακό Εαρινό Πρωτάθλημα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Περιφερειακό Πρωτάθλημα Βάδην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Περιφερειακό Πρωτάθλημα Βάδην (Γενική Βαθμολογία) — Άνδρες – Έφηβοι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Αττικής — Έφηβοι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Περιφερειακό Πρωτάθλημα Βάδην — Έφηβοι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Περιφερειακό Πρωτάθλημα Αθήνας – Πειραιά — Παμπαίδες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Περιφερειακό Πρωτάθλημα Αθήνας – Πειραιά — Παγκορασίδες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Νέοι / Άνδρες Β΄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Νέοι / Άνδρες Β΄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Νεάνιδες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Νεάνιδες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Παίδες</w:t>
      </w:r>
    </w:p>
    <w:p>
      <w:pPr>
        <w:pStyle w:val="Style9"/>
        <w:rPr/>
      </w:pPr>
      <w:r>
        <w:rPr/>
        <w:t>1983 (24)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Κέντρου (Αθήνας – Πειραιά) — Έφηβοι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Ενόργανη Γυμναστική:</w:t>
      </w:r>
      <w:r>
        <w:rPr/>
        <w:t xml:space="preserve"> Πρωτάθλημα Αθήνας (Ομαδικό) — Παμπαίδες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Πόλεων (Αθήνα) — Άνδρες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(Αντοχή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(Αντοχή – 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Έφηβοι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Πόλο Ανδρών:</w:t>
      </w:r>
      <w:r>
        <w:rPr/>
        <w:t xml:space="preserve"> Τουρνουά ΤΕΚΘ — Νέοι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Αεροβόλων Όπλων (Βαθμολογία)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Πυροβόλων Όπλων (Βαθμολογία)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(Καραμπίνα 3×20 – 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Νέοι / Άνδρες Β΄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Παίδες</w:t>
      </w:r>
    </w:p>
    <w:p>
      <w:pPr>
        <w:pStyle w:val="Style10"/>
        <w:rPr/>
      </w:pPr>
      <w:r>
        <w:rPr>
          <w:b/>
        </w:rPr>
        <w:t>Τοξοβολία: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Περιφερειακό Πρωτάθλημα (Ομαδικό) — Άνδρες</w:t>
      </w:r>
    </w:p>
    <w:p>
      <w:pPr>
        <w:pStyle w:val="Style9"/>
        <w:rPr/>
      </w:pPr>
      <w:r>
        <w:rPr/>
        <w:t>1984 (34)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Κέντρου (Αθήνας – Πειραιά) — Έφηβοι</w:t>
      </w:r>
    </w:p>
    <w:p>
      <w:pPr>
        <w:pStyle w:val="Style10"/>
        <w:rPr/>
      </w:pPr>
      <w:r>
        <w:rPr>
          <w:b/>
        </w:rPr>
        <w:t>Ενόργανη Γυμναστική:</w:t>
      </w:r>
      <w:r>
        <w:rPr/>
        <w:t xml:space="preserve"> Πρωτάθλημα Αθήνας (Ομαδικό) — Παίδες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Νοτίου Ελλάδας — Ελπίδες – Αβράβευτοι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Αγόρια Ε΄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Πάλη (Ελληνορωμαϊκή):</w:t>
      </w:r>
      <w:r>
        <w:rPr/>
        <w:t xml:space="preserve"> Διασυλλογικό Πρωτάθλημα Νοτίου Ελλάδας — Άνδρες</w:t>
      </w:r>
    </w:p>
    <w:p>
      <w:pPr>
        <w:pStyle w:val="Style10"/>
        <w:rPr/>
      </w:pPr>
      <w:r>
        <w:rPr>
          <w:b/>
        </w:rPr>
        <w:t>Πάλη (Ελληνορωμαϊκή):</w:t>
      </w:r>
      <w:r>
        <w:rPr/>
        <w:t xml:space="preserve"> Πρωτάθλημα Νοτίου Ελλάδας — Άνδρες – Αβράβευτοι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Νοτίου Ελλάδας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Νοτίου Ελλάδας (Βαθμολογία) — Άνδρες – Β΄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Νοτίου Ελλάδας (Πολυνίκης) — Άνδρες – Β΄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Αεροβόλων Όπλων (Βαθμολογία)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Εαρινό Πρωτάθλημα Ελλάδας (Πιστόλι Στάνταρντ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Εαρινό Πρωτάθλημα Ελλάδας (Καραμπίνα 3×20 – Ομαδικό) —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Φθινοπωρινό Πρωτάθλημα Ελλάδας (Αεροβόλο Πιστόλι – Ομαδικό) — Νεάνιδες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Νέοι / Άνδρες Β΄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Έφηβοι</w:t>
      </w:r>
    </w:p>
    <w:p>
      <w:pPr>
        <w:pStyle w:val="Style10"/>
        <w:rPr/>
      </w:pPr>
      <w:r>
        <w:rPr>
          <w:b/>
        </w:rPr>
        <w:t>Τοξοβολία: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Τοξοβολία: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Τοξοβολία:</w:t>
      </w:r>
      <w:r>
        <w:rPr/>
        <w:t xml:space="preserve"> Πρωτάθλημα Ελλάδας (Βαθμολογία) — Γυναίκες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Φθινοπωρινό Πρωτάθλημα Ελλάδας (Ομαδικό) — Άνδρες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Πρωτάθλημα Ελλάδας (Ομαδικό) — Γυναίκες</w:t>
      </w:r>
    </w:p>
    <w:p>
      <w:pPr>
        <w:pStyle w:val="Style9"/>
        <w:rPr/>
      </w:pPr>
      <w:r>
        <w:rPr/>
        <w:t>1985 (29)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Πάλη (Ελληνορωμαϊκή):</w:t>
      </w:r>
      <w:r>
        <w:rPr/>
        <w:t xml:space="preserve"> Πρωτάθλημα Νοτίου Ελλάδας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Κεντρικής Ελλάδας (Ομαδικό)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(Ομαδική Καταδίωξη)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Νοτίου Ελλάδας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Πυροβόλων Όπλων (Βαθμολογία) — Γενική Βαθμολογία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Πυροβόλων Όπλων (Βαθμολογία)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Στάνταρντ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(Καραμπίνα 3×40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(Καραμπίνα Ορθίως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(Καραμπίνα 3×20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Τουφέκι – Ομαδικό) — Νεάνιδες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(Γενική Πολλαπλή Βαθμολογία)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Νέοι / Άνδρες Β΄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Περιφερειακό Πρωτάθλημα Αθήνας – Πειραιά (Ομαδικό) — Παίδες</w:t>
      </w:r>
    </w:p>
    <w:p>
      <w:pPr>
        <w:pStyle w:val="Style10"/>
        <w:rPr/>
      </w:pPr>
      <w:r>
        <w:rPr>
          <w:b/>
        </w:rPr>
        <w:t>Τοξοβολία: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Τοξοβολία: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Τοξοβολία:</w:t>
      </w:r>
      <w:r>
        <w:rPr/>
        <w:t xml:space="preserve"> Πρωτάθλημα Ελλάδας (Βαθμολογία) — Γυναίκες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Πρωτάθλημα Ελλάδας (Ομαδικό) — Γυναίκες</w:t>
      </w:r>
    </w:p>
    <w:p>
      <w:pPr>
        <w:pStyle w:val="Style9"/>
        <w:rPr/>
      </w:pPr>
      <w:r>
        <w:rPr/>
        <w:t>1986 (28)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Πάλη (Ελληνορωμαϊκή):</w:t>
      </w:r>
      <w:r>
        <w:rPr/>
        <w:t xml:space="preserve"> Πρωτάθλημα Νοτίου Ελλάδας — Άνδρες – Β΄ Κατηγορία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Αττικής (Ομαδικό) — Άνδρες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(Ομαδική Καταδίωξη)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Υπερπρωτάθλημα Αθήνας — Παίδες</w:t>
      </w:r>
    </w:p>
    <w:p>
      <w:pPr>
        <w:pStyle w:val="Style10"/>
        <w:rPr/>
      </w:pPr>
      <w:r>
        <w:rPr>
          <w:b/>
        </w:rPr>
        <w:t>Πόλο Ανδρών:</w:t>
      </w:r>
      <w:r>
        <w:rPr/>
        <w:t xml:space="preserve"> Πρωτάθλημα Ελλάδας — Παίδες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Θερινό Πρωτάθλημα Ελλάδας (Ελεύθερο Πιστόλι – Ομαδικό) — Άνδρες</w:t>
      </w:r>
    </w:p>
    <w:p>
      <w:pPr>
        <w:pStyle w:val="Style10"/>
        <w:rPr/>
      </w:pPr>
      <w:r>
        <w:rPr>
          <w:b/>
        </w:rPr>
        <w:t>Στίβος (Κλειστός):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(Γενική Πολλαπλή Βαθμολογία)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Νέοι / Άνδρες Β΄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(Γενική Πολλαπλή Βαθμολογία)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Νεάνιδες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Εαρινό Πρωτάθλημα Ελλάδας (Ομαδικό) — Άνδρες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Πρωτάθλημα Ελλάδας (Ομαδικό) — Γυναίκες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Εαρινό Πρωτάθλημα Ελλάδας (Ομαδικό) — Γυναίκες</w:t>
      </w:r>
    </w:p>
    <w:p>
      <w:pPr>
        <w:pStyle w:val="Style9"/>
        <w:rPr/>
      </w:pPr>
      <w:r>
        <w:rPr/>
        <w:t>1987 (12)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Αγόρια Α΄</w:t>
      </w:r>
    </w:p>
    <w:p>
      <w:pPr>
        <w:pStyle w:val="Style10"/>
        <w:rPr/>
      </w:pPr>
      <w:r>
        <w:rPr>
          <w:b/>
        </w:rPr>
        <w:t>Μοντέρνο Πένταθλο: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Πόλο Ανδρών: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Αεροβόλων Όπλων (Βαθμολογία)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Ταχύτητας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Νέοι / Άνδρες Β΄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Νέοι / Άνδρες Β΄</w:t>
      </w:r>
    </w:p>
    <w:p>
      <w:pPr>
        <w:pStyle w:val="Style10"/>
        <w:rPr/>
      </w:pPr>
      <w:r>
        <w:rPr>
          <w:b/>
        </w:rPr>
        <w:t>Τοξοβολία (Κλειστός Χώρος):</w:t>
      </w:r>
      <w:r>
        <w:rPr/>
        <w:t xml:space="preserve"> Πρωτάθλημα Ελλάδας (Ομαδικό) — Άνδρες</w:t>
      </w:r>
    </w:p>
    <w:p>
      <w:pPr>
        <w:pStyle w:val="Style9"/>
        <w:rPr/>
      </w:pPr>
      <w:r>
        <w:rPr/>
        <w:t>1988 (17)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Διασυλλογικό Πρωτάθλημα Αττικής — Άνδρες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Πάλη (Ελληνορωμαϊκή):</w:t>
      </w:r>
      <w:r>
        <w:rPr/>
        <w:t xml:space="preserve"> Πρωτάθλημα Νοτίου Ελλάδας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(Ομαδικό) — 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Σούπερ Καπ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Νοτίου Ελλάδας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Κύπελλο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Κύπελλο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(Ελεύθερο Πιστόλι – 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(Γενική Πολλαπλή Βαθμολογία)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Νέοι / Άνδρες Β΄</w:t>
      </w:r>
    </w:p>
    <w:p>
      <w:pPr>
        <w:pStyle w:val="Style9"/>
        <w:rPr/>
      </w:pPr>
      <w:r>
        <w:rPr/>
        <w:t>1989 (29)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Διασυλλογικό Πρωτάθλημα Αττικής — Άνδρες – Β΄ Κατηγορία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Αθήνας και Ανατολικής Αττικής — Κορασίδες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Κέντρου (Αθήνας – Πειραιά) — Παίδες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Αναπτυξιακό Πρωτάθλημα Ελλάδας (Ομαδικό)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(Ομαδικό) — Παίδες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(Ομαδική Καταδίωξη)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Υπερπρωτάθλημα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Παμπαίδες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Πυροβόλων Όπλων (Πολυνίκης) — Γενική Βαθμολογία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(Ελεύθερο Πιστόλι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Τουφέκι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Εαρινό Πρωτάθλημα Ελλάδας (Πιστόλι Στάνταρντ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Θερινό Πρωτάθλημα Ελλάδας (Ελεύθερο Πιστόλι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(Ελεύθερο Πιστόλι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Σπορ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(Καραμπίνα 3×40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Εαρινό Πρωτάθλημα Ελλάδας (Ελεύθερο Πιστόλι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Εαρινό Πρωτάθλημα Ελλάδας (Πιστόλι Σπορ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Εαρινό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Φθινοπωρινό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(Κλειστός):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(Γενική Πολλαπλή Βαθμολογία) — Άνδρες</w:t>
      </w:r>
    </w:p>
    <w:p>
      <w:pPr>
        <w:pStyle w:val="Style9"/>
        <w:rPr/>
      </w:pPr>
      <w:r>
        <w:rPr/>
        <w:t>1990 (33)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Αθήνας και Ανατολικής Αττικής — Νεάνιδες</w:t>
      </w:r>
    </w:p>
    <w:p>
      <w:pPr>
        <w:pStyle w:val="Style10"/>
        <w:rPr/>
      </w:pPr>
      <w:r>
        <w:rPr>
          <w:b/>
        </w:rPr>
        <w:t>Πάλη (Ελληνορωμαϊκή):</w:t>
      </w:r>
      <w:r>
        <w:rPr/>
        <w:t xml:space="preserve"> Πρωτάθλημα Ελλάδας — Νέοι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(Γενική Βαθμολογία ΤΕΠΑ)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Αττικής (Ομαδικό) (Α΄)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Αττικής (Ομαδικό) (Β΄)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Γύρος Αττικής (Ομαδικό)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(Γενική Βαθμολογία ΤΕΠΑ)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Έφηβοι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(Ομαδική Καταδίωξη) — Άνδρες</w:t>
      </w:r>
    </w:p>
    <w:p>
      <w:pPr>
        <w:pStyle w:val="Style10"/>
        <w:rPr/>
      </w:pPr>
      <w:r>
        <w:rPr>
          <w:b/>
        </w:rPr>
        <w:t>Ποδηλασία (Ανώμαλου Δρόμου):</w:t>
      </w:r>
      <w:r>
        <w:rPr/>
        <w:t xml:space="preserve"> Κύπελλο Αττικής Cyclo-Cross (Ομαδικό) (Α΄) — Άνδρες</w:t>
      </w:r>
    </w:p>
    <w:p>
      <w:pPr>
        <w:pStyle w:val="Style10"/>
        <w:rPr/>
      </w:pPr>
      <w:r>
        <w:rPr>
          <w:b/>
        </w:rPr>
        <w:t>Ποδηλασία (Ανώμαλου Δρόμου):</w:t>
      </w:r>
      <w:r>
        <w:rPr/>
        <w:t xml:space="preserve"> Κύπελλο Αττικής Cyclo-Cross (Ομαδικό) (Β΄)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Πυροβόλων Όπλων (Πολυνίκης) — Γενική Βαθμολογία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Εαρινό Πρωτάθλημα Ελλάδας (Αεροβόλο Πιστόλι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Θερινό Πρωτάθλημα Ελλάδας (Αεροβόλο Πιστόλι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(Ελεύθερο Πιστόλι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Σπορ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Χειμερινό Πρωτάθλημα Ελλάδας (Πιστόλι Σπορ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Χειμερινό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Εαρινό Πρωτάθλημα Ελλάδας (Πιστόλι Σπορ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Εαρινό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Θερινό Πρωτάθλημα Ελλάδας (Ελεύθερο Πιστόλι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Θερινό Πρωτάθλημα Ελλάδας (Πιστόλι Σπορ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Θερινό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Φθινοπωρινό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Φθινοπωρινό Πρωτάθλημα Ελλάδας (Πιστόλι Σπορ – Ομαδικό) — Νεάνιδες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(Κλειστός):</w:t>
      </w:r>
      <w:r>
        <w:rPr/>
        <w:t xml:space="preserve"> Πρωτάθλημα Ελλάδας — Άνδρες</w:t>
      </w:r>
    </w:p>
    <w:p>
      <w:pPr>
        <w:pStyle w:val="Style9"/>
        <w:rPr/>
      </w:pPr>
      <w:r>
        <w:rPr/>
        <w:t>1991 (28)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 — Νεάνιδες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Αθήνας και Ανατολικής Αττικής — Νεάνιδες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Κέντρου (Αθήνας – Πειραιά)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Αττικής (Ατομική Χρονομέτρηση – Ομαδικό)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Διασυλλογικό Πρωτάθλημα Αττικής (Αντοχή – Ομαδικό) — Έφηβοι</w:t>
      </w:r>
    </w:p>
    <w:p>
      <w:pPr>
        <w:pStyle w:val="Style10"/>
        <w:rPr/>
      </w:pPr>
      <w:r>
        <w:rPr>
          <w:b/>
        </w:rPr>
        <w:t>Ποδοαντισφαίριση:</w:t>
      </w:r>
      <w:r>
        <w:rPr/>
        <w:t xml:space="preserve"> Πρωτάθλημα Ελλάδας (1×1)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Υπερπρωτάθλημα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Υπερπρωτάθλημα Αθήνας — Παίδες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Πυροβόλων Όπλων (Πολυνίκης) — Γενική Βαθμολογία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Ταχύτητας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Τουφέκι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Χειμερινό Πρωτάθλημα Ελλάδας (Αεροβόλο Τουφέκι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Εαρινό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Σπορ – Ομαδικό) —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Χειμερινό Πρωτάθλημα Ελλάδας (Πιστόλι Σπορ – Ομαδικό) —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Εαρινό Πρωτάθλημα Ελλάδας (Πιστόλι Σπορ – Ομαδικό) —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Φθινοπωρινό Πρωτάθλημα Ελλάδας (Πιστόλι Σπορ – Ομαδικό) — Νεάνιδες</w:t>
      </w:r>
    </w:p>
    <w:p>
      <w:pPr>
        <w:pStyle w:val="Style10"/>
        <w:rPr/>
      </w:pPr>
      <w:r>
        <w:rPr>
          <w:b/>
        </w:rPr>
        <w:t>Στίβος (Κλειστός):</w:t>
      </w:r>
      <w:r>
        <w:rPr/>
        <w:t xml:space="preserve"> Πρωτάθλημα Ελλάδας — Νεάνιδες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Νεάνιδες</w:t>
      </w:r>
    </w:p>
    <w:p>
      <w:pPr>
        <w:pStyle w:val="Style9"/>
        <w:rPr/>
      </w:pPr>
      <w:r>
        <w:rPr/>
        <w:t>1992 (18)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Κέντρου (Αθήνας – Πειραιά) — Έφηβοι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(Γενική Βαθμολογία ΤΕΠΑ) — Άνδρες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Αττικής (Ομαδική Χρονομέτρηση) — Έφηβοι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Παμπαίδες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Τουφέκι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Χειμερινό Πρωτάθλημα Ελλάδας (Πιστόλι Στάνταρντ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Φθινοπωρινό Πρωτάθλημα Ελλάδας (Πιστόλι Ταχύτητας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Φθινοπωρινό Πρωτάθλημα Ελλάδας (Τουφέκι Πρηνηδόν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Χειμερινό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Παμπαίδες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Αθήνας — Παμπαίδες</w:t>
      </w:r>
    </w:p>
    <w:p>
      <w:pPr>
        <w:pStyle w:val="Style9"/>
        <w:rPr/>
      </w:pPr>
      <w:r>
        <w:rPr/>
        <w:t>1993 (16)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Ενόργανη Γυμναστική:</w:t>
      </w:r>
      <w:r>
        <w:rPr/>
        <w:t xml:space="preserve"> Πρωτάθλημα Αθήνας (Ομαδικό) — Κορασίδες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Αττικής (Ομαδική Χρονομέτρηση)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Σούπερ Καπ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Αθήνας ΕΠΣΑ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Μεγάλου Διαμετρήματος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Χειμερινό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Αθήνας — Παμπαίδες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Πρωτάθλημα Ελλάδας (Standard Bow – Ομαδικό) — Άνδρες</w:t>
      </w:r>
    </w:p>
    <w:p>
      <w:pPr>
        <w:pStyle w:val="Style9"/>
        <w:rPr/>
      </w:pPr>
      <w:r>
        <w:rPr/>
        <w:t>1994 (16)</w:t>
      </w:r>
    </w:p>
    <w:p>
      <w:pPr>
        <w:pStyle w:val="Style10"/>
        <w:rPr/>
      </w:pPr>
      <w:r>
        <w:rPr>
          <w:b/>
        </w:rPr>
        <w:t>Ενόργανη Γυμναστική:</w:t>
      </w:r>
      <w:r>
        <w:rPr/>
        <w:t xml:space="preserve"> Πρωτάθλημα Αθήνας (Ομαδικό) — Κορασίδες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Γύρος Αττικής (Ομαδικό)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Σούπερ Καπ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Αθήνας ΕΠΣΑ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Υπερπρωτάθλημα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Παμπαίδες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Νοτίου Ελλάδας (Βαθμολογία) — Άνδρες – Β΄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Κεντρικής Πυροδότησης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(Τουφέκι Πρηνηδόν – Ομαδικό)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Παίδες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Αθήνας — Παίδες</w:t>
      </w:r>
    </w:p>
    <w:p>
      <w:pPr>
        <w:pStyle w:val="Style10"/>
        <w:rPr/>
      </w:pPr>
      <w:r>
        <w:rPr>
          <w:b/>
        </w:rPr>
        <w:t>Στίβος (Κλειστός):</w:t>
      </w:r>
      <w:r>
        <w:rPr/>
        <w:t xml:space="preserve"> Πρωτάθλημα Ελλάδας — Άνδρες</w:t>
      </w:r>
    </w:p>
    <w:p>
      <w:pPr>
        <w:pStyle w:val="Style9"/>
        <w:rPr/>
      </w:pPr>
      <w:r>
        <w:rPr/>
        <w:t>1995 (11)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Ενόργανη Γυμναστική:</w:t>
      </w:r>
      <w:r>
        <w:rPr/>
        <w:t xml:space="preserve"> Πρωτάθλημα Αθήνας (Ομαδικό) — Παγκορασίδες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Υπερπρωτάθλημα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Παμπαίδες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(Τουφέκι Πρηνηδόν – Ομαδικό) — Άνδρες</w:t>
      </w:r>
    </w:p>
    <w:p>
      <w:pPr>
        <w:pStyle w:val="Style9"/>
        <w:rPr/>
      </w:pPr>
      <w:r>
        <w:rPr/>
        <w:t>1996 (15)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Διηπειρωτικό Κύπελλο FIBA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Ευρώπης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Παμπαίδες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Παίδες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9"/>
        <w:rPr/>
      </w:pPr>
      <w:r>
        <w:rPr/>
        <w:t>1997 (11)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Παίδες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Παμπαίδες Α΄ – Β΄</w:t>
      </w:r>
    </w:p>
    <w:p>
      <w:pPr>
        <w:pStyle w:val="Style10"/>
        <w:rPr/>
      </w:pPr>
      <w:r>
        <w:rPr>
          <w:b/>
        </w:rPr>
        <w:t>Ποδηλασία (Δρόμου):</w:t>
      </w:r>
      <w:r>
        <w:rPr/>
        <w:t xml:space="preserve"> Πρωτάθλημα Ελλάδας (Δρόμος) — Γενική Βαθμολογία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Παμπαίδες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Τζούνιορ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9"/>
        <w:rPr/>
      </w:pPr>
      <w:r>
        <w:rPr/>
        <w:t>1998 (15)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Παίδες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Παγκορασίδες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Παμπαίδες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Τζούνιορ</w:t>
      </w:r>
    </w:p>
    <w:p>
      <w:pPr>
        <w:pStyle w:val="Style10"/>
        <w:rPr/>
      </w:pPr>
      <w:r>
        <w:rPr>
          <w:b/>
        </w:rPr>
        <w:t>Ποδόσφαιρο Σάλας Ανδρών:</w:t>
      </w:r>
      <w:r>
        <w:rPr/>
        <w:t xml:space="preserve"> Πρωτάθλημα Ελλάδας — Παίδες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9"/>
        <w:rPr/>
      </w:pPr>
      <w:r>
        <w:rPr/>
        <w:t>1999 (5)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Παμπαίδες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Τζούνιορ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Κύπελλο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Κύπελλο Ελλάδας (Πολυνίκης) — Άνδρες – Α΄ Κατηγορία</w:t>
      </w:r>
    </w:p>
    <w:p>
      <w:pPr>
        <w:pStyle w:val="Style9"/>
        <w:rPr/>
      </w:pPr>
      <w:r>
        <w:rPr/>
        <w:t>2000 (9)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Ευρώπης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 — Ερασιτέχνες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Παμπαίδες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Τζούνιορ</w:t>
      </w:r>
    </w:p>
    <w:p>
      <w:pPr>
        <w:pStyle w:val="Style9"/>
        <w:rPr/>
      </w:pPr>
      <w:r>
        <w:rPr/>
        <w:t>2001 (3)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Σκοποβολή (Πήλινος Στόχος):</w:t>
      </w:r>
      <w:r>
        <w:rPr/>
        <w:t xml:space="preserve"> Πρωτάθλημα Ελλάδας (Τραπ – Ομαδικό) — Άνδρες</w:t>
      </w:r>
    </w:p>
    <w:p>
      <w:pPr>
        <w:pStyle w:val="Style9"/>
        <w:rPr/>
      </w:pPr>
      <w:r>
        <w:rPr/>
        <w:t>2002 (1)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Ευρώπης</w:t>
      </w:r>
    </w:p>
    <w:p>
      <w:pPr>
        <w:pStyle w:val="Style9"/>
        <w:rPr/>
      </w:pPr>
      <w:r>
        <w:rPr/>
        <w:t>2003 (2)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9"/>
        <w:rPr/>
      </w:pPr>
      <w:r>
        <w:rPr/>
        <w:t>2004 (5)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9"/>
        <w:rPr/>
      </w:pPr>
      <w:r>
        <w:rPr/>
        <w:t>2005 (12)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Υπερκύπελλο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Παμπαίδες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Τζούνιορ</w:t>
      </w:r>
    </w:p>
    <w:p>
      <w:pPr>
        <w:pStyle w:val="Style9"/>
        <w:rPr/>
      </w:pPr>
      <w:r>
        <w:rPr/>
        <w:t>2006 (9)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Σούπερ Καπ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 — Παλαίμαχες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Νέοι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9"/>
        <w:rPr/>
      </w:pPr>
      <w:r>
        <w:rPr/>
        <w:t>2007 (14)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Αθήνας και Ανατολικής Αττικής — Έφηβοι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 — Παλαίμαχες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Έφηβοι – Νεάνιδες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Χειμερινό Πρωτάθλημα Ελλάδας — Έφηβοι – Νεάνιδες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Νεάνιδες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Χειμερινό Πρωτάθλημα Ελλάδας — Νεάνιδες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Ευρώπης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Παμπαίδες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Τοξοβολία (Κλειστός Χώρος):</w:t>
      </w:r>
      <w:r>
        <w:rPr/>
        <w:t xml:space="preserve"> Πρωτάθλημα Κέντρου (Ομαδικό) — Έφηβοι</w:t>
      </w:r>
    </w:p>
    <w:p>
      <w:pPr>
        <w:pStyle w:val="Style9"/>
        <w:rPr/>
      </w:pPr>
      <w:r>
        <w:rPr/>
        <w:t>2008 (10)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Παμπαίδες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Παμπαίδες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Τζούνιορ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Τοπικό Πρωτάθλημα Αθήνας (Ομαδικό) — Άνδρες</w:t>
      </w:r>
    </w:p>
    <w:p>
      <w:pPr>
        <w:pStyle w:val="Style9"/>
        <w:rPr/>
      </w:pPr>
      <w:r>
        <w:rPr/>
        <w:t>2009 (9)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Ευρώπης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Παμπαίδες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 — Κ17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9"/>
        <w:rPr/>
      </w:pPr>
      <w:r>
        <w:rPr/>
        <w:t>2010 (11)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 — Παλαίμαχες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 — Παίδες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Παμπαίδες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9"/>
        <w:rPr/>
      </w:pPr>
      <w:r>
        <w:rPr/>
        <w:t>2011 (6)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Ευρώπης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Έφηβοι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9"/>
        <w:rPr/>
      </w:pPr>
      <w:r>
        <w:rPr/>
        <w:t>2012 (9)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Έφηβοι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Παμπαίδες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 — Κ20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Πρωτάθλημα Ελλάδας (Ολυμπιακό Τόξο – Ομαδικό) — Νέοι Άνδρες</w:t>
      </w:r>
    </w:p>
    <w:p>
      <w:pPr>
        <w:pStyle w:val="Style10"/>
        <w:rPr/>
      </w:pPr>
      <w:r>
        <w:rPr>
          <w:b/>
        </w:rPr>
        <w:t>Τοξοβολία (Κλειστός Χώρος):</w:t>
      </w:r>
      <w:r>
        <w:rPr/>
        <w:t xml:space="preserve"> Πρωτάθλημα Ελλάδας (Ολυμπιακό Τόξο – Ομαδικό) — Νέοι Άνδρες</w:t>
      </w:r>
    </w:p>
    <w:p>
      <w:pPr>
        <w:pStyle w:val="Style9"/>
        <w:rPr/>
      </w:pPr>
      <w:r>
        <w:rPr/>
        <w:t>2013 (13)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Αθήνας και Ανατολικής Αττικής — Έφηβοι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 — Νεάνιδες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Αθήνας και Ανατολικής Αττικής — Νεάνιδες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– Κορίτσια Α΄ – Β΄ Κατηγορία (Γενική Βαθμολογία)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Α΄ – Β΄ Κατηγορία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Κύπελλο Άνοιξης — Αγόρια – Κορίτσια Β΄ – Γ΄ – Δ΄ Κατηγορία (Γενική Βαθμολογία)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– Κορίτσια Γ΄ – Δ΄ Κατηγορία (Γενική Βαθμολογία)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Γ΄ – Δ΄ Κατηγορία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Έφηβοι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Κύπελλο Ελλάδας (Ολυμπιακό Τόξο – Ομαδικό) — Νέοι Άνδρες</w:t>
      </w:r>
    </w:p>
    <w:p>
      <w:pPr>
        <w:pStyle w:val="Style9"/>
        <w:rPr/>
      </w:pPr>
      <w:r>
        <w:rPr/>
        <w:t>2014 (12)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– Κορίτσια Α΄ – Β΄ Κατηγορία (Γενική Βαθμολογία)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Α΄ – Β΄ Κατηγορία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Κύπελλο Άνοιξης — Αγόρια – Κορίτσια Β΄ – Γ΄ – Δ΄ Κατηγορία (Γενική Βαθμολογία)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Κύπελλο Χριστουγέννων — Αγόρια – Κορίτσια Γ΄ – Δ΄ Κατηγορία (Γενική Βαθμολογία)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Κορίτσια Γ΄ – Δ΄ Κατηγορία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Έφηβοι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Νεάνιδες</w:t>
      </w:r>
    </w:p>
    <w:p>
      <w:pPr>
        <w:pStyle w:val="Style10"/>
        <w:rPr/>
      </w:pPr>
      <w:r>
        <w:rPr>
          <w:b/>
        </w:rPr>
        <w:t>Μπέιζμπολ: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Πάλη (Ελληνορωμαϊκή):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9"/>
        <w:rPr/>
      </w:pPr>
      <w:r>
        <w:rPr/>
        <w:t>2015 (13)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– Κορίτσια Α΄ – Β΄ Κατηγορία (Γενική Βαθμολογία)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Α΄ – Β΄ Κατηγορία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Κύπελλο Χριστουγέννων — Αγόρια – Κορίτσια Γ΄ – Δ΄ Κατηγορία (Γενική Βαθμολογία)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Έφηβοι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Κορασίδες</w:t>
      </w:r>
    </w:p>
    <w:p>
      <w:pPr>
        <w:pStyle w:val="Style10"/>
        <w:rPr/>
      </w:pPr>
      <w:r>
        <w:rPr>
          <w:b/>
        </w:rPr>
        <w:t>Πάλη (Ελληνορωμαϊκή):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(Ελεύθερο Πιστόλι – Ομαδικό) — Άνδρες</w:t>
      </w:r>
    </w:p>
    <w:p>
      <w:pPr>
        <w:pStyle w:val="Style9"/>
        <w:rPr/>
      </w:pPr>
      <w:r>
        <w:rPr/>
        <w:t>2016 (19)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Αθήνας και Ανατολικής Αττικής — Παίδες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Α΄ – Β΄ Κατηγορία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Νέοι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Έφηβοι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Παμπαίδες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Νεάνιδες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Ελλάδας — Κορασίδες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Κορασίδες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— Άνδρες – Γενική Βαθμολογία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Β΄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Γ΄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(Ελεύθερο Πιστόλι – 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(Γενική Πολλαπλή Βαθμολογία) — Άνδρες</w:t>
      </w:r>
    </w:p>
    <w:p>
      <w:pPr>
        <w:pStyle w:val="Style9"/>
        <w:rPr/>
      </w:pPr>
      <w:r>
        <w:rPr/>
        <w:t>2017 (24)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Αθήνας και Ανατολικής Αττικής — Έφηβοι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Αθήνας και Ανατολικής Αττικής — Παίδες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Κύπελλο Χριστουγέννων — Αγόρια – Κορίτσια Γ΄ – Δ΄ Κατηγορία (Γενική Βαθμολογία)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ΣΠΑΚΕ — Παλαίμαχοι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Νεάνιδες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Ελλάδας — Κορασίδες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Κορασίδες</w:t>
      </w:r>
    </w:p>
    <w:p>
      <w:pPr>
        <w:pStyle w:val="Style10"/>
        <w:rPr/>
      </w:pPr>
      <w:r>
        <w:rPr>
          <w:b/>
        </w:rPr>
        <w:t>Ξιφασκία:</w:t>
      </w:r>
      <w:r>
        <w:rPr/>
        <w:t xml:space="preserve"> Πρωτάθλημα Ελλάδας (Ξίφος Μονομαχίας – Ομαδικό) — Άνδρες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(Βαθμολογία) — Άνδρες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(Ομαδική Καταδίωξη) — Άνδρες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(Ομαδικό Σπριντ) — Άνδρες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(Μάντισον) — Άνδρες</w:t>
      </w:r>
    </w:p>
    <w:p>
      <w:pPr>
        <w:pStyle w:val="Style10"/>
        <w:rPr/>
      </w:pPr>
      <w:r>
        <w:rPr>
          <w:b/>
        </w:rPr>
        <w:t>Πόλο Ανδρών:</w:t>
      </w:r>
      <w:r>
        <w:rPr/>
        <w:t xml:space="preserve"> Πρωτάθλημα Ελλάδας — Μίνι Παίδες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Β΄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Στάνταρντ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Ταχύτητας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Κεντρικής Πυροδότησης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Σπορ – Ομαδικό) — Έφηβοι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Γυναίκες</w:t>
      </w:r>
    </w:p>
    <w:p>
      <w:pPr>
        <w:pStyle w:val="Style10"/>
        <w:rPr/>
      </w:pPr>
      <w:r>
        <w:rPr>
          <w:b/>
        </w:rPr>
        <w:t>Τοξοβολία (Κλειστός Χώρος):</w:t>
      </w:r>
      <w:r>
        <w:rPr/>
        <w:t xml:space="preserve"> Πρωτάθλημα Ελλάδας (Σύνθετο Τόξο – Ομαδικό) — Νέοι Άνδρες</w:t>
      </w:r>
    </w:p>
    <w:p>
      <w:pPr>
        <w:pStyle w:val="Style9"/>
        <w:rPr/>
      </w:pPr>
      <w:r>
        <w:rPr/>
        <w:t>2018 (29)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Αθήνας και Ανατολικής Αττικής — Έφηβοι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Αθήνας και Ανατολικής Αττικής — Παμπαίδες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Αττικής — Άνδρες</w:t>
      </w:r>
    </w:p>
    <w:p>
      <w:pPr>
        <w:pStyle w:val="Style10"/>
        <w:rPr/>
      </w:pPr>
      <w:r>
        <w:rPr>
          <w:b/>
        </w:rPr>
        <w:t>Esports (League of Legends):</w:t>
      </w:r>
      <w:r>
        <w:rPr/>
        <w:t xml:space="preserve"> Gameathlon — Άνδρες</w:t>
      </w:r>
    </w:p>
    <w:p>
      <w:pPr>
        <w:pStyle w:val="Style10"/>
        <w:rPr/>
      </w:pPr>
      <w:r>
        <w:rPr>
          <w:b/>
        </w:rPr>
        <w:t>Esports (League of Legends):</w:t>
      </w:r>
      <w:r>
        <w:rPr/>
        <w:t xml:space="preserve"> League of Legends (ΔΕΘ) — Άνδρες</w:t>
      </w:r>
    </w:p>
    <w:p>
      <w:pPr>
        <w:pStyle w:val="Style10"/>
        <w:rPr/>
      </w:pPr>
      <w:r>
        <w:rPr>
          <w:b/>
        </w:rPr>
        <w:t>Esports (PUBG):</w:t>
      </w:r>
      <w:r>
        <w:rPr/>
        <w:t xml:space="preserve"> Gameathlon — Άνδρες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– Κορίτσια Γ΄ – Δ΄ Κατηγορία (Γενική Βαθμολογία)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Γ΄ – Δ΄ Κατηγορία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Άνδρες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Γυναίκες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ΣΠΑΚΕ — Παλαίμαχοι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 — Παίδες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Ελλάδας — Νεάνιδες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Νεάνιδες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Παγκορασίδες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 — Κ15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Ταχύτητας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Στάνταρντ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(Ελεύθερο Πιστόλι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Έφηβοι</w:t>
      </w:r>
    </w:p>
    <w:p>
      <w:pPr>
        <w:pStyle w:val="Style10"/>
        <w:rPr/>
      </w:pPr>
      <w:r>
        <w:rPr>
          <w:b/>
        </w:rPr>
        <w:t>Τοξοβολία: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Πρωτάθλημα Ελλάδας (Ολυμπιακό Τόξο – Ολυμπιακός Γύρος – Ομαδικό) — Άνδρες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Πρωτάθλημα Ελλάδας (Σύνθετο Τόξο – Ολυμπιακός Γύρος – Ομαδικό) — Άνδρες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Πρωτάθλημα Ελλάδας (Σύνθετο Τόξο – Ομαδικό) — Άνδρες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Πρωτάθλημα Ελλάδας (Ολυμπιακό Τόξο – Ομαδικό) — Γυναίκες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Κύπελλο Ελλάδας (Ολυμπιακό Τόξο – Ομαδικό) — Γυναίκες</w:t>
      </w:r>
    </w:p>
    <w:p>
      <w:pPr>
        <w:pStyle w:val="Style9"/>
        <w:rPr/>
      </w:pPr>
      <w:r>
        <w:rPr/>
        <w:t>2019 (24)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Αθήνας και Ανατολικής Αττικής — Έφηβοι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– Κορίτσια Γ΄ – Δ΄ Κατηγορία (Γενική Βαθμολογία)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Γ΄ – Δ΄ Κατηγορία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Άνδρες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Γυναίκες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ΣΠΑΚΕ — Παλαίμαχοι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Νεάνιδες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Κορασίδες</w:t>
      </w:r>
    </w:p>
    <w:p>
      <w:pPr>
        <w:pStyle w:val="Style10"/>
        <w:rPr/>
      </w:pPr>
      <w:r>
        <w:rPr>
          <w:b/>
        </w:rPr>
        <w:t>Πόλο Ανδρών:</w:t>
      </w:r>
      <w:r>
        <w:rPr/>
        <w:t xml:space="preserve"> Πρωτάθλημα Ελλάδας — Παίδες</w:t>
      </w:r>
    </w:p>
    <w:p>
      <w:pPr>
        <w:pStyle w:val="Style10"/>
        <w:rPr/>
      </w:pPr>
      <w:r>
        <w:rPr>
          <w:b/>
        </w:rPr>
        <w:t>Πόλο Ανδρών:</w:t>
      </w:r>
      <w:r>
        <w:rPr/>
        <w:t xml:space="preserve"> Πρωτάθλημα Ελλάδας — Μίνι Παίδες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(Ελεύθερο Πιστόλι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Κεντρικής Πυροδότησης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Στάνταρντ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(Ελεύθερο Πιστόλι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Σπορ – Ομαδικό) — Έφηβοι</w:t>
      </w:r>
    </w:p>
    <w:p>
      <w:pPr>
        <w:pStyle w:val="Style10"/>
        <w:rPr/>
      </w:pPr>
      <w:r>
        <w:rPr>
          <w:b/>
        </w:rPr>
        <w:t>Τοξοβολία (Ανοιχτός Χώρος):</w:t>
      </w:r>
      <w:r>
        <w:rPr/>
        <w:t xml:space="preserve"> Πρωτάθλημα Ελλάδας (Σύνθετο Τόξο – Ομαδικό) — Γυναίκες</w:t>
      </w:r>
    </w:p>
    <w:p>
      <w:pPr>
        <w:pStyle w:val="Style10"/>
        <w:rPr/>
      </w:pPr>
      <w:r>
        <w:rPr>
          <w:b/>
        </w:rPr>
        <w:t>Τοξοβολία (Κλειστός Χώρος):</w:t>
      </w:r>
      <w:r>
        <w:rPr/>
        <w:t xml:space="preserve"> Πρωτάθλημα Ελλάδας (Σύνθετο Τόξο – Ομαδικό) — Γυναίκες</w:t>
      </w:r>
    </w:p>
    <w:p>
      <w:pPr>
        <w:pStyle w:val="Style9"/>
        <w:rPr/>
      </w:pPr>
      <w:r>
        <w:rPr/>
        <w:t>2020 (22)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Λιγκ Καπ «Νίκος Σαμαράς»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Αθήνας και Ανατολικής Αττικής — Έφηβοι</w:t>
      </w:r>
    </w:p>
    <w:p>
      <w:pPr>
        <w:pStyle w:val="Style10"/>
        <w:rPr/>
      </w:pPr>
      <w:r>
        <w:rPr>
          <w:b/>
        </w:rPr>
        <w:t>Esports (FIFA / eFootball):</w:t>
      </w:r>
      <w:r>
        <w:rPr/>
        <w:t xml:space="preserve"> Πρωτάθλημα Ελλάδας VPG Superleague FIFA — Άνδρες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Άνδρες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Γυναίκες</w:t>
      </w:r>
    </w:p>
    <w:p>
      <w:pPr>
        <w:pStyle w:val="Style10"/>
        <w:rPr/>
      </w:pPr>
      <w:r>
        <w:rPr>
          <w:b/>
        </w:rPr>
        <w:t>Κολύμβηση Ανοιχτής Θάλασσας:</w:t>
      </w:r>
      <w:r>
        <w:rPr/>
        <w:t xml:space="preserve"> Πρωτάθλημα Ελλάδας — Masters – Άνδρες – Γυναίκες</w:t>
      </w:r>
    </w:p>
    <w:p>
      <w:pPr>
        <w:pStyle w:val="Style10"/>
        <w:rPr/>
      </w:pPr>
      <w:r>
        <w:rPr>
          <w:b/>
        </w:rPr>
        <w:t>Κολύμβηση Ανοιχτής Θάλασσας:</w:t>
      </w:r>
      <w:r>
        <w:rPr/>
        <w:t xml:space="preserve"> Πρωτάθλημα Ελλάδας — Masters – Άνδρες</w:t>
      </w:r>
    </w:p>
    <w:p>
      <w:pPr>
        <w:pStyle w:val="Style10"/>
        <w:rPr/>
      </w:pPr>
      <w:r>
        <w:rPr>
          <w:b/>
        </w:rPr>
        <w:t>Κολύμβηση Ανοιχτής Θάλασσας:</w:t>
      </w:r>
      <w:r>
        <w:rPr/>
        <w:t xml:space="preserve"> Πρωτάθλημα Ελλάδας — Masters – Γυναίκες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 — Παίδες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Κορασίδες</w:t>
      </w:r>
    </w:p>
    <w:p>
      <w:pPr>
        <w:pStyle w:val="Style10"/>
        <w:rPr/>
      </w:pPr>
      <w:r>
        <w:rPr>
          <w:b/>
        </w:rPr>
        <w:t>Ράγκμπι Ανδρών:</w:t>
      </w:r>
      <w:r>
        <w:rPr/>
        <w:t xml:space="preserve"> Τουρνουά ΟΧΕ</w:t>
      </w:r>
    </w:p>
    <w:p>
      <w:pPr>
        <w:pStyle w:val="Style10"/>
        <w:rPr/>
      </w:pPr>
      <w:r>
        <w:rPr>
          <w:b/>
        </w:rPr>
        <w:t>Ράγκμπι Γυναικών:</w:t>
      </w:r>
      <w:r>
        <w:rPr/>
        <w:t xml:space="preserve"> Τουρνουά ΟΧΕ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Κεντρικής Πυροδότησης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(Ελεύθερο Πιστόλι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Ταχύτητας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Νεάνιδες</w:t>
      </w:r>
    </w:p>
    <w:p>
      <w:pPr>
        <w:pStyle w:val="Style9"/>
        <w:rPr/>
      </w:pPr>
      <w:r>
        <w:rPr/>
        <w:t>2021 (37)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Γυναίκες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Νέες Γυναίκες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Αθήνας και Ανατολικής Αττικής — Παίδες</w:t>
      </w:r>
    </w:p>
    <w:p>
      <w:pPr>
        <w:pStyle w:val="Style10"/>
        <w:rPr/>
      </w:pPr>
      <w:r>
        <w:rPr>
          <w:b/>
        </w:rPr>
        <w:t>Esports (FIFA / eFootball):</w:t>
      </w:r>
      <w:r>
        <w:rPr/>
        <w:t xml:space="preserve"> Πρωτάθλημα Ελλάδας FIFA — Άνδρες</w:t>
      </w:r>
    </w:p>
    <w:p>
      <w:pPr>
        <w:pStyle w:val="Style10"/>
        <w:rPr/>
      </w:pPr>
      <w:r>
        <w:rPr>
          <w:b/>
        </w:rPr>
        <w:t>Esports (FIFA / eFootball):</w:t>
      </w:r>
      <w:r>
        <w:rPr/>
        <w:t xml:space="preserve"> Κύπελλο Ελλάδας FIFA — Άνδρες</w:t>
      </w:r>
    </w:p>
    <w:p>
      <w:pPr>
        <w:pStyle w:val="Style10"/>
        <w:rPr/>
      </w:pPr>
      <w:r>
        <w:rPr>
          <w:b/>
        </w:rPr>
        <w:t>Esports (FIFA / eFootball):</w:t>
      </w:r>
      <w:r>
        <w:rPr/>
        <w:t xml:space="preserve"> Πρωτάθλημα Ελλάδας eFootball PES — Άνδρες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Κορίτσια Α΄ – Β΄ Κατηγορία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Γ΄ – Δ΄ Κατηγορία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Άνδρες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Γυναίκες</w:t>
      </w:r>
    </w:p>
    <w:p>
      <w:pPr>
        <w:pStyle w:val="Style10"/>
        <w:rPr/>
      </w:pPr>
      <w:r>
        <w:rPr>
          <w:b/>
        </w:rPr>
        <w:t>Μοντέρνο Πένταθλο:</w:t>
      </w:r>
      <w:r>
        <w:rPr/>
        <w:t xml:space="preserve"> Πρωτάθλημα Ελλάδας (Μικτή Σκυτάλη) — Παμπαίδες Α΄ – Παγκορασίδες Α΄ U15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Σούπερ Καπ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Κορασίδες</w:t>
      </w:r>
    </w:p>
    <w:p>
      <w:pPr>
        <w:pStyle w:val="Style10"/>
        <w:rPr/>
      </w:pPr>
      <w:r>
        <w:rPr>
          <w:b/>
        </w:rPr>
        <w:t>Μπάσκετ με Αμαξίδιο:</w:t>
      </w:r>
      <w:r>
        <w:rPr/>
        <w:t xml:space="preserve"> Τουρνουά Παραολυμπιακού Πανοράματος (3×3) — Άνδρες – Γυναίκες</w:t>
      </w:r>
    </w:p>
    <w:p>
      <w:pPr>
        <w:pStyle w:val="Style10"/>
        <w:rPr/>
      </w:pPr>
      <w:r>
        <w:rPr>
          <w:b/>
        </w:rPr>
        <w:t>Ξιφασκία με Αμαξίδιο: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Ποδηλασία ΑμεΑ (Πίστας):</w:t>
      </w:r>
      <w:r>
        <w:rPr/>
        <w:t xml:space="preserve"> Πρωτάθλημα Ελλάδας (Βαθμολογία) — Άνδρες – Γυναίκες</w:t>
      </w:r>
    </w:p>
    <w:p>
      <w:pPr>
        <w:pStyle w:val="Style10"/>
        <w:rPr/>
      </w:pPr>
      <w:r>
        <w:rPr>
          <w:b/>
        </w:rPr>
        <w:t>Ποδόσφαιρο Ακρωτηριασμένων:</w:t>
      </w:r>
      <w:r>
        <w:rPr/>
        <w:t xml:space="preserve"> Διασυλλογικό Κύπελλο Ανάπτυξης — Άνδρες</w:t>
      </w:r>
    </w:p>
    <w:p>
      <w:pPr>
        <w:pStyle w:val="Style10"/>
        <w:rPr/>
      </w:pPr>
      <w:r>
        <w:rPr>
          <w:b/>
        </w:rPr>
        <w:t>Πόλο Ανδρών: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Πόλο Ανδρών:</w:t>
      </w:r>
      <w:r>
        <w:rPr/>
        <w:t xml:space="preserve"> Πρωτάθλημα Ελλάδας — Παίδες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Β΄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Β΄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Στάνταρντ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Κεντρικής Πυροδότησης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(Τουφέκι Πρηνηδόν – Ομαδικό) — Γυναίκες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Γενικής Βαθμολογίας Αεροβόλων και Πυροβόλων Όπλων — Νέοι Άνδρες – Νέες Γυναίκες – Έφηβοι –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(Τουφέκι Πρηνηδόν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Σπορ – Ομαδικό) —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Νεάνιδες</w:t>
      </w:r>
    </w:p>
    <w:p>
      <w:pPr>
        <w:pStyle w:val="Style10"/>
        <w:rPr/>
      </w:pPr>
      <w:r>
        <w:rPr>
          <w:b/>
        </w:rPr>
        <w:t>Σκοποβολή (Πήλινος Στόχος):</w:t>
      </w:r>
      <w:r>
        <w:rPr/>
        <w:t xml:space="preserve"> Πρωτάθλημα Ελλάδας (Σκιτ – Ομαδικό) — Άνδρες</w:t>
      </w:r>
    </w:p>
    <w:p>
      <w:pPr>
        <w:pStyle w:val="Style10"/>
        <w:rPr/>
      </w:pPr>
      <w:r>
        <w:rPr>
          <w:b/>
        </w:rPr>
        <w:t>Σκοποβολή (Πήλινος Στόχος):</w:t>
      </w:r>
      <w:r>
        <w:rPr/>
        <w:t xml:space="preserve"> Κύπελλο Ελλάδας (Σκιτ – Βαθμολογία)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Άνδρες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(Γενική Πολλαπλή Βαθμολογία) — Άνδρες</w:t>
      </w:r>
    </w:p>
    <w:p>
      <w:pPr>
        <w:pStyle w:val="Style9"/>
        <w:rPr/>
      </w:pPr>
      <w:r>
        <w:rPr/>
        <w:t>2022 (39)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Νεάνιδες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Λιγκ Καπ «Νίκος Σαμαράς»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Αττικής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ETTU Europe Trophy — Γυναίκες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Ελλάδας — Γυναίκες</w:t>
      </w:r>
    </w:p>
    <w:p>
      <w:pPr>
        <w:pStyle w:val="Style10"/>
        <w:rPr/>
      </w:pPr>
      <w:r>
        <w:rPr>
          <w:b/>
        </w:rPr>
        <w:t>Esports (PUBG):</w:t>
      </w:r>
      <w:r>
        <w:rPr/>
        <w:t xml:space="preserve"> PUBG Greek Series – Summer Showdown — Άνδρες</w:t>
      </w:r>
    </w:p>
    <w:p>
      <w:pPr>
        <w:pStyle w:val="Style10"/>
        <w:rPr/>
      </w:pPr>
      <w:r>
        <w:rPr>
          <w:b/>
        </w:rPr>
        <w:t>Esports (FIFA / eFootball):</w:t>
      </w:r>
      <w:r>
        <w:rPr/>
        <w:t xml:space="preserve"> Κύπελλο HFP Gaming – Esports Leagues — Άνδρες</w:t>
      </w:r>
    </w:p>
    <w:p>
      <w:pPr>
        <w:pStyle w:val="Style10"/>
        <w:rPr/>
      </w:pPr>
      <w:r>
        <w:rPr>
          <w:b/>
        </w:rPr>
        <w:t>Esports (Rainbow Six Siege):</w:t>
      </w:r>
      <w:r>
        <w:rPr/>
        <w:t xml:space="preserve"> Gameathlon — Άνδρες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Άνδρες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Γυναίκες</w:t>
      </w:r>
    </w:p>
    <w:p>
      <w:pPr>
        <w:pStyle w:val="Style10"/>
        <w:rPr/>
      </w:pPr>
      <w:r>
        <w:rPr>
          <w:b/>
        </w:rPr>
        <w:t>Κολύμβηση Ανοιχτής Θάλασσας:</w:t>
      </w:r>
      <w:r>
        <w:rPr/>
        <w:t xml:space="preserve"> Πρωτάθλημα Ελλάδας — Masters – Άνδρες – Γυναίκες</w:t>
      </w:r>
    </w:p>
    <w:p>
      <w:pPr>
        <w:pStyle w:val="Style10"/>
        <w:rPr/>
      </w:pPr>
      <w:r>
        <w:rPr>
          <w:b/>
        </w:rPr>
        <w:t>Μοντέρνο Πένταθλο:</w:t>
      </w:r>
      <w:r>
        <w:rPr/>
        <w:t xml:space="preserve"> Πρωτάθλημα Ελλάδας (Μικτή Σκυτάλη) — Παμπαίδες Α΄ – Παγκορασίδες Α΄ U15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ΣΠΑΚΕ — Παλαίμαχοι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Έφηβοι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Ελλάδας — Νεάνιδες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Νεάνιδες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Ελλάδας — Κορασίδες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Κορασίδες</w:t>
      </w:r>
    </w:p>
    <w:p>
      <w:pPr>
        <w:pStyle w:val="Style10"/>
        <w:rPr/>
      </w:pPr>
      <w:r>
        <w:rPr>
          <w:b/>
        </w:rPr>
        <w:t>Μπάσκετ με Αμαξίδιο: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Μπάσκετ με Αμαξίδιο:</w:t>
      </w:r>
      <w:r>
        <w:rPr/>
        <w:t xml:space="preserve"> Κύπελλο Ελλάδας — Άνδρες – Γυναίκες</w:t>
      </w:r>
    </w:p>
    <w:p>
      <w:pPr>
        <w:pStyle w:val="Style10"/>
        <w:rPr/>
      </w:pPr>
      <w:r>
        <w:rPr>
          <w:b/>
        </w:rPr>
        <w:t>Μπάσκετ με Αμαξίδιο:</w:t>
      </w:r>
      <w:r>
        <w:rPr/>
        <w:t xml:space="preserve"> Σούπερ Καπ — Άνδρες – Γυναίκες</w:t>
      </w:r>
    </w:p>
    <w:p>
      <w:pPr>
        <w:pStyle w:val="Style10"/>
        <w:rPr/>
      </w:pPr>
      <w:r>
        <w:rPr>
          <w:b/>
        </w:rPr>
        <w:t>Ξιφασκία με Αμαξίδιο: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Ποδόσφαιρο Ακρωτηριασμένων: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 — Κ19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(Βαθμολογία Ομαδικών Αγωνισμάτων) — Άνδρες – Γυναίκες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(Βαθμολογία Ομαδικών Αγωνισμάτων) — Νέοι Άνδρες – Νέες Γυναίκες – Έφηβοι –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Τουφέκι – Ομαδικό) — Έφηβοι</w:t>
      </w:r>
    </w:p>
    <w:p>
      <w:pPr>
        <w:pStyle w:val="Style10"/>
        <w:rPr/>
      </w:pPr>
      <w:r>
        <w:rPr>
          <w:b/>
        </w:rPr>
        <w:t>Σκοποβολή (Πήλινος Στόχος):</w:t>
      </w:r>
      <w:r>
        <w:rPr/>
        <w:t xml:space="preserve"> Κύπελλο Ελλάδας (Σκιτ – Α΄ Κατηγορία) — Άνδρες</w:t>
      </w:r>
    </w:p>
    <w:p>
      <w:pPr>
        <w:pStyle w:val="Style10"/>
        <w:rPr/>
      </w:pPr>
      <w:r>
        <w:rPr>
          <w:b/>
        </w:rPr>
        <w:t>Σκοποβολή (Πήλινος Στόχος):</w:t>
      </w:r>
      <w:r>
        <w:rPr/>
        <w:t xml:space="preserve"> Κύπελλο Ελλάδας (Σκιτ – Α1 Κατηγορία) — Άνδρες</w:t>
      </w:r>
    </w:p>
    <w:p>
      <w:pPr>
        <w:pStyle w:val="Style10"/>
        <w:rPr/>
      </w:pPr>
      <w:r>
        <w:rPr>
          <w:b/>
        </w:rPr>
        <w:t>Στίβος (Κλειστός):</w:t>
      </w:r>
      <w:r>
        <w:rPr/>
        <w:t xml:space="preserve"> Πρωτάθλημα Ελλάδας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(Γενική Πολλαπλή Βαθμολογία) — Γυναίκες</w:t>
      </w:r>
    </w:p>
    <w:p>
      <w:pPr>
        <w:pStyle w:val="Style9"/>
        <w:rPr/>
      </w:pPr>
      <w:r>
        <w:rPr/>
        <w:t>2023 (47)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Γυναίκες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Σούπερ Καπ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Λιγκ Καπ «Νίκος Σαμαράς»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Αθήνας και Ανατολικής Αττικής — Κ18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Αθήνας και Ανατολικής Αττικής — Κ17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Αττικής — Άνδρες</w:t>
      </w:r>
    </w:p>
    <w:p>
      <w:pPr>
        <w:pStyle w:val="Style10"/>
        <w:rPr/>
      </w:pPr>
      <w:r>
        <w:rPr>
          <w:b/>
        </w:rPr>
        <w:t>Esports (FIFA / eFootball):</w:t>
      </w:r>
      <w:r>
        <w:rPr/>
        <w:t xml:space="preserve"> Πρωτάθλημα HFP Tag Teams – Balkan Edition (eFootball) — Άνδρες</w:t>
      </w:r>
    </w:p>
    <w:p>
      <w:pPr>
        <w:pStyle w:val="Style10"/>
        <w:rPr/>
      </w:pPr>
      <w:r>
        <w:rPr>
          <w:b/>
        </w:rPr>
        <w:t>Esports (Rainbow Six Siege):</w:t>
      </w:r>
      <w:r>
        <w:rPr/>
        <w:t xml:space="preserve"> Gameathlon — Άνδρες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Γυναίκες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– Κορίτσια Α΄ – Β΄ Κατηγορία (Γενική Βαθμολογία)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Α΄ – Β΄ Κατηγορία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Κύπελλο Χριστουγέννων — Αγόρια – Κορίτσια Β΄ – Γ΄ – Δ΄ Κατηγορία (Γενική Βαθμολογία)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Άνδρες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Γυναίκες</w:t>
      </w:r>
    </w:p>
    <w:p>
      <w:pPr>
        <w:pStyle w:val="Style10"/>
        <w:rPr/>
      </w:pPr>
      <w:r>
        <w:rPr>
          <w:b/>
        </w:rPr>
        <w:t>Μοντέρνο Πένταθλο:</w:t>
      </w:r>
      <w:r>
        <w:rPr/>
        <w:t xml:space="preserve"> Πρωτάθλημα Ελλάδας (Μικτή Σκυτάλη) — Παίδες – Κορασίδες U17</w:t>
      </w:r>
    </w:p>
    <w:p>
      <w:pPr>
        <w:pStyle w:val="Style10"/>
        <w:rPr/>
      </w:pPr>
      <w:r>
        <w:rPr>
          <w:b/>
        </w:rPr>
        <w:t>Μοντέρνο Πένταθλο:</w:t>
      </w:r>
      <w:r>
        <w:rPr/>
        <w:t xml:space="preserve"> Πρωτάθλημα Ελλάδας (Μικτή Σκυτάλη Laser Run) — Παίδες – Κορασίδες U17</w:t>
      </w:r>
    </w:p>
    <w:p>
      <w:pPr>
        <w:pStyle w:val="Style10"/>
        <w:rPr/>
      </w:pPr>
      <w:r>
        <w:rPr>
          <w:b/>
        </w:rPr>
        <w:t>Μοντέρνο Πένταθλο:</w:t>
      </w:r>
      <w:r>
        <w:rPr/>
        <w:t xml:space="preserve"> Πρωτάθλημα Ελλάδας (Μικτή Σκυτάλη) — Παμπαίδες Α΄ – Παγκορασίδες Α΄ U15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ΣΠΑΚΕ — Παλαίμαχοι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 — Έφηβοι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Έφηβοι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Νεάνιδες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Κορασίδες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Παγκορασίδες</w:t>
      </w:r>
    </w:p>
    <w:p>
      <w:pPr>
        <w:pStyle w:val="Style10"/>
        <w:rPr/>
      </w:pPr>
      <w:r>
        <w:rPr>
          <w:b/>
        </w:rPr>
        <w:t>Ξιφασκία με Αμαξίδιο: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(Ομαδική Καταδίωξη) — Άνδρες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(Ομαδικό Σπριντ) — Άνδρες</w:t>
      </w:r>
    </w:p>
    <w:p>
      <w:pPr>
        <w:pStyle w:val="Style10"/>
        <w:rPr/>
      </w:pPr>
      <w:r>
        <w:rPr>
          <w:b/>
        </w:rPr>
        <w:t>Ποδηλασία (Πίστας):</w:t>
      </w:r>
      <w:r>
        <w:rPr/>
        <w:t xml:space="preserve"> Πρωτάθλημα Ελλάδας (Μάντισον) — Άνδρες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Άνδρες – Α΄ Κατηγορία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Άνδρες – Α΄ Κατηγορία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Γενικής Βαθμολογίας Αεροβόλων και Πυροβόλων Όπλων — Άνδρες – Γυναίκες – Νέοι Άνδρες – Νέες Γυναίκες – Έφηβοι –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Στάνταρντ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Ταχύτητας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Κεντρικής Πυροδότησης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Γενικής Βαθμολογίας Αεροβόλων και Πυροβόλων Όπλων — Νέοι Άνδρες – Νέες Γυναίκες – Έφηβοι –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Νέοι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Τουφέκι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Σπορ – Ομαδικό) —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Τουφέκι – Ομαδικό) — Νεάνιδες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Αθήνας — Άνδρες</w:t>
      </w:r>
    </w:p>
    <w:p>
      <w:pPr>
        <w:pStyle w:val="Style10"/>
        <w:rPr/>
      </w:pPr>
      <w:r>
        <w:rPr>
          <w:b/>
        </w:rPr>
        <w:t>Στίβος (Κλειστός):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(Κλειστός):</w:t>
      </w:r>
      <w:r>
        <w:rPr/>
        <w:t xml:space="preserve"> Πρωτάθλημα Ελλάδας — Γυναίκες</w:t>
      </w:r>
    </w:p>
    <w:p>
      <w:pPr>
        <w:pStyle w:val="Style9"/>
        <w:rPr/>
      </w:pPr>
      <w:r>
        <w:rPr/>
        <w:t>2024 (52)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Γυναίκες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Λιγκ Καπ «Νίκος Σαμαράς»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Αθήνας και Ανατολικής Αττικής — Κ18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ETTU Europe Trophy — Άνδρες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Χειμερινό Πρωτάθλημα Ελλάδας — Άνδρες – Γυναίκες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Χειμερινό Πρωτάθλημα Ελλάδας — Γυναίκες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– Κορίτσια Α΄ – Β΄ Κατηγορία (Γενική Βαθμολογία)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Χειμερινό Πρωτάθλημα Ελλάδας — Αγόρια – Κορίτσια Α΄ – Β΄ Κατηγορία (Γενική Βαθμολογία)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Α΄ – Β΄ Κατηγορία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Χειμερινό Πρωτάθλημα Ελλάδας — Αγόρια Α΄ – Β΄ Κατηγορία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Κορίτσια Α΄ – Β΄ Κατηγορία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Χειμερινό Πρωτάθλημα Ελλάδας — Κορίτσια Α΄ – Β΄ Κατηγορία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Άνδρες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Νέες Γυναίκες</w:t>
      </w:r>
    </w:p>
    <w:p>
      <w:pPr>
        <w:pStyle w:val="Style10"/>
        <w:rPr/>
      </w:pPr>
      <w:r>
        <w:rPr>
          <w:b/>
        </w:rPr>
        <w:t>Κολύμβηση Ανοιχτής Θάλασσας:</w:t>
      </w:r>
      <w:r>
        <w:rPr/>
        <w:t xml:space="preserve"> Πρωτάθλημα Ελλάδας — Masters – Άνδρες</w:t>
      </w:r>
    </w:p>
    <w:p>
      <w:pPr>
        <w:pStyle w:val="Style10"/>
        <w:rPr/>
      </w:pPr>
      <w:r>
        <w:rPr>
          <w:b/>
        </w:rPr>
        <w:t>Μοντέρνο Πένταθλο:</w:t>
      </w:r>
      <w:r>
        <w:rPr/>
        <w:t xml:space="preserve"> Πρωτάθλημα Ελλάδας (Μικτή Σκυτάλη) — Παίδες – Κορασίδες U17</w:t>
      </w:r>
    </w:p>
    <w:p>
      <w:pPr>
        <w:pStyle w:val="Style10"/>
        <w:rPr/>
      </w:pPr>
      <w:r>
        <w:rPr>
          <w:b/>
        </w:rPr>
        <w:t>Μοντέρνο Πένταθλο:</w:t>
      </w:r>
      <w:r>
        <w:rPr/>
        <w:t xml:space="preserve"> Πρωτάθλημα Ελλάδας (Μικτή Σκυτάλη) — Παμπαίδες Β΄ – Παγκορασίδες Β΄ U13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Ευρώπης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Έφηβοι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Νεάνιδες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Κορασίδες</w:t>
      </w:r>
    </w:p>
    <w:p>
      <w:pPr>
        <w:pStyle w:val="Style10"/>
        <w:rPr/>
      </w:pPr>
      <w:r>
        <w:rPr>
          <w:b/>
        </w:rPr>
        <w:t>Μπάσκετ με Αμαξίδιο: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Μπάσκετ με Αμαξίδιο:</w:t>
      </w:r>
      <w:r>
        <w:rPr/>
        <w:t xml:space="preserve"> Κύπελλο Ελλάδας — Άνδρες – Γυναίκες</w:t>
      </w:r>
    </w:p>
    <w:p>
      <w:pPr>
        <w:pStyle w:val="Style10"/>
        <w:rPr/>
      </w:pPr>
      <w:r>
        <w:rPr>
          <w:b/>
        </w:rPr>
        <w:t>Ξιφασκία με Αμαξίδιο: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Ποδηλασία ΑμεΑ (Δρόμου):</w:t>
      </w:r>
      <w:r>
        <w:rPr/>
        <w:t xml:space="preserve"> Πρωτάθλημα Ελλάδας (Αντοχή – Ομαδικό) — Άνδρες – Γυναίκες</w:t>
      </w:r>
    </w:p>
    <w:p>
      <w:pPr>
        <w:pStyle w:val="Style10"/>
        <w:rPr/>
      </w:pPr>
      <w:r>
        <w:rPr>
          <w:b/>
        </w:rPr>
        <w:t>Ποδηλασία ΑμεΑ (Πίστας):</w:t>
      </w:r>
      <w:r>
        <w:rPr/>
        <w:t xml:space="preserve"> Πρωτάθλημα Ελλάδας (Βαθμολογία) — Άνδρες – Γυναίκες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Ποδόσφαιρο Σάλας Ανδρών:</w:t>
      </w:r>
      <w:r>
        <w:rPr/>
        <w:t xml:space="preserve"> Πρωτάθλημα Ελλάδας — Κ16</w:t>
      </w:r>
    </w:p>
    <w:p>
      <w:pPr>
        <w:pStyle w:val="Style10"/>
        <w:rPr/>
      </w:pPr>
      <w:r>
        <w:rPr>
          <w:b/>
        </w:rPr>
        <w:t>Ποδόσφαιρο Σάλας Ανδρών:</w:t>
      </w:r>
      <w:r>
        <w:rPr/>
        <w:t xml:space="preserve"> Κύπελλο Ελλάδας — Κ16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Ομαδικό Κύπελλο Αττικής «Λάζαρος Δρεπανιώτης» — Άνδρες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Ομαδικό Κύπελλο Αττικής «Σπύρος Μπίκος» — Άνδρες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Πρωτάθλημα Αττικής — Βετεράνοι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Ομαδικών Αγωνισμάτων (Πυροβόλα Όπλα) — Άνδρες – Γυναίκες – Έφηβοι –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Ομαδικών Αγωνισμάτων (Αεροβόλα Όπλα) — Άνδρες – Γυναίκες – Έφηβοι –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Στάνταρντ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Ταχύτητας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Γενικής Βαθμολογίας — Έφηβοι –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(Τουφέκι Πρηνηδόν – Ομαδικό) —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(Τουφέκι 3×20 – Ομαδικό) — Νεάνιδες</w:t>
      </w:r>
    </w:p>
    <w:p>
      <w:pPr>
        <w:pStyle w:val="Style10"/>
        <w:rPr/>
      </w:pPr>
      <w:r>
        <w:rPr>
          <w:b/>
        </w:rPr>
        <w:t>Σκοποβολή ΑμεΑ: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Αθήνας — Άνδρες</w:t>
      </w:r>
    </w:p>
    <w:p>
      <w:pPr>
        <w:pStyle w:val="Style10"/>
        <w:rPr/>
      </w:pPr>
      <w:r>
        <w:rPr>
          <w:b/>
        </w:rPr>
        <w:t>Στίβος (Κλειστός):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(Κλειστός):</w:t>
      </w:r>
      <w:r>
        <w:rPr/>
        <w:t xml:space="preserve"> Πρωτάθλημα Ελλάδας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(Ομαδικό) — Γυναίκες</w:t>
      </w:r>
    </w:p>
    <w:p>
      <w:pPr>
        <w:pStyle w:val="Style10"/>
        <w:rPr/>
      </w:pPr>
      <w:r>
        <w:rPr>
          <w:b/>
        </w:rPr>
        <w:t>Στίβος (Ανώμαλος Δρόμος):</w:t>
      </w:r>
      <w:r>
        <w:rPr/>
        <w:t xml:space="preserve"> Πρωτάθλημα Ελλάδας (Γενική Πολλαπλή Βαθμολογία) — Γυναίκες</w:t>
      </w:r>
    </w:p>
    <w:p>
      <w:pPr>
        <w:pStyle w:val="Style9"/>
        <w:rPr/>
      </w:pPr>
      <w:r>
        <w:rPr/>
        <w:t>2025 (56)</w:t>
      </w:r>
    </w:p>
    <w:p>
      <w:pPr>
        <w:pStyle w:val="Style10"/>
        <w:rPr/>
      </w:pPr>
      <w:r>
        <w:rPr>
          <w:b/>
        </w:rPr>
        <w:t>Άρση Βαρών:</w:t>
      </w:r>
      <w:r>
        <w:rPr/>
        <w:t xml:space="preserve"> Πρωτάθλημα Ελλάδας — Γυναίκες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Αθήνας και Ανατολικής Αττικής — Κ18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Αθήνας και Ανατολικής Αττικής — Κ18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Αθήνας και Ανατολικής Αττικής — Κ18 – Εκτός Συναγωνισμού 3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Κύπελλο Αττικής — Άνδρες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Χειμερινό Πρωτάθλημα Ελλάδας — Άνδρες – Γυναίκες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Χειμερινό Πρωτάθλημα Ελλάδας — Άνδρες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Χειμερινό Πρωτάθλημα Ελλάδας —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Εαρινό Κύπελλο — Masters –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Άνδρες</w:t>
      </w:r>
    </w:p>
    <w:p>
      <w:pPr>
        <w:pStyle w:val="Style10"/>
        <w:rPr/>
      </w:pPr>
      <w:r>
        <w:rPr>
          <w:b/>
        </w:rPr>
        <w:t>Μοντέρνο Πένταθλο:</w:t>
      </w:r>
      <w:r>
        <w:rPr/>
        <w:t xml:space="preserve"> Πρωτάθλημα Ελλάδας (Μικτή Σκυτάλη Triathle) — Παίδες – Κορασίδες U17</w:t>
      </w:r>
    </w:p>
    <w:p>
      <w:pPr>
        <w:pStyle w:val="Style10"/>
        <w:rPr/>
      </w:pPr>
      <w:r>
        <w:rPr>
          <w:b/>
        </w:rPr>
        <w:t>Μοντέρνο Πένταθλο:</w:t>
      </w:r>
      <w:r>
        <w:rPr/>
        <w:t xml:space="preserve"> Πρωτάθλημα Ελλάδας (Μικτή Σκυτάλη) — Παμπαίδες Β΄ – Παγκορασίδες Β΄ U13</w:t>
      </w:r>
    </w:p>
    <w:p>
      <w:pPr>
        <w:pStyle w:val="Style10"/>
        <w:rPr/>
      </w:pPr>
      <w:r>
        <w:rPr>
          <w:b/>
        </w:rPr>
        <w:t>Μοντέρνο Πένταθλο:</w:t>
      </w:r>
      <w:r>
        <w:rPr/>
        <w:t xml:space="preserve"> Πρωτάθλημα Ελλάδας (Μικτή Σκυτάλη Triathle) — Παμπαίδες Β΄ – Παγκορασίδες Β΄ U13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ΣΠΑΚΕ — Παλαίμαχοι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Rising Stars (ΕΟΚ) — Έφηβοι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Έφηβοι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Παίδες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Νεάνιδες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Κορασίδες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Παγκορασίδες</w:t>
      </w:r>
    </w:p>
    <w:p>
      <w:pPr>
        <w:pStyle w:val="Style10"/>
        <w:rPr/>
      </w:pPr>
      <w:r>
        <w:rPr>
          <w:b/>
        </w:rPr>
        <w:t>Μπάσκετ με Αμαξίδιο:</w:t>
      </w:r>
      <w:r>
        <w:rPr/>
        <w:t xml:space="preserve"> Κύπελλο Ελλάδας — Άνδρες – Γυναίκες</w:t>
      </w:r>
    </w:p>
    <w:p>
      <w:pPr>
        <w:pStyle w:val="Style10"/>
        <w:rPr/>
      </w:pPr>
      <w:r>
        <w:rPr>
          <w:b/>
        </w:rPr>
        <w:t>Ξιφασκία με Αμαξίδιο: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Πάλη σε Άμμο:</w:t>
      </w:r>
      <w:r>
        <w:rPr/>
        <w:t xml:space="preserve"> Πρωτάθλημα Ελλάδας — Παγκορασίδες U15</w:t>
      </w:r>
    </w:p>
    <w:p>
      <w:pPr>
        <w:pStyle w:val="Style10"/>
        <w:rPr/>
      </w:pPr>
      <w:r>
        <w:rPr>
          <w:b/>
        </w:rPr>
        <w:t>Ποδηλασία ΑμεΑ (Πίστας):</w:t>
      </w:r>
      <w:r>
        <w:rPr/>
        <w:t xml:space="preserve"> Πρωτάθλημα Ελλάδας (Βαθμολογία) — Άνδρες – Γυναίκες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Γυναίκες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Γυναίκες</w:t>
      </w:r>
    </w:p>
    <w:p>
      <w:pPr>
        <w:pStyle w:val="Style10"/>
        <w:rPr/>
      </w:pPr>
      <w:r>
        <w:rPr>
          <w:b/>
        </w:rPr>
        <w:t>Ράγκμπι Ανδρών:</w:t>
      </w:r>
      <w:r>
        <w:rPr/>
        <w:t xml:space="preserve"> Πρωτάθλημα Ελλάδας (15s)</w:t>
      </w:r>
    </w:p>
    <w:p>
      <w:pPr>
        <w:pStyle w:val="Style10"/>
        <w:rPr/>
      </w:pPr>
      <w:r>
        <w:rPr>
          <w:b/>
        </w:rPr>
        <w:t>Ράγκμπι Ανδρών:</w:t>
      </w:r>
      <w:r>
        <w:rPr/>
        <w:t xml:space="preserve"> Πρωτάθλημα Ελλάδας (7s)</w:t>
      </w:r>
    </w:p>
    <w:p>
      <w:pPr>
        <w:pStyle w:val="Style10"/>
        <w:rPr/>
      </w:pPr>
      <w:r>
        <w:rPr>
          <w:b/>
        </w:rPr>
        <w:t>Ράγκμπι Γυναικών:</w:t>
      </w:r>
      <w:r>
        <w:rPr/>
        <w:t xml:space="preserve"> Πρωτάθλημα Ελλάδας (7s)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Ομαδικό Κύπελλο Αττικής «Σπύρος Μπίκος» — Άνδρες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Ομαδικό Κύπελλο Αττικής «Πέτρος Κολυβάς» — Άνδρες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Ομαδικό Κύπελλο Αττικής «Νίκος Στρόφαλης»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Πυροβόλων Όπλων (Βαθμολογία) — Άνδρες – Γυναίκες – Έφηβοι –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Αεροβόλων Όπλων (Βαθμολογία) — Άνδρες – Γυναίκες – Έφηβοι –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Ομαδικών Αγωνισμάτων (Πυροβόλα Όπλα) — Άνδρες – Γυναίκες – Έφηβοι –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Ομαδικών Αγωνισμάτων (Αεροβόλα Όπλα) — Άνδρες – Γυναίκες – Έφηβοι –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Στάνταρντ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(Ελεύθερο Πιστόλι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Ταχύτητας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Κεντρικής Πυροδότησης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Γυναίκες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(Τουφέκι Πρηνηδόν – Ομαδικό) — Γυναίκες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Τουφέκι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(Τουφέκι Πρηνηδόν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(Τουφέκι 3×20 – Ομαδικό) — Έφηβοι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Τουφέκι – Ομαδικό) — Νεάνιδες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(Τουφέκι Πρηνηδόν – Ομαδικό) — Νεάνιδες</w:t>
      </w:r>
    </w:p>
    <w:p>
      <w:pPr>
        <w:pStyle w:val="Style10"/>
        <w:rPr/>
      </w:pPr>
      <w:r>
        <w:rPr>
          <w:b/>
        </w:rPr>
        <w:t>Σκοποβολή ΑμεΑ: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Αθήνας — Άνδρες</w:t>
      </w:r>
    </w:p>
    <w:p>
      <w:pPr>
        <w:pStyle w:val="Style10"/>
        <w:rPr/>
      </w:pPr>
      <w:r>
        <w:rPr>
          <w:b/>
        </w:rPr>
        <w:t>Στίβος (Κλειστός):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Τρίαθλο:</w:t>
      </w:r>
      <w:r>
        <w:rPr/>
        <w:t xml:space="preserve"> Διασυλλογικό Πρωτάθλημα Ελλάδας (WhyNot – ΤΟΕ) — Άνδρες – Γυναίκες</w:t>
      </w:r>
    </w:p>
    <w:p>
      <w:pPr>
        <w:pStyle w:val="Style9"/>
        <w:rPr/>
      </w:pPr>
      <w:r>
        <w:rPr/>
        <w:t>2026 (55)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Βόλεϊ Ανδρών:</w:t>
      </w:r>
      <w:r>
        <w:rPr/>
        <w:t xml:space="preserve"> Σούπερ Καπ</w:t>
      </w:r>
    </w:p>
    <w:p>
      <w:pPr>
        <w:pStyle w:val="Style10"/>
        <w:rPr/>
      </w:pPr>
      <w:r>
        <w:rPr>
          <w:b/>
        </w:rPr>
        <w:t>Βόλεϊ Γυναικών:</w:t>
      </w:r>
      <w:r>
        <w:rPr/>
        <w:t xml:space="preserve"> Πρωτάθλημα Ελλάδας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ETTU Europe Trophy — Άνδρες</w:t>
      </w:r>
    </w:p>
    <w:p>
      <w:pPr>
        <w:pStyle w:val="Style10"/>
        <w:rPr/>
      </w:pPr>
      <w:r>
        <w:rPr>
          <w:b/>
        </w:rPr>
        <w:t>Επιτραπέζια Αντισφαίριση:</w:t>
      </w:r>
      <w:r>
        <w:rPr/>
        <w:t xml:space="preserve"> Διασυλλογικό Πρωτάθλημα Ελλάδας — Γυναίκες</w:t>
      </w:r>
    </w:p>
    <w:p>
      <w:pPr>
        <w:pStyle w:val="Style10"/>
        <w:rPr/>
      </w:pPr>
      <w:r>
        <w:rPr>
          <w:b/>
        </w:rPr>
        <w:t>Esports (Basketball / NBA 2K):</w:t>
      </w:r>
      <w:r>
        <w:rPr/>
        <w:t xml:space="preserve"> Cyber EuroLeague — Άνδρες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Γυναίκες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Αγόρια – Κορίτσια Α΄ – Β΄ Κατηγορία (Γενική Βαθμολογία)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Κορίτσια Α΄ – Β΄ Κατηγορία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Κύπελλο Χριστουγέννων — Αγόρια – Κορίτσια Β΄ – Γ΄ – Δ΄ Κατηγορία (Γενική Βαθμολογία)</w:t>
      </w:r>
    </w:p>
    <w:p>
      <w:pPr>
        <w:pStyle w:val="Style10"/>
        <w:rPr/>
      </w:pPr>
      <w:r>
        <w:rPr>
          <w:b/>
        </w:rPr>
        <w:t>Καταδύσεις:</w:t>
      </w:r>
      <w:r>
        <w:rPr/>
        <w:t xml:space="preserve"> Πρωτάθλημα Ελλάδας — Κορίτσια Γ΄ – Δ΄ Κατηγορία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Άνδρες – Γυναίκες</w:t>
      </w:r>
    </w:p>
    <w:p>
      <w:pPr>
        <w:pStyle w:val="Style10"/>
        <w:rPr/>
      </w:pPr>
      <w:r>
        <w:rPr>
          <w:b/>
        </w:rPr>
        <w:t>Κολύμβηση:</w:t>
      </w:r>
      <w:r>
        <w:rPr/>
        <w:t xml:space="preserve"> Πρωτάθλημα Ελλάδας — Masters – Άνδρες</w:t>
      </w:r>
    </w:p>
    <w:p>
      <w:pPr>
        <w:pStyle w:val="Style10"/>
        <w:rPr/>
      </w:pPr>
      <w:r>
        <w:rPr>
          <w:b/>
        </w:rPr>
        <w:t>Κολύμβηση Ανοιχτής Θάλασσας:</w:t>
      </w:r>
      <w:r>
        <w:rPr/>
        <w:t xml:space="preserve"> Πρωτάθλημα Ελλάδας — Masters – Άνδρες – Γυναίκες</w:t>
      </w:r>
    </w:p>
    <w:p>
      <w:pPr>
        <w:pStyle w:val="Style10"/>
        <w:rPr/>
      </w:pPr>
      <w:r>
        <w:rPr>
          <w:b/>
        </w:rPr>
        <w:t>Κολύμβηση Ανοιχτής Θάλασσας:</w:t>
      </w:r>
      <w:r>
        <w:rPr/>
        <w:t xml:space="preserve"> Πρωτάθλημα Ελλάδας — Masters – Άνδρες</w:t>
      </w:r>
    </w:p>
    <w:p>
      <w:pPr>
        <w:pStyle w:val="Style10"/>
        <w:rPr/>
      </w:pPr>
      <w:r>
        <w:rPr>
          <w:b/>
        </w:rPr>
        <w:t>Κολύμβηση Ανοιχτής Θάλασσας:</w:t>
      </w:r>
      <w:r>
        <w:rPr/>
        <w:t xml:space="preserve"> Πρωτάθλημα Ελλάδας — Masters – Γυναίκες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Κύπελλο Ελλάδας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ΣΠΑΚΕ — Παλαίμαχοι</w:t>
      </w:r>
    </w:p>
    <w:p>
      <w:pPr>
        <w:pStyle w:val="Style10"/>
        <w:rPr/>
      </w:pPr>
      <w:r>
        <w:rPr>
          <w:b/>
        </w:rPr>
        <w:t>Μπάσκετ Ανδρών:</w:t>
      </w:r>
      <w:r>
        <w:rPr/>
        <w:t xml:space="preserve"> Πρωτάθλημα Αθήνας — Παμπαίδες Β΄ U14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Νεάνιδες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Ελλάδας — Κορασίδες</w:t>
      </w:r>
    </w:p>
    <w:p>
      <w:pPr>
        <w:pStyle w:val="Style10"/>
        <w:rPr/>
      </w:pPr>
      <w:r>
        <w:rPr>
          <w:b/>
        </w:rPr>
        <w:t>Μπάσκετ Γυναικών:</w:t>
      </w:r>
      <w:r>
        <w:rPr/>
        <w:t xml:space="preserve"> Πρωτάθλημα Αθήνας — Κορασίδες</w:t>
      </w:r>
    </w:p>
    <w:p>
      <w:pPr>
        <w:pStyle w:val="Style10"/>
        <w:rPr/>
      </w:pPr>
      <w:r>
        <w:rPr>
          <w:b/>
        </w:rPr>
        <w:t>Μπάσκετ με Αμαξίδιο: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Παρακανόε: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Παραμπάντμιντον:</w:t>
      </w:r>
      <w:r>
        <w:rPr/>
        <w:t xml:space="preserve"> Πρωτάθλημα Ελλάδας — Άνδρες – Γυναίκες</w:t>
      </w:r>
    </w:p>
    <w:p>
      <w:pPr>
        <w:pStyle w:val="Style10"/>
        <w:rPr/>
      </w:pPr>
      <w:r>
        <w:rPr>
          <w:b/>
        </w:rPr>
        <w:t>Ποδόσφαιρο Ακρωτηριασμένων: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Ποδόσφαιρο Ανδρών:</w:t>
      </w:r>
      <w:r>
        <w:rPr/>
        <w:t xml:space="preserve"> Πρωτάθλημα Ελλάδας — Κ17</w:t>
      </w:r>
    </w:p>
    <w:p>
      <w:pPr>
        <w:pStyle w:val="Style10"/>
        <w:rPr/>
      </w:pPr>
      <w:r>
        <w:rPr>
          <w:b/>
        </w:rPr>
        <w:t>Ποδόσφαιρο Σάλας Ανδρών:</w:t>
      </w:r>
      <w:r>
        <w:rPr/>
        <w:t xml:space="preserve"> Κύπελλο Ελλάδας — Κ18</w:t>
      </w:r>
    </w:p>
    <w:p>
      <w:pPr>
        <w:pStyle w:val="Style10"/>
        <w:rPr/>
      </w:pPr>
      <w:r>
        <w:rPr>
          <w:b/>
        </w:rPr>
        <w:t>Ποδόσφαιρο Σάλας Γυναικών:</w:t>
      </w:r>
      <w:r>
        <w:rPr/>
        <w:t xml:space="preserve"> Πρωτάθλημα Ελλάδας — Κ14</w:t>
      </w:r>
    </w:p>
    <w:p>
      <w:pPr>
        <w:pStyle w:val="Style10"/>
        <w:rPr/>
      </w:pPr>
      <w:r>
        <w:rPr>
          <w:b/>
        </w:rPr>
        <w:t>Πόλο Ανδρών:</w:t>
      </w:r>
      <w:r>
        <w:rPr/>
        <w:t xml:space="preserve"> Πρωτάθλημα Ελλάδας — Παίδες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(Βαθμολογία) — Νέοι Άνδρες U23</w:t>
      </w:r>
    </w:p>
    <w:p>
      <w:pPr>
        <w:pStyle w:val="Style10"/>
        <w:rPr/>
      </w:pPr>
      <w:r>
        <w:rPr>
          <w:b/>
        </w:rPr>
        <w:t>Πυγμαχία:</w:t>
      </w:r>
      <w:r>
        <w:rPr/>
        <w:t xml:space="preserve"> Πρωτάθλημα Ελλάδας (Πολυνίκης) — Νέοι Άνδρες U23</w:t>
      </w:r>
    </w:p>
    <w:p>
      <w:pPr>
        <w:pStyle w:val="Style10"/>
        <w:rPr/>
      </w:pPr>
      <w:r>
        <w:rPr>
          <w:b/>
        </w:rPr>
        <w:t>Ράγκμπι Ανδρών:</w:t>
      </w:r>
      <w:r>
        <w:rPr/>
        <w:t xml:space="preserve"> Πρωτάθλημα Ελλάδας (15s)</w:t>
      </w:r>
    </w:p>
    <w:p>
      <w:pPr>
        <w:pStyle w:val="Style10"/>
        <w:rPr/>
      </w:pPr>
      <w:r>
        <w:rPr>
          <w:b/>
        </w:rPr>
        <w:t>Ράγκμπι Ανδρών:</w:t>
      </w:r>
      <w:r>
        <w:rPr/>
        <w:t xml:space="preserve"> Πρωτάθλημα Ελλάδας (7s)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Πανελλήνιο Ομαδικό Πρωτάθλημα Α΄ Εθνικής Κατηγορίας — Άνδρες – Γυναίκες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Κύπελλο Ελλάδας — Άνδρες</w:t>
      </w:r>
    </w:p>
    <w:p>
      <w:pPr>
        <w:pStyle w:val="Style10"/>
        <w:rPr/>
      </w:pPr>
      <w:r>
        <w:rPr>
          <w:b/>
        </w:rPr>
        <w:t>Σκάκι:</w:t>
      </w:r>
      <w:r>
        <w:rPr/>
        <w:t xml:space="preserve"> Ομαδικό Κύπελλο Αττικής «Νίκος Στρόφαλης»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Πυροβόλων Όπλων (Βαθμολογία) — Άνδρες – Γυναίκες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Ομαδικών Αγωνισμάτων (Πυροβόλα Όπλα) — Άνδρες – Γυναίκες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Στάνταρντ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Ταχύτητας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(Πιστόλι Κεντρικής Πυροδότησης – Ομαδικό) — Άνδρες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(Τουφέκι Πρηνηδόν – Ομαδικό) — Γυναίκες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Αεροβόλων Όπλων (Βαθμολογία) — Νέοι Άνδρες – Νέες Γυναίκες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Ομαδικών Αγωνισμάτων (Αεροβόλα Όπλα) — Νέοι Άνδρες – Νέες Γυναίκες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Πιστόλι – Ομαδικό) — Νέες Γυναίκες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Τουφέκι – Ομαδικό) — Νέες Γυναίκες</w:t>
      </w:r>
    </w:p>
    <w:p>
      <w:pPr>
        <w:pStyle w:val="Style10"/>
        <w:rPr/>
      </w:pPr>
      <w:r>
        <w:rPr>
          <w:b/>
        </w:rPr>
        <w:t>Σκοποβολή (Σταθερός Στόχος):</w:t>
      </w:r>
      <w:r>
        <w:rPr/>
        <w:t xml:space="preserve"> Πρωτάθλημα Ελλάδας (Αεροβόλο Τουφέκι – Ομαδικό) — Παίδες Β΄</w:t>
      </w:r>
    </w:p>
    <w:p>
      <w:pPr>
        <w:pStyle w:val="Style10"/>
        <w:rPr/>
      </w:pPr>
      <w:r>
        <w:rPr>
          <w:b/>
        </w:rPr>
        <w:t>Σκοποβολή ΑμεΑ:</w:t>
      </w:r>
      <w:r>
        <w:rPr/>
        <w:t xml:space="preserve"> Πρωτάθλημα Ελλάδας — Γενική Βαθμολογία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(Ανοιχτός):</w:t>
      </w:r>
      <w:r>
        <w:rPr/>
        <w:t xml:space="preserve"> Διασυλλογικό Πρωτάθλημα Αθήνας — Άνδρες – Γυναίκες</w:t>
      </w:r>
    </w:p>
    <w:p>
      <w:pPr>
        <w:pStyle w:val="Style10"/>
        <w:rPr/>
      </w:pPr>
      <w:r>
        <w:rPr>
          <w:b/>
        </w:rPr>
        <w:t>Στίβος (Κλειστός):</w:t>
      </w:r>
      <w:r>
        <w:rPr/>
        <w:t xml:space="preserve"> Πρωτάθλημα Ελλάδας — Άνδρες</w:t>
      </w:r>
    </w:p>
    <w:p>
      <w:pPr>
        <w:pStyle w:val="Style10"/>
        <w:rPr/>
      </w:pPr>
      <w:r>
        <w:rPr>
          <w:b/>
        </w:rPr>
        <w:t>Στίβος (Κλειστός):</w:t>
      </w:r>
      <w:r>
        <w:rPr/>
        <w:t xml:space="preserve"> Πρωτάθλημα Ελλάδας — Γυναίκες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91" w:right="1134" w:gutter="0" w:header="397" w:top="1020" w:footer="454" w:bottom="102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1" w:characterSet="windows-1253"/>
    <w:family w:val="roman"/>
    <w:pitch w:val="variable"/>
  </w:font>
  <w:font w:name="Cambria">
    <w:charset w:val="a1" w:characterSet="windows-1253"/>
    <w:family w:val="roman"/>
    <w:pitch w:val="variable"/>
  </w:font>
  <w:font w:name="Roboto Slab">
    <w:charset w:val="a1" w:characterSet="windows-1253"/>
    <w:family w:val="roman"/>
    <w:pitch w:val="variable"/>
  </w:font>
  <w:font w:name="Calibri">
    <w:charset w:val="a1" w:characterSet="windows-1253"/>
    <w:family w:val="roman"/>
    <w:pitch w:val="variable"/>
  </w:font>
  <w:font w:name="Courier">
    <w:altName w:val="Courier New"/>
    <w:charset w:val="a1" w:characterSet="windows-1253"/>
    <w:family w:val="roman"/>
    <w:pitch w:val="variable"/>
  </w:font>
  <w:font w:name="Liberation Sans">
    <w:altName w:val="Arial"/>
    <w:charset w:val="a1" w:characterSet="windows-1253"/>
    <w:family w:val="swiss"/>
    <w:pitch w:val="variable"/>
  </w:font>
  <w:font w:name="Roboto Slab Medium">
    <w:charset w:val="a1" w:characterSet="windows-1253"/>
    <w:family w:val="roman"/>
    <w:pitch w:val="variable"/>
  </w:font>
  <w:font w:name="Times New Roman">
    <w:charset w:val="a1" w:characterSet="windows-1253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39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single" w:sz="4" w:space="3" w:color="1B5E20"/>
      </w:pBdr>
      <w:spacing w:before="0" w:after="60"/>
      <w:jc w:val="start"/>
      <w:rPr/>
    </w:pPr>
    <w:r>
      <w:rPr>
        <w:rFonts w:eastAsia="Roboto Slab" w:cs="Roboto Slab"/>
        <w:b/>
        <w:color w:val="1B5E20"/>
        <w:sz w:val="18"/>
      </w:rPr>
      <w:t>ΤΙΤΛΟΙ ΠΑΝΑΘΗΝΑΪΚΟΥ ΑΘΛΗΤΙΚΟΥ ΟΜΙΛΟΥ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40" w:before="0" w:after="0"/>
      <w:jc w:val="start"/>
    </w:pPr>
    <w:rPr>
      <w:rFonts w:ascii="Roboto Slab" w:hAnsi="Roboto Slab" w:eastAsia="Roboto Slab" w:cs="Roboto Slab"/>
      <w:color w:val="auto"/>
      <w:kern w:val="0"/>
      <w:sz w:val="23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pageBreakBefore w:val="false"/>
      <w:spacing w:before="480" w:after="200"/>
      <w:ind w:hanging="0" w:start="0"/>
      <w:outlineLvl w:val="0"/>
    </w:pPr>
    <w:rPr>
      <w:rFonts w:ascii="Calibri" w:hAnsi="Calibri" w:eastAsia="ＭＳ ゴシック" w:cs="" w:asciiTheme="majorHAnsi" w:cstheme="majorBidi" w:eastAsiaTheme="majorEastAsia" w:hAnsiTheme="majorHAnsi"/>
      <w:b w:val="false"/>
      <w:bCs/>
      <w:color w:val="1B5E20"/>
      <w:sz w:val="31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5">
    <w:name w:val="Επικεφαλίδα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6">
    <w:name w:val="Ευρετήριο"/>
    <w:basedOn w:val="Normal"/>
    <w:qFormat/>
    <w:pPr>
      <w:suppressLineNumbers/>
    </w:pPr>
    <w:rPr>
      <w:rFonts w:cs="Lucida Sans"/>
    </w:rPr>
  </w:style>
  <w:style w:type="paragraph" w:styleId="Style7">
    <w:name w:val="Κεφαλίδα και υποσέλιδο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Style5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-" w:customStyle="1">
    <w:name w:val="ΠΑΟ - Υποενότητα Αθλήματος"/>
    <w:basedOn w:val="Normal"/>
    <w:qFormat/>
    <w:pPr>
      <w:keepNext w:val="true"/>
      <w:spacing w:before="480" w:after="160"/>
    </w:pPr>
    <w:rPr>
      <w:rFonts w:ascii="Roboto Slab Medium" w:hAnsi="Roboto Slab Medium" w:eastAsia="Roboto Slab Medium" w:cs="Roboto Slab Medium"/>
      <w:b w:val="false"/>
      <w:color w:val="1B5E20"/>
      <w:sz w:val="26"/>
      <w:u w:val="none"/>
    </w:rPr>
  </w:style>
  <w:style w:type="paragraph" w:styleId="-1" w:customStyle="1">
    <w:name w:val="ΠΑΟ - Ομάδα Τίτλων"/>
    <w:basedOn w:val="Normal"/>
    <w:qFormat/>
    <w:pPr>
      <w:keepNext w:val="true"/>
      <w:spacing w:before="480" w:after="100"/>
    </w:pPr>
    <w:rPr>
      <w:rFonts w:ascii="Roboto Slab Medium" w:hAnsi="Roboto Slab Medium" w:eastAsia="Roboto Slab Medium" w:cs="Roboto Slab Medium"/>
      <w:b w:val="false"/>
      <w:color w:val="1F1F1F"/>
      <w:sz w:val="25"/>
      <w:u w:val="none"/>
    </w:rPr>
  </w:style>
  <w:style w:type="paragraph" w:styleId="-2" w:customStyle="1">
    <w:name w:val="ΠΑΟ - Κατηγορία"/>
    <w:basedOn w:val="Normal"/>
    <w:qFormat/>
    <w:pPr>
      <w:keepNext w:val="true"/>
      <w:spacing w:before="480" w:after="60"/>
      <w:ind w:start="0"/>
    </w:pPr>
    <w:rPr>
      <w:rFonts w:ascii="Roboto Slab Medium" w:hAnsi="Roboto Slab Medium" w:eastAsia="Roboto Slab Medium" w:cs="Roboto Slab Medium"/>
      <w:b w:val="false"/>
      <w:color w:val="1F1F1F"/>
      <w:sz w:val="23"/>
      <w:u w:val="single"/>
    </w:rPr>
  </w:style>
  <w:style w:type="paragraph" w:styleId="-3" w:customStyle="1">
    <w:name w:val="ΠΑΟ - Επίσημος Τίτλος"/>
    <w:basedOn w:val="Normal"/>
    <w:qFormat/>
    <w:pPr>
      <w:keepNext w:val="true"/>
      <w:spacing w:before="0" w:after="0"/>
      <w:ind w:start="0"/>
    </w:pPr>
    <w:rPr>
      <w:rFonts w:ascii="Roboto Slab" w:hAnsi="Roboto Slab" w:eastAsia="Roboto Slab" w:cs="Roboto Slab"/>
      <w:b w:val="false"/>
      <w:color w:val="1F1F1F"/>
      <w:sz w:val="23"/>
      <w:u w:val="none"/>
    </w:rPr>
  </w:style>
  <w:style w:type="paragraph" w:styleId="-4" w:customStyle="1">
    <w:name w:val="ΠΑΟ - Χρονολογία"/>
    <w:basedOn w:val="Normal"/>
    <w:qFormat/>
    <w:pPr>
      <w:keepLines/>
      <w:spacing w:before="0" w:after="220"/>
      <w:ind w:start="0"/>
    </w:pPr>
    <w:rPr>
      <w:rFonts w:ascii="Roboto Slab" w:hAnsi="Roboto Slab" w:eastAsia="Roboto Slab" w:cs="Roboto Slab"/>
      <w:b w:val="false"/>
      <w:color w:val="1F1F1F"/>
      <w:sz w:val="23"/>
      <w:u w:val="none"/>
    </w:rPr>
  </w:style>
  <w:style w:type="paragraph" w:styleId="-5" w:customStyle="1">
    <w:name w:val="ΠΑΟ - Ανεπίσημος Τίτλος"/>
    <w:basedOn w:val="Normal"/>
    <w:qFormat/>
    <w:pPr>
      <w:keepLines/>
      <w:spacing w:before="0" w:after="0"/>
      <w:ind w:start="0"/>
    </w:pPr>
    <w:rPr>
      <w:rFonts w:ascii="Roboto Slab" w:hAnsi="Roboto Slab" w:eastAsia="Roboto Slab" w:cs="Roboto Slab"/>
      <w:b w:val="false"/>
      <w:color w:val="1F1F1F"/>
      <w:sz w:val="23"/>
      <w:u w:val="none"/>
    </w:rPr>
  </w:style>
  <w:style w:type="paragraph" w:styleId="-6" w:customStyle="1">
    <w:name w:val="ΠΑΟ - Λίστα Τμημάτων"/>
    <w:basedOn w:val="Normal"/>
    <w:qFormat/>
    <w:pPr>
      <w:spacing w:before="0" w:after="60"/>
      <w:ind w:start="0"/>
    </w:pPr>
    <w:rPr>
      <w:rFonts w:ascii="Roboto Slab" w:hAnsi="Roboto Slab" w:eastAsia="Roboto Slab" w:cs="Roboto Slab"/>
      <w:b w:val="false"/>
      <w:color w:val="1F1F1F"/>
      <w:sz w:val="23"/>
      <w:u w:val="none"/>
    </w:rPr>
  </w:style>
  <w:style w:type="paragraph" w:styleId="-7" w:customStyle="1">
    <w:name w:val="ΠΑΟ - Τίτλος Περιεχομένων"/>
    <w:basedOn w:val="Normal"/>
    <w:qFormat/>
    <w:pPr>
      <w:keepNext w:val="true"/>
      <w:spacing w:before="0" w:after="200"/>
    </w:pPr>
    <w:rPr>
      <w:rFonts w:ascii="Times New Roman" w:hAnsi="Times New Roman"/>
      <w:b/>
      <w:color w:val="1B5E20"/>
      <w:sz w:val="31"/>
      <w:u w:val="none"/>
    </w:rPr>
  </w:style>
  <w:style w:type="paragraph" w:styleId="-8" w:customStyle="1">
    <w:name w:val="ΠΑΟ - Εγγραφή Περιεχομένων"/>
    <w:basedOn w:val="Normal"/>
    <w:qFormat/>
    <w:pPr>
      <w:spacing w:before="0" w:after="40"/>
      <w:ind w:hanging="0" w:start="0"/>
    </w:pPr>
    <w:rPr>
      <w:rFonts w:ascii="Times New Roman" w:hAnsi="Times New Roman"/>
      <w:b w:val="false"/>
      <w:color w:val="1F1F1F"/>
      <w:sz w:val="21"/>
      <w:u w:val="none"/>
    </w:rPr>
  </w:style>
  <w:style w:type="paragraph" w:styleId="-9" w:customStyle="1">
    <w:name w:val="ΠΑΟ - Σημειώσεις Κεφαλίδα"/>
    <w:basedOn w:val="Normal"/>
    <w:qFormat/>
    <w:pPr>
      <w:keepNext w:val="true"/>
      <w:spacing w:before="480" w:after="160"/>
    </w:pPr>
    <w:rPr>
      <w:rFonts w:ascii="Roboto Slab Medium" w:hAnsi="Roboto Slab Medium" w:eastAsia="Roboto Slab Medium" w:cs="Roboto Slab Medium"/>
      <w:b w:val="false"/>
      <w:color w:val="1F1F1F"/>
      <w:sz w:val="25"/>
      <w:u w:val="none"/>
    </w:rPr>
  </w:style>
  <w:style w:type="paragraph" w:styleId="-10" w:customStyle="1">
    <w:name w:val="ΠΑΟ - Σημειώσεις"/>
    <w:basedOn w:val="Normal"/>
    <w:qFormat/>
    <w:pPr>
      <w:spacing w:before="0" w:after="60"/>
      <w:ind w:hanging="198" w:start="198"/>
    </w:pPr>
    <w:rPr>
      <w:rFonts w:ascii="Roboto Slab" w:hAnsi="Roboto Slab" w:eastAsia="Roboto Slab" w:cs="Roboto Slab"/>
      <w:b w:val="false"/>
      <w:color w:val="1F1F1F"/>
      <w:sz w:val="21"/>
      <w:u w:val="none"/>
    </w:rPr>
  </w:style>
  <w:style w:type="paragraph" w:styleId="Style8" w:customStyle="1">
    <w:name w:val="Χρονολογικός Τίτλος Εγγράφου"/>
    <w:qFormat/>
    <w:pPr>
      <w:widowControl/>
      <w:bidi w:val="0"/>
      <w:spacing w:lineRule="auto" w:line="276" w:before="0" w:after="100"/>
      <w:jc w:val="start"/>
    </w:pPr>
    <w:rPr>
      <w:rFonts w:ascii="Roboto Slab Medium" w:hAnsi="Roboto Slab Medium" w:eastAsia="ＭＳ 明朝" w:cs=""/>
      <w:color w:val="1B5E20"/>
      <w:kern w:val="0"/>
      <w:sz w:val="40"/>
      <w:szCs w:val="22"/>
      <w:lang w:val="en-US" w:eastAsia="en-US" w:bidi="ar-SA"/>
    </w:rPr>
  </w:style>
  <w:style w:type="paragraph" w:styleId="Style9" w:customStyle="1">
    <w:name w:val="Χρονολογικό Έτος"/>
    <w:qFormat/>
    <w:pPr>
      <w:keepNext w:val="true"/>
      <w:widowControl/>
      <w:bidi w:val="0"/>
      <w:spacing w:lineRule="auto" w:line="276" w:before="200" w:after="60"/>
      <w:jc w:val="start"/>
    </w:pPr>
    <w:rPr>
      <w:rFonts w:ascii="Roboto Slab Medium" w:hAnsi="Roboto Slab Medium" w:eastAsia="ＭＳ 明朝" w:cs=""/>
      <w:color w:val="1B5E20"/>
      <w:kern w:val="0"/>
      <w:sz w:val="28"/>
      <w:szCs w:val="22"/>
      <w:lang w:val="en-US" w:eastAsia="en-US" w:bidi="ar-SA"/>
    </w:rPr>
  </w:style>
  <w:style w:type="paragraph" w:styleId="Style10" w:customStyle="1">
    <w:name w:val="Χρονολογική Καταχώριση"/>
    <w:qFormat/>
    <w:pPr>
      <w:widowControl/>
      <w:bidi w:val="0"/>
      <w:spacing w:lineRule="auto" w:line="240" w:before="0" w:after="0"/>
      <w:jc w:val="start"/>
    </w:pPr>
    <w:rPr>
      <w:rFonts w:ascii="Roboto Slab" w:hAnsi="Roboto Slab" w:eastAsia="ＭＳ 明朝" w:cs=""/>
      <w:color w:val="1F1F1F"/>
      <w:kern w:val="0"/>
      <w:sz w:val="21"/>
      <w:szCs w:val="22"/>
      <w:lang w:val="en-US" w:eastAsia="en-US" w:bidi="ar-SA"/>
    </w:rPr>
  </w:style>
  <w:style w:type="paragraph" w:styleId="Style11" w:customStyle="1">
    <w:name w:val="Χρονολογικό Κενό"/>
    <w:qFormat/>
    <w:pPr>
      <w:widowControl/>
      <w:bidi w:val="0"/>
      <w:spacing w:lineRule="auto" w:line="276" w:before="0" w:after="0"/>
      <w:jc w:val="start"/>
    </w:pPr>
    <w:rPr>
      <w:rFonts w:ascii="Roboto Slab" w:hAnsi="Roboto Slab" w:eastAsia="ＭＳ 明朝" w:cs=""/>
      <w:i w:val="false"/>
      <w:color w:val="4A4A4A"/>
      <w:kern w:val="0"/>
      <w:sz w:val="21"/>
      <w:szCs w:val="22"/>
      <w:lang w:val="en-US" w:eastAsia="en-US" w:bidi="ar-SA"/>
    </w:rPr>
  </w:style>
  <w:style w:type="numbering" w:styleId="Style12" w:default="1">
    <w:name w:val="Χωρίς κατάλογο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LibreOffice/26.2.6.3$Windows_X86_64 LibreOffice_project/8221e31b3ac356a1623c672912a3d2b492f7e3d1</Application>
  <AppVersion>15.0000</AppVersion>
  <Pages>26</Pages>
  <Words>13142</Words>
  <Characters>104727</Characters>
  <CharactersWithSpaces>118351</CharactersWithSpaces>
  <Paragraphs>2036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Παναθηναϊκός Αθλητικός Όμιλος</dc:creator>
  <dc:description>Αισθητική v7: κοντύτερη γραμμή εξωφύλλου, regular σημείωση, καθαρότερη ιεραρχία αθλημάτων, μικρότερο έτος ίδρυσης.</dc:description>
  <cp:keywords>Παναθηναϊκός τίτλοι αθλητισμός</cp:keywords>
  <dc:language>el-GR</dc:language>
  <cp:lastModifiedBy/>
  <dcterms:modified xsi:type="dcterms:W3CDTF">2013-12-23T23:15:00Z</dcterms:modified>
  <cp:revision>1</cp:revision>
  <dc:subject>Εγκεκριμένη έκδοση με ενιαία σειρά όπλων στους επίσημους τίτλους του Σταθερού Στόχου, χωρίς μετακίνηση μεταξύ χρονικών ομάδων</dc:subject>
  <dc:title>Οι Τίτλοι του Παναθηναϊκού Αθλητικού Ομίλου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