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SlabHarmonizedMedium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 w:before="0"/>
        <w:jc w:val="center"/>
      </w:pPr>
      <w:r>
        <w:rPr>
          <w:rFonts w:ascii="Roboto Slab" w:hAnsi="Roboto Slab" w:eastAsia="Roboto Slab" w:cs="Roboto Slab"/>
        </w:rPr>
      </w:r>
      <w:r>
        <w:drawing>
          <wp:inline xmlns:a="http://schemas.openxmlformats.org/drawingml/2006/main" xmlns:pic="http://schemas.openxmlformats.org/drawingml/2006/picture">
            <wp:extent cx="786384" cy="7863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786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ΟΙ ΤΙΤΛΟΙ ΤΟΥ</w:t>
        <w:br/>
      </w: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ΠΑΝΑΘΗΝΑΪΚΟΥ</w:t>
        <w:br/>
      </w: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ΑΘΛΗΤΙΚΟΥ ΟΜΙΛΟΥ</w:t>
      </w:r>
    </w:p>
    <w:p>
      <w:pPr>
        <w:spacing w:after="440"/>
        <w:ind w:left="1533" w:right="1533"/>
        <w:jc w:val="center"/>
        <w:keepLines/>
        <w:pBdr>
          <w:bottom w:val="single" w:sz="10" w:space="7" w:color="1B5E20"/>
        </w:pBdr>
        <w:suppressAutoHyphens w:val="1"/>
      </w:pPr>
      <w:r>
        <w:rPr>
          <w:rFonts w:ascii="Roboto Slab" w:hAnsi="Roboto Slab" w:eastAsia="Roboto Slab" w:cs="Roboto Slab"/>
          <w:b w:val="0"/>
          <w:color w:val="4F5851"/>
          <w:sz w:val="21"/>
        </w:rPr>
        <w:t>(Καταγεγραμμένοι έως σήμερα)</w:t>
      </w:r>
    </w:p>
    <w:p>
      <w:pPr>
        <w:keepLines/>
        <w:spacing w:after="1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F1F1F"/>
          <w:sz w:val="32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b w:val="0"/>
          <w:color w:val="1B5E20"/>
          <w:sz w:val="32"/>
        </w:rPr>
        <w:t>1.896</w:t>
      </w:r>
    </w:p>
    <w:p>
      <w:pPr>
        <w:keepLines/>
        <w:spacing w:after="1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F1F1F"/>
          <w:sz w:val="32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b w:val="0"/>
          <w:color w:val="1B5E20"/>
          <w:sz w:val="32"/>
        </w:rPr>
        <w:t>837</w:t>
      </w:r>
    </w:p>
    <w:p>
      <w:pPr>
        <w:keepLines/>
        <w:spacing w:before="360"/>
        <w:jc w:val="center"/>
        <w:suppressAutoHyphens w:val="1"/>
      </w:pPr>
      <w:r>
        <w:rPr>
          <w:rFonts w:ascii="Roboto Slab" w:hAnsi="Roboto Slab" w:eastAsia="Roboto Slab" w:cs="Roboto Slab"/>
          <w:b w:val="0"/>
          <w:i w:val="0"/>
          <w:color w:val="4F5851"/>
          <w:sz w:val="19"/>
        </w:rPr>
        <w:t>Τα αθλήματα παρουσιάζονται αλφαβητικά</w:t>
      </w:r>
      <w:r>
        <w:rPr>
          <w:rFonts w:ascii="Roboto Slab" w:hAnsi="Roboto Slab" w:eastAsia="Roboto Slab" w:cs="Roboto Slab"/>
          <w:b w:val="0"/>
          <w:i w:val="0"/>
          <w:color w:val="4F5851"/>
          <w:sz w:val="19"/>
        </w:rPr>
      </w:r>
    </w:p>
    <w:p>
      <w:pPr/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ΑΡΣΗ ΒΑΡΩΝ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1958)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2019, 2021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1959, 1964, 1965, 1966, 1967, 1968, 1969, 2023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1961, 1963, 1965, 1966, 1967, 1968, 1969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1966, 1968, 2019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Γεωργίου Καλαφάτη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προς τιμήν Ολυμπιονίκη Δημητρίου Τόφαλου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(Παναθηναϊκός – Ολυμπιακός Πειραιώς –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«Lift for Life», Θεσσαλονίκη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ΒΟΛΕΪ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1921, 1944, 1951, 1952, 1959, 1960, 1963, 1965, 1966, 1967, 1970, 1971, 1972, 1973, 1975, 1977, 1982, 1984, 1985, 1986, 1995, 1996, 2004, 2006, 2020, 2022, 2025, 2026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1959, 1982, 1984, 1985, 2007, 2008, 2010, 2026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Λιγκ Καπ «Νίκος Σαμαράς»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2020, 2022, 2023, 2024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«21ης Απριλίου»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1965, 1982, 2019, 2020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1963, 1964, 1965, 1970, 1971, 1972, 1973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1974, 1982, 1983, 1984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2007, 2013, 2017, 2018, 2019, 2020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2016, 2017, 2021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Νέου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Αθηναϊκών – Πειραϊκών Ομάδων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«Απόστολος Νικολαΐδης»,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Θεσσαλονίκης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Ζαφειράκη Νάουσας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Κτησιφώντα Παιανίας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Ιωαννίνων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Κτησιφώντα Παιανίας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Μιχάλη Τριανταφυλλίδη,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Πάτρας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Ρεθύμνου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«Παναγιώτης Αδαμόπουλος»,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«Άννα Σπαντόνι», Ριέτι,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«Σωτήρης Τσερκέζης», Ορεστιάδα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«Τάσης Μάρκος», Παραλίμνι,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«Άρης Παπανδρέου»,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Φιλίας,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Ολυμπιάδας Πάτρας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«Γιώργος Κοζής»,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«Δημήτρης Καλαϊτζής», Ριζούπολη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Paralimni Volleyball Tournament,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Φιλανθρωπικό Τουρνουά ΟΦΗ,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Spirito di Squadra, Γκούμπιο,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ΝΟΠΕ Ρεθύμνου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ΝΟΠΕ Ρεθύμνου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Σμυρναίος», Μολάοι Λακωνίας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ΒΟΛΕΪ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1970, 1971, 1972, 1973, 1977, 1978, 1979, 1982, 1983, 1985, 1988, 1990, 1991, 1992, 1993, 1998, 2000, 2005, 2006, 2007, 2008, 2009, 2010, 2011, 2022, 2023, 2024, 2026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2005, 2006, 2008, 2009, 2010, 2022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Πανεπαρχιακό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1971, 1972, 1973, 1974, 1976, 1977, 1978, 1981, 1982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2006, 2007, 2010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1991, 2013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1990, 1991, 2013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 – Εκτός Συναγωνισμού 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«Απόστολος Νικολαΐδης»,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«Αντώνης Μαντζαβελάκης»,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Γρεβενών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Κερατσινίου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100 ετών Πανελληνίου ΓΣ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Γρεβενών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«Αποστόλεια», Κοζάνη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Novotel – Caan, Βύρωνας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«Ηραία 2002», Πύργος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Άργους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ΖΑΟΝ Κηφισιάς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Παπαθανασίου», Βούλα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ΕΑΠ «Black and White»,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«Λεωνίδεια»,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«Ιλίσια Ελπίδα»,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«Ιλίσια Ελπίδα»,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Σμυρναίος», Μολάοι Λακωνίας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Ρόδου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ΕΝΟΡΓΑΝΗ ΓΥΜΝΑΣΤΙΚΗ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1993, 1994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«Ευρίπεια 1982» (Ομαδικό)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ΕΠΙΤΡΑΠΕΖΙΑ ΑΝΤΙΣΦΑΙΡΙΣΗ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1939)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61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(Γενική Βαθμολογία Ατομικών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ETTU Europe Trophy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1951, 1952, 1955, 1956, 1959, 1960, 1961, 1962, 1966, 1968, 1975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1965, 1966, 1969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Κωνσταντινούπολης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Κύπελλα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2018, 2022, 2023, 2025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1958, 1959, 1960, 1961, 1962, 1963, 1964, 1968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Κύπελλα Πόλεων (Αθήνα)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1973, 1974, 1975, 1976, 1977, 1978, 1979, 1982, 1983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ETTU Europe Trophy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1972, 1973, 1974, 2026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Πόλεων (Αθήνα)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1962, 1963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 Ατομικών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Νέας Ιωνίας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ΑΣ Πέρα Αθηνών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ESPORTS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ΥποενότηταΑθλήματος"/>
      </w:pPr>
      <w:r>
        <w:t>LEAGUE OF LEGENDS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1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League of Legends (ΔΕΘ)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ΥποενότηταΑθλήματος"/>
      </w:pPr>
      <w:r>
        <w:t>PUBG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1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ΕπίσημοςΤίτλος"/>
        <w:keepNext/>
      </w:pPr>
      <w:r>
        <w:t>1 PUBG Greek Series – Summer Showdown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ΥποενότηταΑθλήματος"/>
      </w:pPr>
      <w:r>
        <w:t>FIFA / EFOOTBALL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VPG Superleague FIFA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ΕπίσημοςΤίτλος"/>
        <w:keepNext/>
      </w:pPr>
      <w:r>
        <w:t>1 Πρωτάθλημα Ελλάδας FIFA</w:t>
      </w:r>
    </w:p>
    <w:p>
      <w:pPr>
        <w:pStyle w:val="ΠΑΟ-Χρονολογία"/>
        <w:keepLines/>
      </w:pPr>
      <w:r>
        <w:t>2021</w:t>
      </w:r>
    </w:p>
    <w:p>
      <w:pPr>
        <w:pStyle w:val="ΠΑΟ-ΕπίσημοςΤίτλος"/>
        <w:keepNext/>
      </w:pPr>
      <w:r>
        <w:t>1 Κύπελλο Ελλάδας FIFA</w:t>
      </w:r>
    </w:p>
    <w:p>
      <w:pPr>
        <w:pStyle w:val="ΠΑΟ-Χρονολογία"/>
        <w:keepLines/>
      </w:pPr>
      <w:r>
        <w:t>2021</w:t>
      </w:r>
    </w:p>
    <w:p>
      <w:pPr>
        <w:pStyle w:val="ΠΑΟ-ΕπίσημοςΤίτλος"/>
        <w:keepNext/>
      </w:pPr>
      <w:r>
        <w:t>1 Πρωτάθλημα HFP Tag Teams – Balkan Edition (eFootball)</w:t>
      </w:r>
    </w:p>
    <w:p>
      <w:pPr>
        <w:pStyle w:val="ΠΑΟ-Χρονολογία"/>
        <w:keepLines/>
      </w:pPr>
      <w:r>
        <w:t>2023</w:t>
      </w:r>
    </w:p>
    <w:p>
      <w:pPr>
        <w:pStyle w:val="ΠΑΟ-ΕπίσημοςΤίτλος"/>
      </w:pPr>
      <w:r>
        <w:t>1 Πρωτάθλημα Ελλάδας eFootball PES</w:t>
      </w:r>
    </w:p>
    <w:p>
      <w:pPr>
        <w:pStyle w:val="ΠΑΟ-Χρονολογία"/>
      </w:pPr>
      <w: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HFP Gaming – Esports Leagues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ΥποενότηταΑθλήματος"/>
      </w:pPr>
      <w:r>
        <w:t>BASKETBALL / NBA 2K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</w:pPr>
      <w:r>
        <w:t>1 Cyber EuroLeague</w:t>
      </w:r>
    </w:p>
    <w:p>
      <w:pPr>
        <w:pStyle w:val="ΠΑΟ-Χρονολογία"/>
      </w:pPr>
      <w:r>
        <w:t>2026</w:t>
      </w:r>
    </w:p>
    <w:p>
      <w:pPr>
        <w:pStyle w:val="ΠΑΟ-ΥποενότηταΑθλήματος"/>
      </w:pPr>
      <w:r>
        <w:t>RAINBOW SIX SIEGE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2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2022, 2023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ΥποενότηταΑθλήματος"/>
      </w:pPr>
      <w:r>
        <w:t>COUNTER-STRIKE: GLOBAL OFFENSIVE</w:t>
      </w:r>
    </w:p>
    <w:p>
      <w:pPr>
        <w:pStyle w:val="ΠΑΟ-Κατηγορία"/>
      </w:pPr>
      <w: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LouvardGame, Σαρλερουά, Βέλγιο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ΘΑΛΑΣΣΙΟ ΣΚΙ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1965)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«Ποσειδώνος»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«21ης Απριλίου»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ΚΑΤΑΔΥΣΕΙΣ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1969, 1972, 1975, 2015, 2016, 2017, 2023, 2024, 2025, 2026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2015, 2016, 2017, 2019, 2023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Α΄ – Β΄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2013, 2014, 2015, 2023, 2024, 2026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Α΄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2013, 2014, 2015, 2016, 2023, 2024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Α΄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Β΄ – Γ΄ – Δ΄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Άνοιξης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Χριστουγέννων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Γ΄ – Δ΄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2013, 2018, 2019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Χριστουγέννων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2014, 2015, 2017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Γ΄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2013, 2018, 2019, 2021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Γ΄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ΚΟΛΥΜΒΗΣΗ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1925)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1944, 1952, 1953, 1954, 1955, 1956, 1957, 1958, 1963, 1964, 1965, 1966, 1968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1953, 1954, 1958, 1960, 1962, 1963, 1964, 1965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Χειμερινά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Κολυμβητικών Ημερίδων ΕΚΟΦ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1955, 1963, 1964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Κολυμβητικών Ημερίδων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 (Α΄), 1955 (Β΄), 1955 (Γ΄), 1955 (Δ΄)</w:t>
      </w:r>
    </w:p>
    <w:p>
      <w:pPr>
        <w:pStyle w:val="ΠΑΟ-Κατηγορία"/>
      </w:pPr>
      <w:r>
        <w:t>Masters – 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Κύπελλο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</w:pPr>
      <w:r>
        <w:t>Masters –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2018, 2019, 2020, 2021, 2022, 2023, 2024, 2025, 2026</w:t>
      </w:r>
    </w:p>
    <w:p>
      <w:pPr>
        <w:pStyle w:val="ΠΑΟ-Κατηγορία"/>
      </w:pPr>
      <w:r>
        <w:t>Masters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Ελπίδες – Αβράβευτοι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1969, 1971, 1974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 Κατηγοριών Α΄ – Β΄ – Γ΄ – Δ΄ – Ε΄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1975, 1976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1970, 1971, 1972, 1973, 1982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1971, 1972, 1973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Γ΄ – Δ΄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Γ΄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1997, 1998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Α΄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– 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Β΄ – Γ΄ – Δ΄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Ε΄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Τυπάλδεια, Ληξούρι Κεφαλονιάς (διοργανωτής: Παλληξουριακός)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Τυπάλδεια, Ληξούρι Κεφαλονιάς (διοργανωτής: Παλληξουριακός)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Παναρκαδικοί Αγώνες Άστρους Κυνουρίας (διοργανωτής: ΓΣ Αχιλλεύς)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Παναθήναια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Αθηνών, Μαρούσι (διοργανωτής: ΝΟ Λυκόβρυσης – Πεύκης)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Νηρέα Χαλανδρίου,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Βενιζέλειοι Αγώνες (διοργανωτής: ΝΟ Χανίων)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Masters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Έφηβοι – 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Ρέστεια (διοργανωτής: ΑΟ Παλαιού Φαλήρου)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Τζελάτεια (διοργανωτής: ΝΟ Βουλιαγμένης)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Τζελάτεια (διοργανωτής: ΝΟ Βουλιαγμένης)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Άνοιξης (διοργανωτής: ΝΟ Πατρών)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– Παγκορασίδες Α΄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– Παγκορασίδες Β΄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Αθηνών, Μαρούσι (διοργανωτής: ΝΟ Λυκόβρυσης – Πεύκης)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12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11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10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ΚΟΛΥΜΒΗΣΗ ΑΝΟΙΧΤΗΣ ΘΑΛΑΣΣΑΣ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</w:t>
      </w:r>
    </w:p>
    <w:p>
      <w:pPr>
        <w:pStyle w:val="ΠΑΟ-Κατηγορία"/>
      </w:pPr>
      <w:r>
        <w:t>Masters – 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2020, 2022, 2026</w:t>
      </w:r>
    </w:p>
    <w:p>
      <w:pPr>
        <w:pStyle w:val="ΠΑΟ-Κατηγορία"/>
      </w:pPr>
      <w:r>
        <w:t>Masters –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2020, 2024, 2026</w:t>
      </w:r>
    </w:p>
    <w:p>
      <w:pPr>
        <w:pStyle w:val="ΠΑΟ-Κατηγορία"/>
      </w:pPr>
      <w:r>
        <w:t>Masters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Masters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Κολυμβητική Λίγκα WSL (διοργανώτρια: WhyNot)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ΜΟΝΤΕΡΝΟ ΠΕΝΤΑΘΛΟ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1977)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Τριάθλου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Διάθλου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Τριάθλου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U17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Triathle)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Laser Run)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Α΄ – Παγκορασίδες Α΄ U15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2021, 2022, 2023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 – Παγκορασίδες Β΄ U13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Triathle)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Διηπειρωτικό Κύπελλο FIBA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Ευρώπης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1996, 2000, 2002, 2007, 2009, 2011, 2024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41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1921, 1946, 1947, 1950, 1951, 1954, 1961, 1962, 1967, 1969, 1971, 1972, 1973, 1974, 1975, 1977, 1980, 1981, 1982, 1984, 1998, 1999, 2000, 2001, 2003, 2004, 2005, 2006, 2007, 2008, 2009, 2010, 2011, 2013, 2014, 2017, 2018, 2019, 2020, 2021, 2024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22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1979, 1982, 1983, 1986, 1993, 1996, 2003, 2005, 2006, 2007, 2008, 2009, 2012, 2013, 2014, 2015, 2016, 2017, 2019, 2021, 2025, 2026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1946, 1950, 1952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1947, 1948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ΕΣΚΑ «Αλέκος Αποστολίδης»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1950, 1951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ΣΠΑΚΕ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2017, 2018, 2019, 2022, 2023, 2025, 2026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2012, 2015, 2016, 2023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Rising Stars (ΕΟΚ)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1946, 1947, 1952, 1956, 1960, 1975, 1991, 1992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2011, 2012, 2013, 2014, 2015, 2016, 2022, 2023, 2024, 2025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2010, 2018, 2020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2001, 2005, 2009, 2010, 2012, 2018, 2020, 2022, 2025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2007, 2008, 2009, 2010, 2012, 2016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 U14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112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υπέρ Πολεμιστών Κονίτσης,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Φουστάνου,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Σπόρτιγκ,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Εορτών,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Ιμβραημίας, Αλεξάνδρεια, Αίγυπτος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Σπόρτιγκ,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Κοντογιάννη,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«ΟΧΙ»,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Πανελληνίου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Αιθιοπίας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Αμερικανικού Στόλου «Σαρατόγκα»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«Μακάρεια»,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Κολοσσού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«Φιλία ’84»,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Σπόρτιγκ, Πατήσια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Ολυμπιακού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Τράπανι,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Παλέρμο,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Φουενλαμπράδα,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Πόρτο, Πορτογαλία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«Ciudad de Palencia», Παλένθια,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«Euroclassic», Πέζαρο,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«Caretta Sunball»,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Σρέτσε,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«Terme di Castrocaro», Φορλί,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Real Madrid Christmas Tournament, Μαδρίτη,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«Belgrade Trophy ’99», Βελιγράδι,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«Βάκης Παρασκευόπουλος»,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Χέμοφαρμ, Βρσατς,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«Τάσος Κουταλιανός», Ρόδος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«Interwetten», Λεμεσός,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«Interwetten», Λεμεσός,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προς τιμήν Ίζτοκ Ρεμς,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Μέταλατς Βάλιεβο,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«Alexander Gomelsky Cup», Μόσχα, Ρωσία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«Love Cyprus»,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Κρούσεβατς,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Λέφσκι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«Πέτρος Οικονομάκης»,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«Πέτρος Οικονομάκης»,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«Diamonds are forever»,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Orange Trophy,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Φάσουρας», Περιστέρι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Cedevita Tournament,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«Νεόφυτος Χανδριώτης»,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ΑΣ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Πρωτοχρονιάς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Σχολής Ναυτικών Δοκίμων</w:t>
      </w:r>
      <w:r>
        <w:rPr>
          <w:rFonts w:ascii="Roboto Slab" w:hAnsi="Roboto Slab" w:eastAsia="Roboto Slab" w:cs="Roboto Slab"/>
          <w:b w:val="0"/>
        </w:rPr>
        <w:t>, Πειραιάς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ΓΣ Περιστερίου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Περιηγητικής Λέσχης Παγκρατίου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Χριστουγεννιάτικο Τουρνουά Πανιωνίου,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ΑΕΚΤ, Καλλιθέα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«Μεροπίς 2008», Κως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Κέρκυρας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Κέρκυρας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Stella Azzurra, Ρώμη, Ιταλία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Πειραϊκού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Τυφώνα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«Αντώνης Σκυλογιάννης»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Βελγίου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Αμύντα Υμηττού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Περισσού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Σουηδίας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«Μανόλης Ανδρόνικος», Περισσός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Ικάρου Καλλιθέας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Έσπερος Καλλιθέας –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Πανελευσινιακού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FIBA Endorsed Tournament ΟΠΑΝΔΑ (3×3)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Legacy Tournament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Easter Basketball Cup, Λουτράκι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Πέζαρο,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Xbox One Cup,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(3×3)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Teleunicom Cup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Legacy Tournament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EVOQ Challenge Cup, Κωνσταντινούπολη, Τουρκία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Αγόρια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Ερμούπολης, Σύρος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Xbox One Cup,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«Mini 2003»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 Μίνι Αγόρια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Παλατιανής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Ικάρου Καλλιθέας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Προσφοράς και Αλληλεγγύης Δήμου Αθηναίων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1937)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1998, 2000, 2005, 2013, 2021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2000, 2023, 2024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2014, 2016, 2017, 2018, 2019, 2022, 2023, 2024, 2025, 2026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2016, 2017, 2022, 2026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2015, 2016, 2017, 2019, 2020, 2021, 2022, 2023, 2024, 2025, 2026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2018, 2023, 2025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«Τάκης Κοντούζογλου»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Παλαιού Φαλήρου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«Μπιζάνεια», Καλλιθέα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Μαρίνος»,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Μαρίνος»,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«Χάρης Πασσανικολάκης», Κως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«Βασίλης Σακόπουλος», Πατήσια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ΚΑΟ Μελισσίων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ΚΑΟ Μελισσίων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«Μπιζάνεια», Καλλιθέα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 – Β΄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Καλλικράτειας Χαλκιδικής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10 λεπτών (Παναθηναϊκός – Καλύβια – Λαγονήσι – Γέρακας)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Waterfall Magic Basket, Έδεσσα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ΜΕ ΑΜΑΞΙΔΙΟ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</w:pPr>
      <w:r>
        <w:t>1 Τουρνουά Παραολυμπιακού Πανοράματος (3×3)</w:t>
      </w:r>
    </w:p>
    <w:p>
      <w:pPr>
        <w:pStyle w:val="ΠΑΟ-Χρονολογία"/>
      </w:pPr>
      <w:r>
        <w:t>2021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Mercedes-Benz Hellas, Νέα Κηφισιά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Alphamega International Cup, Λευκωσία, Κύπρος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ΜΕ ΝΟΗΤΙΚΗ ΑΝΑΠΗΡΙΑ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2022)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ΜΠΕΪΖΜΠΟΛ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ΞΙΦΑΣΚΙΑ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93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1963, 1965, 1967, 1968, 1969, 1970, 1971, 1972, 1973, 1974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Ελλάδας (Γενική Βαθμολογία Ομαδικών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1964, 1965, 1967, 1968, 1969, 1970, 1971, 1973, 1974, 1975, 1977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 περιόδου 1964–1965)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15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1963, 1965, 1966, 1967, 1968, 1969, 1970, 1971, 1972, 1973, 1974, 1975, 1976, 1978, 1980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ΜΟΝΟΜΑΧΙΑΣ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14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1964, 1965, 1966, 1967, 1969, 1970, 1971, 1973, 1974, 1975, 1976, 1977, 1980, 2017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Ομοσπονδίας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1965, 1967, 1968, 1969, 1970, 1971, 1973, 1975, 1977, 1978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ΣΠΑΘΗ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1964, 1970, 1971, 1973, 1974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1963, 1964, 1965, 1967, 1968, 1969, 1970, 1971, 1973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ΜΟΝΟΜΑΧΙΑΣ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1965, 1967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1963, 1965, 1967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ΣΠΑΘΗ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1963, 1964, 1965, 1967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Στέφανου Ζήντζου (διοργανωτής: Πανελλήνιος ΓΣ)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Στέφανου Ζήντζου (διοργανωτής: Πανελλήνιος ΓΣ)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ΞΙΦΑΣΚΙΑ ΜΕ ΑΜΑΞΙΔΙΟ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2021, 2022, 2023, 2024, 2025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ΠΑΛΗ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15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ΕΛΛΗΝΟΡΩΜΑΪΚΗ ΠΑΛΗ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1981, 1985, 1986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Αβράβευτοι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ΕΛΕΥΘΕΡΑ ΠΑΛΗ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ΠΑΛΗ ΣΕ ΑΜΜΟ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 U15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ΠΑΡΑΚΑΝΟΕ (έτος ίδρυσης: 2021)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/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ΠΑΡΑΜΠΑΝΤΜΙΝΤΟΝ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2020)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ΠΟΔΗΛΑΣΙΑ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164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(Δρόμος – Πίστα)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1967, 1969, 1970, 1973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ΔΡΟΜΟΥ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(Δρόμος)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1934, 1951, 1952, 1969, 1970, 1971, 1973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1940, 1958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1954, 1965, 1970, 1972, 1973, 1980, 1981, 1982, 1983, 1984, 1985, 1989, 1990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(Ταχύτητα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1955, 1965, 1979, 1982, 1983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(Ανάβαση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1967, 1968, 1970, 1974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(Ζεύγη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1968, 1969, 1970, 1971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(1 Ώρα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(Σκυταλοδρομία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Θεσσαλονίκη»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Πάτρα»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Καρδίτσα»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Χαλκίδα»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Αναπτυξιακό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Κεντρικής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Αττικής (Γενική Βαθμολογία ΤΕΠΑ)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Αττικής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1954, 1957, 1963, 1964, 1965, 1966, 1969, 1970, 1971, 1973, 1974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1957, 1959, 1961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21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1964, 1965, 1966, 1969, 1970, 1971, 1973, 1979, 1980, 1981, 1982, 1983, 1984, 1985, 1986, 1987, 1988, 1989, 1991, 1992, 1993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Διασυλλογικά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1964, 1967, 1971 (Α΄), 1971 (Β΄), 1986, 1990 (Α΄), 1990 (Β΄)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Γύροι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Αττικής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1963, 1964, 1966, 1968, 1970, 1973, 1974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1964, 1966, 1967, 1968, 1970, 1971, 1973, 1974, 1975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1934, 1956, 1957, 1961, 1962, 1964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(Σπριντ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(Ταχύτητα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(Ζεύγη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(Σκυταλοδρομία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Διασυλλογικά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 (Α΄), 1961 (Β΄), 1962, 1963, 1964, 1967, 1970, 1971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Αρχάριοι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(Γενική Βαθμολογία ΤΕΠΑ)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(Γενική Βαθμολογία ΕΟΠ)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1978, 1979, 1980, 1982, 1983, 1990, 1991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1977, 1978, 1979, 1980, 1982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Αίγιο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Χαλκίδα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Νέας Φιλαδέλφειας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Νίκαια – Μέγαρα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Τρίπολη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Λιβαδειά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Φιλοθέης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Πειραιά (διοργανώτρια: Δάφνη Πειραιώς)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Νίκαια – Μέγαρα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Άλιμος – Σούνιο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Κουκουβάουνες – Τατόι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ΣΕΓΑΣ)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117 χλμ. Άλιμος – Σούνιο – Άλιμος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Καστελόριζου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60 ετών Παναθηναϊκού (Αθήνα – Σούνιο – Αθήνα)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ΑΟ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Λάρισας (διοργανωτής: ΓΣ Λαρίσης)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Φιλοθέης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Επιτροπή Ολυμπιακών Αγώνων)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«Σπύρος Λούης»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Επιτροπή Ολυμπιακών Αγώνων)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Παναγοπούλεια (διοργανωτής: ΑΟ Αγρινίου)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Αιγάλεω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Παναγοπούλεια (διοργανωτής: ΑΟ Αγρινίου)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Μαλακάσα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Αθήνας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«Αφαία»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Αίγινας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Αίγινας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Τρανοπούλεια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Αττικού Άλσους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Ελίκεια ’84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Ρεθύμνου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Σουνίου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(διοργανωτές: Παναθηναϊκός –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Δροσιάς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Λούεια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66 χλμ. Πανεπιστημιούπολης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66 χλμ. Πανεπιστημιούπολης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Γαλατσίου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«Κρεμαστός Λαγός»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Άνοιξης (διοργανωτής: Τάλως Χανίων)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(Α΄, 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(Β΄, 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Αγία Παρασκευή – Τατόι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50 χλμ.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60 χλμ.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Παλαίμαχοι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Αιγάλεω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Τρικάλων (διοργανωτής: ΑΣ Τρίκκη)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(διοργανωτής: ΟΦΝΙ)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(διοργανωτές: Ερμής –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Ρεθύμνου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Φλαμπουρίου Πάρνηθας (διοργανωτές: Φαέθων Καλλιθέας –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Φλαμπουρίου Πάρνηθας (διοργανωτές: Φαέθων Καλλιθέας –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Καστελόριζου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«Κρεμαστός Λαγός»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ΠΕΣΑ Αστέρας Ζωγράφου)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 Σιρκουί (διοργανωτής: ΠΟ Χαλκίδας)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Παναθηναϊκός)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ΠΙΣΤΑΣ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1954, 1956, 1958, 1967, 1968, 1969, 1970, 2017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 (Ομαδική Καταδίωξη)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1956, 1958, 1965, 1968, 1969, 1970, 1971, 1985, 1986, 1989, 1990, 2017, 2023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 Σπριντ)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(Μάντισον)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ΑΝΩΜΑΛΟΥ ΔΡΟΜΟΥ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Αττικής Cyclo-Cross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 (Α΄), 1990 (Β΄)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ΠΟΔΗΛΑΣΙΑ ΑμεΑ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ΠΟΔΗΛΑΣΙΑ ΔΡΟΜΟΥ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ΠΟΔΗΛΑΣΙΑ ΠΙΣΤΑΣ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2021, 2024, 2025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ΠΟΔΟΑΝΤΙΣΦΑΙΡΙΣΗ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1989)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(1×1)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ΑΚΡΩΤΗΡΙΑΣΜΕΝΩΝ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2021)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Ανάπτυξης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1908)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219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1909, 1911, 1912, 1918, 1921, 1922, 1930, 1949, 1953, 1960, 1961, 1962, 1964, 1965, 1969, 1970, 1972, 1977, 1984, 1986, 1990, 1991, 1995, 1996, 2004, 2010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20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1940, 1948, 1955, 1967, 1969, 1977, 1982, 1984, 1986, 1988, 1989, 1991, 1993, 1994, 1995, 2004, 2010, 2014, 2022, 2024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1970, 1988, 1993, 1994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Βαλκανικό Κύπελλο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Πανθεσσαλικών Αγώνων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1908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Μεγάλης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Βίτσι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17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1925, 1926, 1927, 1929, 1930, 1931, 1934, 1937, 1939, 1949, 1952, 1953, 1954, 1955, 1956, 1957, 1959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Κύπελλα Αθήνας ΕΠΣΑ (6×6)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1952, 1957, 1963, 1971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Αθήνας ΕΠΣΑ (7×7)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1939, 1940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Ερασιτέχνες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1970, 1971, 1972, 1994, 1995, 1996, 1998, 2000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1970, 1971, 1972, 1984, 1985, 1988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Αθήνας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1970, 1971, 1972, 1995, 1996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Υπερπρωτάθλημα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1926, 1927, 1929, 1930, 1931, 1933, 1934, 1937, 1938, 1939, 1946, 1947, 1948, 1949, 1951, 1952, 1957, 1959, 1960, 1961, 1962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Έπαθλα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1930, 1931, 1933, 1937, 1938, 1939, 1947, 1948, 1949, 1951, 1952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1929, 1930, 1931, 1932, 1938, 1940, 1950, 1959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Έπαθλα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16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1981, 1986, 1987, 1988, 1989, 1990, 1991, 1992, 1993, 1994, 1995, 1996, 1997, 2000, 2005, 2006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Υπερπρωταθλήματα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1989, 1991, 1994, 1995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Υπερκύπελλο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Ευρώπης «Giuseppe Meazza»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1972, 1973, 1977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2009, 2026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1983, 1984, 1985, 1986, 1987, 1988, 1989, 1990, 1991, 1992, 1993, 1995, 1998, 2005, 2006, 2007, 2008, 2009, 2010, 2011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Υπερπρωταθλήματα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1989, 1992, 1994, 1995, 1996, 1997, 1998, 1999, 2000, 2005, 2008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1981, 1997, 1998, 1999, 2000, 2005, 2008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147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Αθηναίων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Πειραιώς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Καραμπάτη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Αεροπορίας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υπέρ Φυματικών Αθλητών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Καισαριανής (διοργανώτρια: Ένωση Ελλήνων Αθλητών)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«28ης Οκτωβρίου 1940-45 – ΟΧΙ» (διοργανώτρια: Ένωση Συνεργαζομένων Ποδοσφαιρικών Σωματείων Αθηνών)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Ποδοσφαιρική Σκυταλοδρομία 4×110 μ. (στο πλαίσιο του Κυπέλλου «28ης Οκτωβρίου 1940-45 – ΟΧΙ», διοργανώτρια: Ένωση Συνεργαζομένων Ποδοσφαιρικών Σωματείων Αθηνών)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Εορτών Χριστουγέννων (διοργανωτές: Παναθηναϊκός και αθηναϊκά σωματεία Α΄ Κατηγορίας)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Λουκά Πανουργιά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Πρωταθλητριών Ελλάδας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Σπάρτης (6×6)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Κώστα Κοτζιά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Αλληλεγγύης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«Ciudad de Vigo», Βίγκο,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«Τριών» (Παναθηναϊκός – Ολυμπιακός Πειραιώς – Ρίο Μπράνκο)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ΕΠΣ Τρικάλων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Trentino Cup, Τρέντο,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Trentino Cup, Τρέντο,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Ερασιτέχνες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Εφημερίδας L’Équipe, Βαλάνς, Γαλλία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Τρικάλων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Baden-Württemberg Cup, Γερμανία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Τρικάλων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1928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Αθήνας – Πειραιά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Ομίλου Φίλων Αστυνομίας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Ομίλου Φίλων Αστυνομίας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Μουντιαλίτο Κηφισιάς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Δυτικής Αττικής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Λευκάδας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Καλαμακίου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Φρανκφούρτης, Γερμανία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BT Trophy, Μπαλιμόνι, Βόρεια Ιρλανδία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Copa Amsterdam, Ολλανδία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«Europa ’77», Κρακοβία, Πολωνία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«Γεώργιος Καραϊσκάκης», Φάληρο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Puma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Aspire Cup, Ντόχα, Κατάρ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Κ16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Aspire Cup, Ντόχα, Κατάρ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Καλέμπουμπας»</w:t>
        <w:t>, Ηράκλειο Κρήτης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Κιασό, Ελβετία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ΠΑΕ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Πανελλαδικό Τουρνουά Παίδων (Χριστούγεννα)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Christmas Cup Μεταμόρφωσης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«Γαλάτσι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Young Talents New Year’s Cup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 Νατζίμπι», Γουδή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Παιανία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Κ15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Creta Cup,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Porto International Cup, Πορτογαλία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Κ14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(Stars)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The Cup of Rhodes Knights, Ρόδος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Φεστιβάλ Ποδοσφαίρου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’96»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Νέου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Βριλησσίων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Αναβύσσου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Ασπροπύργου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Βριλησσίων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Family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Λουτρακίου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Ιωνικού «Νίκος Κανελλάκης»</w:t>
      </w:r>
      <w:r>
        <w:rPr>
          <w:rFonts w:ascii="Roboto Slab" w:hAnsi="Roboto Slab" w:eastAsia="Roboto Slab" w:cs="Roboto Slab"/>
          <w:b w:val="0"/>
        </w:rPr>
        <w:t>, Νίκαια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Arena Christmas Soccer Cup,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«Φλύα 2010»</w:t>
      </w:r>
      <w:r>
        <w:rPr>
          <w:rFonts w:ascii="Roboto Slab" w:hAnsi="Roboto Slab" w:eastAsia="Roboto Slab" w:cs="Roboto Slab"/>
          <w:b w:val="0"/>
        </w:rPr>
        <w:t>, Χαλάνδρι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Σοφικού Κορινθίας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«Μάλια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«Σάκης Κουβάς», Μέγαρα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Αναπτυξιακό Τουρνουά Αγίου Νικολάου Κρήτης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Knossos Cup</w:t>
        <w:t>, Ιεράπετρα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Knossos Cup</w:t>
        <w:t>, Ιεράπετρα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Κ13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Παιανία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Road To Salonica Cup,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Black Wolves Cup, Ίκαστ, Δανία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Nika Cup, Βελιγράδι, Σερβία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Κ12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Football Festival New Year’s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(Stars)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Κόρινθος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Prezioso Casa Cup, Αρέτσο, Ιταλία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’96»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Ωρωπού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«Ηράκλεια»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’99»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Αργυρούπολης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Arena Christmas Soccer Cup,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«Γαλάτσι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Γαλατσίου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«Σάκης Κουβάς», Μέγαρα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Γαλατσίου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Κ11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Κ10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Κόρινθος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Road To Salonica Cup,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Lotnik Cup, Κρακοβία, Πολωνία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Atlas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Ποδοσφαιρική Ακαδημία – Τσικό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κατά της βίας,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Δόξας Πηγαδακίων, Ζάκυνθος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Δόξας Πηγαδακίων,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ΣΑΛΑΣ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1997)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ΣΑΛΑΣ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Κ12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Χριστουγέννων, Βριλήσσια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ΠΟΛΟ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ΤΕΚΘ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Κύπελλο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1986, 2019, 2021, 2026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2017, 2019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60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Α΄ 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ΕΝΟΑ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Ποσειδώνα Ιλισίων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Πανιωνίου, Νέα Σμύρνη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Ρεθύμνου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Γλυφάδας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Ηλιούπολης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«Μαθιός Καρλαύτης»,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Κολλεγίου Deree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Tournament, Αμαλιάδα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ΣΕΔΥ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– Ηλυσιακού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Waterfly Trophy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Ποσειδώνα Ιλισίων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«Κωνσταντίνος Μωλιώτης»,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«Γεώργιος Φραγκάκης»,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– Νηρέα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Χατζηθεοδώρου», Βουλιαγμένη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ΝΕΠ,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«Άρης Γκλιάτης» εις μνήμην Κωνσταντίνας Αργυροπούλου – Κανακάκη,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Παγκρήτιο Τουρνουά Υδατοσφαίρισης</w:t>
        <w:t>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Χατζηθεοδώρου», Βουλιαγμένη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«Ανδρέας Χριστόπουλος»,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«Μαθιός Καρλαύτης», Μαρούσι – Αργυρούπολη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Ενίσχυσης Ανδρόγεω Σαμψάκη</w:t>
        <w:t>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ΝΕΠ,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Νέα Σμύρνη Trophy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«Ανδρέας Γαρύφαλλος», Πειραιάς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Μαραθώνας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Χριστουγεννιάτικο Τουρνουά Ηλυσιακού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 Μίνι 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Ηλιούπολης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Φιλίας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Σχολών Υδατοσφαίρισης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Πετρούπολης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 Polo Fun, Γέρακας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HaBaWaBa Greece, Γλυφάδα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ΠΥΓΜΑΧΙΑ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1960, 1964, 1966, 1969, 1971, 1982, 1996, 1998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30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1949, 1951, 1952, 1957, 1958, 1959, 1960, 1964, 1966, 1967, 1968, 1969, 1971, 1972, 1973, 1974, 1975, 1976, 1977, 1982, 1986, 1992, 1993, 1996, 1997, 1998, 2011, 2015, 2016, 2023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19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1960, 1965, 1966, 1967, 1968, 1969, 1973, 1974, 1975, 1976, 1977, 1979, 1986, 1992, 1993, 1996, 1998, 2015, 2023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1988, 1999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1988, 1999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1956, 1957, 1959, 1960, 1961, 1963, 1971, 2016, 2021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1960, 1961, 1963, 1982, 2017, 2021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Νοτίου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1962, 1963, 1964, 1969, 1971, 2016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1961, 1962, 1969, 1971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U23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Εθνικού ΓΣ «Ημέρα Πυγμαχίας» (Πολυνίκης)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«Ευπατωριάδα», Κορδελιό (Πολυνίκης)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«Ευπατωριάδα», Κορδελιό (Πολυνίκης)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ΡΑΓΚΜΠΙ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2013)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(15s)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(7s)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ΟΧΕ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7s Αιόλου Πατρών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Aegean 7s Rugby Cup, Αιγάλεω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ΡΑΓΚΜΠΙ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(7s)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ΟΧΕ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Attica Springboks,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Λεωφόρου 7s,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Σοφικού Κορινθίας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ΣΚΑΚΙ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Πανελλήνιο Ομαδικό Πρωτάθλημα Α΄ Εθνικής Κατηγορίας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1966, 1970, 1971, 1973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(Ομαδική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1960, 1961, 1962, 1963, 1964, 1965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(Ομαδική Κατάταξη)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1960, 1961, 1962, 1963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Κύπελλα «ΟΧΙ»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«21ης Απριλίου»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«Κεραμέα»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Ομαδικό Κύπελλο Αττικής «Λάζαρος Δρεπανιώτης»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Ομαδικά Κύπελλα Αττικής «Σπύρος Μπίκος»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Ομαδικό Κύπελλο Αττικής «Πέτρος Κολυβάς»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Ομαδικά Κύπελλα Αττικής «Νίκος Στρόφαλης»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Βετεράνοι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Φεστιβάλ Ηλιουπόλεως (διοργανωτής: ΣΟ Ηλιουπόλεως)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Μπλιτζ «ΟΧΙ» (διοργανώτρια: ΧΑΝ Νικαίας)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ΣΚΟΠΟΒΟΛΗ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216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ΣΤΑΘΕΡΟΣ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1958, 1960, 1964, 1982, 1985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Πυροβόλων Όπλων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1989, 1990, 1991</w:t>
      </w:r>
    </w:p>
    <w:p>
      <w:pPr>
        <w:pStyle w:val="ΠΑΟ-Κατηγορία"/>
      </w:pPr>
      <w:r>
        <w:t>Άνδρες – Γυναίκες – 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Ομαδικών Αγωνισμάτων (Πυροβόλα Όπλα)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Ομαδικών Αγωνισμάτων (Αεροβόλα Όπλα)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</w:pPr>
      <w:r>
        <w:t>Άνδρες – Γυναίκες – Νέοι Άνδρες – Νέες Γυναίκες – Έφηβοι – Νεάνιδες</w:t>
      </w:r>
    </w:p>
    <w:p>
      <w:pPr>
        <w:pStyle w:val="ΠΑΟ-ΕπίσημοςΤίτλος"/>
      </w:pPr>
      <w:r>
        <w:t>1 Πρωτάθλημα Ελλάδας Γενικής Βαθμολογίας Αεροβόλων και Πυροβόλων Όπλων</w:t>
      </w:r>
    </w:p>
    <w:p>
      <w:pPr>
        <w:pStyle w:val="ΠΑΟ-Χρονολογία"/>
      </w:pPr>
      <w:r>
        <w:t>2023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Ομαδικών Αγωνισμάτων (Πυροβόλα Όπλα)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</w:pPr>
      <w:r>
        <w:t>1 Πρωτάθλημα Ελλάδας (Βαθμολογία Ομαδικών Αγωνισμάτων)</w:t>
      </w:r>
    </w:p>
    <w:p>
      <w:pPr>
        <w:pStyle w:val="ΠΑΟ-Χρονολογία"/>
      </w:pPr>
      <w: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1982, 1985, 2017, 2021, 2023, 2024, 2025, 2026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1989, 2015, 2016, 2019, 2025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1987, 1991, 2017, 2018, 2023, 2024, 2025, 2026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(Πιστόλι κατά Ανδρεικέλων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(Πιστόλι Κεντρικής Πυροδότησης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1994, 2017, 2019, 2020, 2021, 2023, 2025, 2026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Μεγάλου Διαμετρήματος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(Περίστροφο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1983, 1984, 1988, 1991, 2022, 2024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1989, 1991, 1992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(Πολεμικό 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1948, 1955, 1956, 1957, 1960, 1994, 1995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(Πολεμικό Όπλο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1948, 1958, 1959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Πρηνηδόν 50–100 μ.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3×40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(Καραμπίνα Ορθίως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1957, 1958, 1985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Γονυπετώς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Τριών Στάσεων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(Καραμπίνα – Σύνθετο 50–100 μ.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Ελληνοαμερικανικών Αγώνων (Καραμπίνα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Θερινά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(Περίστροφο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 – 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Γενικής Βαθμολογίας Αεροβόλων και Πυροβόλων Όπλων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2021, 2023</w:t>
      </w:r>
    </w:p>
    <w:p>
      <w:pPr>
        <w:pStyle w:val="ΠΑΟ-ΕπίσημοςΤίτλος"/>
      </w:pPr>
      <w:r>
        <w:t>1 Πρωτάθλημα Ελλάδας (Βαθμολογία Ομαδικών Αγωνισμάτων)</w:t>
      </w:r>
    </w:p>
    <w:p>
      <w:pPr>
        <w:pStyle w:val="ΠΑΟ-Χρονολογία"/>
      </w:pPr>
      <w: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</w:t>
      </w:r>
    </w:p>
    <w:p>
      <w:pPr>
        <w:pStyle w:val="ΠΑΟ-ΕπίσημοςΤίτλος"/>
      </w:pPr>
      <w:r>
        <w:t>1 Πρωτάθλημα Ελλάδας Αεροβόλων Όπλων (Βαθμολογία)</w:t>
      </w:r>
    </w:p>
    <w:p>
      <w:pPr>
        <w:pStyle w:val="ΠΑΟ-Χρονολογία"/>
      </w:pPr>
      <w:r>
        <w:t>2026</w:t>
      </w:r>
    </w:p>
    <w:p>
      <w:pPr>
        <w:pStyle w:val="ΠΑΟ-ΕπίσημοςΤίτλος"/>
      </w:pPr>
      <w:r>
        <w:t>1 Πρωτάθλημα Ελλάδας Ομαδικών Αγωνισμάτων (Αεροβόλα Όπλα)</w:t>
      </w:r>
    </w:p>
    <w:p>
      <w:pPr>
        <w:pStyle w:val="ΠΑΟ-Χρονολογία"/>
      </w:pPr>
      <w: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Γενικής Βαθμολογίας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1979, 1981, 1982, 1983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1982, 2018, 2019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1978, 1979, 1981, 1982, 1988, 1989, 1990, 2018, 2019, 2020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1989, 1990, 2017, 2019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1979, 1980, 1981, 1982, 1987, 1989, 1990, 1992, 1993, 2020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1978, 1979, 1980, 1982, 2018, 2020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1980, 2022, 2023, 2025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(Καραμπίνα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1977, 1981, 1982, 1983, 1985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(Τουφέκι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3×40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Χειμερινά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1990, 1992, 1993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Εαρινά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1977, 1989, 1990, 1991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1991, 2021, 2023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(Τουφέκι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(Καραμπίνα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(Καραμπίνα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ΠΗΛΙΝΟΣ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ΣΚΗΤ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(Α΄ Κατηγορία)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(Α1 Κατηγορία)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ΤΡΑΠ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2001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75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ΣΤΑΘΕΡΟΣ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 (Μικτό Πιστόλι)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Παγκράτιοι Σκοπευτικοί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 Πρωτάθλημα ΠΣΕ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(Περίστροφο 25 μ.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(Τουφέκι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(Στρατιωτικό Περίστροφο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Ορθίως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(Περίστροφο 25 μ.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Τριών Στάσεων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(Πιστόλι κατά Ανδρεικέλων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ΕΣΚΟΘ (Πιστόλι Στάνταρντ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ΕΣΚΟΘ (Πιστόλι Στάνταρντ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ΓΣ Δράμας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3×40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ΣΚΟΑ/ΑΠΘ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ΣΚΟΑ/ΑΠΘ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Αττικού Σκοπευτικού Ομίλου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Παναθηναϊκού (Ελεύθερο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(21/2, 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(4/10, 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«Μάχη του Διρού»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Φθινοπωρινοί Αγώνες «Γιάννης Βογιατζής» (Αεροβόλο Πιστόλι – Ομαδικό, διοργανωτής: ΣΟΑ/ΑΣΟΕΕ)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ΔΕΗ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Χωροφυλακής (Περίστροφο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«Μάχη του Διρού» (Αεροβόλο Πιστόλι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Παναθηναϊκού – Ευαγγελικής Σχολής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ΔΕΗ – Αστυνομίας Πόλεων (Πιστόλι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Τσίρου (Πιστόλι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Αντώνη Μαντζαβελάκη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Παναθηναϊκού – Αστυνομίας Πόλεων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Χωροφυλακής (Ελεύθερο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3×20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(21/2, Αεροβόλο Τουφέκι – 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ΣΚΟΠΟΒΟΛΗ ΑμεΑ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2024, 2025, 2026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ΣΤΙΒΟΣ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ΑΝΟΙΧΤΟΣ ΣΤΙΒΟΣ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118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12 Πρωταθλήματα Ελλάδας (Συλλογική Δραστηριότητα)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1954, 1965, 1966, 1967, 1968, 1969, 1970, 1971, 1972, 1973, 1978, 1979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1921, 1929, 1932, 1955, 1956, 1957, 1958, 1959, 1960, 1961, 1962, 1963, 1964, 1965, 1966, 1967, 1968, 1969, 1970, 1971, 1972, 1973, 1974, 1977, 1989, 1990, 2025, 2026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Εαρινά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(Συλλογική Βαθμολογία Δρόμων)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1936, 1939, 1957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(Συλλογική Βαθμολογία Αλμάτων)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1939, 1940, 1957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Σκυταλοδρομιών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1932, 1934, 1935, 1939, 1965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(Άλμα εις Μήκος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(Άλμα εις Ύψος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(Δισκοβολία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Κύπρου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17 Διασυλλογικά Πρωταθλήματα Α΄ Κατηγορίας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1954, 1955, 1956, 1957, 1958, 1960, 1961, 1962, 1963, 1964, 1965, 1966, 1967, 1969, 1970, 1980, 1981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Πρωταθλήματα Α΄ Κατηγορίας Αττικής (Διεθνής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Διασυλλογικά Πρωταθλήματα Α΄ Κατηγορίας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Εαρινά Πρωταθλήματα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Διασυλλογικά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Έπαθλα ΣΕΓΑΣ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Πρωταθλήματα Βάδην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1946, 1947, 1949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(Τρίαθλο)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Βάδην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1952, 1956, 1957, 1958, 1968, 1969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Περιφερειακά Πρωταθλήματα Βάδην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Αττικής – Στερεάς Ελλάδας και Κυκλάδων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Αθήνας – Πειραιά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1992, 1993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Περιφερειακά Πρωταθλήματα Αθήνας – Πειραιά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1980, 1982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Ιωάννη Καρυοφύλλη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Πανιώνιοι Αγώνες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ΚΕΕΜ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Αλεξανδρούπολης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Ελευθέρια (διοργανώτρια: ΑΕ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«Εποποιίας 1940-41»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Ελευθέρια (διοργανώτρια: ΑΕ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(διοργανωτές: Κύδων Χανίων – Τάλως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Αρκάδια (διοργανωτής: Ατρόμητος Ρεθύμνου)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Αρκάδια (διοργανωτής: Ατρόμητος Ρεθύμνου)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Ρεδιάδεια (διοργανωτής: Πειραϊκός Σύνδεσμος)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Καλαφάτεια, Φάληρο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Εθνικής Επετείου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Βαρδινογιάννεια (διοργανώτρια: Ένωση Ατρομήτου Ρεθυμνιακού)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ΚΛΕΙΣΤΟΣ ΣΤΙΒΟΣ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1986, 1989, 1990, 1994, 2023, 2024, 2025, 2026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2022, 2023, 2024, 2026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ΑΝΩΜΑΛΟΣ ΔΡΟΜΟΣ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209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1930, 1931, 1932, 1933, 1934, 1938, 1954, 1955, 1956, 1968, 1969, 1970, 1971, 1972, 1973, 1974, 1975, 1977, 1978, 1979, 1980, 1983, 1996, 1997, 1998, 2012, 2016, 2021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1985, 1988, 1989, 2016, 2021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Λαϊκά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1951, 1952, 1957, 1958, 1959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Χειμερινά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 (Α΄), 1962 (Β΄), 1962 (Γ΄)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23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1931, 1932, 1933, 1935, 1938, 1950, 1952, 1954, 1956, 1961, 1963, 1967, 1968, 1969, 1972, 1973, 1974, 1976, 1978, 1979, 1981, 1982, 1984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26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1947, 1949, 1952, 1953, 1955, 1957, 1960, 1961, 1964, 1965, 1966, 1967, 1968, 1969, 1970, 1971, 1972, 1973, 1974, 1976, 1991, 1996, 1997, 1998, 2004, 2008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Πανσυλλογικές Σκυταλοδρομίες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1965, 1966, 1968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1949, 1950, 1983, 1984, 1985, 1986, 2017, 2022, 2024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1949, 1950, 1971, 1984, 1985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Πανσυλλογικές Σκυταλοδρομίες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Πανσυλλογική Σκυταλοδρομία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/ Άνδρες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1978, 1980, 1982, 1983, 1984, 1985, 1987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1970, 1971, 1972, 1978, 1980, 1981, 1982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1970, 1971, 1974, 1986, 1987, 1988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18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1940, 1949, 1951, 1953, 1954, 1955, 1956, 1957, 1958, 1959, 1969, 1978, 1981, 1982, 1983, 1984, 1985, 1986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Λαϊκό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18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1951, 1952, 1953, 1954, 1955, 1956, 1958, 1959, 1968, 1969, 1970, 1972, 1976, 1980, 1981, 1982, 1984, 1985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1951, 1953, 1955, 1956, 1958, 1959, 1969, 1970, 1971, 1972, 1976, 1986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1966, 1967, 1968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1967, 1968, 1975, 1978, 1982, 1985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Ομαδικών Αγώνων (διοργανωτές: Πανελλήνιος – Εθνικός Αθηνών –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Δρόμου 1 Μιλίου εις μνήμην Ιωάννη Καρυοφύλλη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Γεωργίου Γαλάνη (διοργανώτρια: εφημερίδα «Αθλητικός Χρόνος»)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Λύσανδρου Δικαιόπουλου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Τοπικό Πρωτάθλημα Αθήνας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Δάλλα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Δήμου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Δήμου Αμαρουσίου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Γεωργακόπουλου (διοργανώτρια: ΑΕΚ)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ΤΟΞΟΒΟΛΙΑ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1981)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33</w:t>
      </w:r>
    </w:p>
    <w:p>
      <w:pPr>
        <w:pStyle w:val="ΠΑΟ-Κατηγορία"/>
        <w:jc w:val="left"/>
      </w:pPr>
      <w:r>
        <w:t>Γενική Βαθμολογία</w:t>
      </w:r>
    </w:p>
    <w:p>
      <w:pPr>
        <w:pStyle w:val="ΠΑΟ-ΕπίσημοςΤίτλος"/>
      </w:pPr>
      <w:r>
        <w:t>4 Πρωταθλήματα Ελλάδας</w:t>
      </w:r>
    </w:p>
    <w:p>
      <w:pPr>
        <w:pStyle w:val="ΠΑΟ-Χρονολογία"/>
      </w:pPr>
      <w:r>
        <w:t>1983, 1984, 1985, 2018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2 Πρωταθλήματα Ελλάδας (Βαθμολογία)</w:t>
      </w:r>
    </w:p>
    <w:p>
      <w:pPr>
        <w:pStyle w:val="ΠΑΟ-Χρονολογία"/>
      </w:pPr>
      <w:r>
        <w:t>1984, 1985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ΕπίσημοςΤίτλος"/>
      </w:pPr>
      <w:r>
        <w:t>2 Πρωταθλήματα Ελλάδας (Βαθμολογία)</w:t>
      </w:r>
    </w:p>
    <w:p>
      <w:pPr>
        <w:pStyle w:val="ΠΑΟ-Χρονολογία"/>
      </w:pPr>
      <w:r>
        <w:t>1984, 1985</w:t>
      </w:r>
    </w:p>
    <w:p>
      <w:pPr>
        <w:pStyle w:val="ΠΑΟ-ΧώροςΤοξοβολίας"/>
        <w:jc w:val="left"/>
      </w:pPr>
      <w:r>
        <w:t>ΑΝΟΙΧΤΟΣ ΧΩΡΟΣ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4 Πρωταθλήματα Ελλάδας (Ομαδικό)</w:t>
      </w:r>
    </w:p>
    <w:p>
      <w:pPr>
        <w:pStyle w:val="ΠΑΟ-Χρονολογία"/>
      </w:pPr>
      <w:r>
        <w:t>1983, 1984, 1985, 1986</w:t>
      </w:r>
    </w:p>
    <w:p>
      <w:pPr>
        <w:pStyle w:val="ΠΑΟ-ΕπίσημοςΤίτλος"/>
      </w:pPr>
      <w:r>
        <w:t>1 Εαρινό Πρωτάθλημα Ελλάδας (Ομαδικό)</w:t>
      </w:r>
    </w:p>
    <w:p>
      <w:pPr>
        <w:pStyle w:val="ΠΑΟ-Χρονολογία"/>
      </w:pPr>
      <w:r>
        <w:t>1986</w:t>
      </w:r>
    </w:p>
    <w:p>
      <w:pPr>
        <w:pStyle w:val="ΠΑΟ-ΕπίσημοςΤίτλος"/>
      </w:pPr>
      <w:r>
        <w:t>1 Φθινοπωρινό Πρωτάθλημα Ελλάδας (Ομαδικό)</w:t>
      </w:r>
    </w:p>
    <w:p>
      <w:pPr>
        <w:pStyle w:val="ΠΑΟ-Χρονολογία"/>
      </w:pPr>
      <w:r>
        <w:t>1984</w:t>
      </w:r>
    </w:p>
    <w:p>
      <w:pPr>
        <w:pStyle w:val="ΠΑΟ-ΕπίσημοςΤίτλος"/>
      </w:pPr>
      <w:r>
        <w:t>1 Περιφερειακό Πρωτάθλημα (Ομαδικό)</w:t>
      </w:r>
    </w:p>
    <w:p>
      <w:pPr>
        <w:pStyle w:val="ΠΑΟ-Χρονολογία"/>
      </w:pPr>
      <w:r>
        <w:t>1983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(Ολυμπιακός Γύρος – 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(Ολυμπιακός Γύρος – Ομαδικό)</w:t>
      </w:r>
    </w:p>
    <w:p>
      <w:pPr>
        <w:pStyle w:val="ΠΑΟ-Χρονολογία"/>
      </w:pPr>
      <w:r>
        <w:t>2018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STANDARD BOW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1993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ΕπίσημοςΤίτλος"/>
      </w:pPr>
      <w:r>
        <w:t>3 Πρωταθλήματα Ελλάδας (Ομαδικό)</w:t>
      </w:r>
    </w:p>
    <w:p>
      <w:pPr>
        <w:pStyle w:val="ΠΑΟ-Χρονολογία"/>
      </w:pPr>
      <w:r>
        <w:t>1984, 1985, 1986</w:t>
      </w:r>
    </w:p>
    <w:p>
      <w:pPr>
        <w:pStyle w:val="ΠΑΟ-ΕπίσημοςΤίτλος"/>
      </w:pPr>
      <w:r>
        <w:t>1 Εαρινό Πρωτάθλημα Ελλάδας (Ομαδικό)</w:t>
      </w:r>
    </w:p>
    <w:p>
      <w:pPr>
        <w:pStyle w:val="ΠΑΟ-Χρονολογία"/>
      </w:pPr>
      <w:r>
        <w:t>1986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2018</w:t>
      </w:r>
    </w:p>
    <w:p>
      <w:pPr>
        <w:pStyle w:val="ΠΑΟ-ΕπίσημοςΤίτλος"/>
      </w:pPr>
      <w:r>
        <w:t>1 Κύπελλο Ελλάδας (Ομαδικό)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2019</w:t>
      </w:r>
    </w:p>
    <w:p>
      <w:pPr>
        <w:pStyle w:val="ΠΑΟ-Κατηγορία"/>
        <w:jc w:val="left"/>
      </w:pPr>
      <w:r>
        <w:t>Νέοι 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2012</w:t>
      </w:r>
    </w:p>
    <w:p>
      <w:pPr>
        <w:pStyle w:val="ΠΑΟ-ΕπίσημοςΤίτλος"/>
      </w:pPr>
      <w:r>
        <w:t>1 Κύπελλο Ελλάδας (Ομαδικό)</w:t>
      </w:r>
    </w:p>
    <w:p>
      <w:pPr>
        <w:pStyle w:val="ΠΑΟ-Χρονολογία"/>
      </w:pPr>
      <w:r>
        <w:t>2013</w:t>
      </w:r>
    </w:p>
    <w:p>
      <w:pPr>
        <w:pStyle w:val="ΠΑΟ-ΧώροςΤοξοβολίας"/>
        <w:jc w:val="left"/>
      </w:pPr>
      <w:r>
        <w:t>ΚΛΕΙΣΤΟΣ ΧΩΡΟΣ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1987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2019</w:t>
      </w:r>
    </w:p>
    <w:p>
      <w:pPr>
        <w:pStyle w:val="ΠΑΟ-Κατηγορία"/>
        <w:jc w:val="left"/>
      </w:pPr>
      <w:r>
        <w:t>Νέοι 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2017</w:t>
      </w:r>
    </w:p>
    <w:p>
      <w:pPr>
        <w:pStyle w:val="ΠΑΟ-Κατηγορία"/>
        <w:jc w:val="left"/>
      </w:pPr>
      <w:r>
        <w:t>Έφηβοι</w:t>
      </w:r>
    </w:p>
    <w:p>
      <w:pPr>
        <w:pStyle w:val="ΠΑΟ-ΕπίσημοςΤίτλος"/>
      </w:pPr>
      <w:r>
        <w:t>1 Πρωτάθλημα Κέντρου (Ομαδικό)</w:t>
      </w:r>
    </w:p>
    <w:p>
      <w:pPr>
        <w:pStyle w:val="ΠΑΟ-Χρονολογία"/>
      </w:pPr>
      <w:r>
        <w:t>2007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ΑΣΤΑ (Βαθμολογία)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Επαρχιακοί Αγώνες Κομοτηνής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(Βαθμολογία, διοργανωτής: Τριφυλλιακός)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FITA εις μνήμην Απόστολου Νικολαΐδη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FITA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(Ομαδικό, διοργανωτής: Τριφυλλιακός)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FITA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(Ομαδικό, διοργανωτής: Τριφυλλιακός)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Πανδάρου Ηλιούπολης (Ομαδικό)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ΤΡΙΑΘΛΟ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2022)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(WhyNot – ΤΟΕ)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ΧΟΚΕΪ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1910)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1911, 1930, 1932, 1939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000000"/>
        </w:rPr>
        <w:t>ΛΟΙΠΑ ΤΜΗΜΑΤΑ (ΧΩΡΙΣ ΟΜΑΔΙΚΟΥΣ ΤΙΤΛΟΥΣ)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ΕΝΕΡΓΑ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ΑΛΠΙΚΟ ΣΚΙ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ΑΡΣΗ ΒΑΡΩΝ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ΒΟΛΕΪ ΚΑΘΙΣΤΩΝ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ΓΚΟΛΜΠΟΛ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ΕΠΙΤΡΑΠΕΖΙΑ ΑΝΤΙΣΦΑΙΡΙΣΗ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ΕΠΙΤΡΑΠΕΖΙΑ ΑΝΤΙΣΦΑΙΡΙΣΗ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ΚΟΛΥΜΒΗΣΗ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ΚΟΛΥΜΒΗΣΗ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2025)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ΜΠΟΟΥΛΙΝΓΚ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ΜΠΟΤΣΙΑ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ΠΑΡΑΤΡΙΑΘΛΟ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ΠΕΤΑΝΚ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ΠΟΛΟ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1979)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ΠΡΑΚΤΙΚΗ ΣΚΟΠΟΒΟΛΗ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1997)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ΣΚΑΚΙ ΤΥΦΛΩΝ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ΣΤΙΒΟΣ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ΣΤΙΒΟΣ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ΤΕΝΙΣ ΜΕ ΑΜΑΞΙΔΙΟ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ΤΖΟΥΝΤΟ ΤΥΦΛΩΝ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ΤΟΞΟΒΟΛΙΑ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ΧΟΡΟΣ ΜΕ ΑΜΑΞΙΔΙΟ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ΑΝΕΝΕΡΓΑ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ΑΕΡΟΒΙΚΗ ΓΥΜΝΑΣΤΙΚΗ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ΙΣΤΙΟΠΛΟΪΑ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1987)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ΚΙΚ ΜΠΟΞΙΝΓΚ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2015)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ΚΡΙΚΕΤ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1950)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ΚΩΠΗΛΑΣΙΑ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1932)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ΜΠΙΤΣ ΒΟΛΕΪ ΑΝΔΡΩΝ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ΜΠΙΤΣ ΒΟΛΕΪ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ΟΡΕΙΒΑΣΙΑ / ΕΚΔΡΟΜΙΚΟ ΤΜΗΜΑ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ΣΟΥΗΔΙΚΗ ΓΥΜΝΑΣΤΙΚΗ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ΣΥΓΧΡΟΝΙΣΜΕΝΗ ΚΟΛΥΜΒΗΣΗ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1992)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ΤΕΝΙΣ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1911)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ΤΖΟΥΝΤΟ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1978)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ΧΑΝΤΜΠΟΛ ΑΝΔΡΩΝ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ΧΑΝΤΜΠΟΛ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1981)</w:t>
      </w:r>
    </w:p>
    <w:p>
      <w:pPr>
        <w:pStyle w:val="ΠΑΟ-ΣημειώσειςΚεφαλίδα"/>
        <w:keepNext/>
        <w:keepLines/>
        <w:spacing w:before="720"/>
      </w:pPr>
      <w:r>
        <w:rPr>
          <w:rFonts w:ascii="Roboto Slab Medium" w:hAnsi="Roboto Slab Medium" w:eastAsia="Roboto Slab Medium" w:cs="Roboto Slab Medium"/>
        </w:rPr>
        <w:t>ΤΙ ΘΕΩΡΕΙΤΑΙ ΕΠΙΣΗΜΟΣ ΟΜΑΔΙΚΟΣ ΤΙΤΛΟΣ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Επίσημος ομαδικός τίτλος θεωρείται αυτός που κατακτάται έπειτα από τη διεξαγωγή αγώνα ή αγώνων και την ανακήρυξη νικητή ή νικητών βάσει αγωνιστικού αποτελέσματος ή επίσημης βαθμολογίας/κατάταξης, στο πλαίσιο διοργάνωσης που πραγματοποιείται από ανεξάρτητο και επίσημο αθλητικό φορέα ή ομοσπονδία με σχετική αρμοδιότητα κατά τον χρόνο διεξαγωγής της διοργάνωσης.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Ως επίσημος μπορεί επίσης να θεωρηθεί τίτλος διοργάνωσης που διεξάγεται από αθλητικό σύλλογο ή άλλο μη επίσημο φορέα, όταν: α) η διοργάνωση διεξάγεται κατόπιν ανάθεσης ή έγκρισης από επίσημο αθλητικό φορέα ή ομοσπονδία με σχετική αρμοδιότητα κατά τον χρόνο διεξαγωγής της διοργάνωσης ή β) εξαιρετικές συνθήκες, όπως μια εμπόλεμη περίοδος, καθιστούν αδύνατη τη διοργάνωση από την εκάστοτε αρμόδια ομοσπονδία.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ΤΙ ΘΕΩΡΕΙΤΑΙ ΑΝΕΠΙΣΗΜΟΣ ΟΜΑΔΙΚΟΣ ΤΙΤΛΟΣ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Ανεπίσημος ομαδικός τίτλος θεωρείται αυτός που κατακτάται αγωνιστικά σε διοργάνωση αθλητικού συλλόγου ή άλλου μη επίσημου φορέα, χωρίς ανάθεση ή έγκριση από επίσημο αθλητικό φορέα ή ομοσπονδία με σχετική αρμοδιότητα κατά τον χρόνο διεξαγωγής της διοργάνωσης.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Ο χαρακτηρισμός «ανεπίσημος» αφορά το θεσμικό καθεστώς της διοργάνωσης και όχι την εγκυρότητα της αγωνιστικής κατάκτησης.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ΔΕΝ ΣΥΜΠΕΡΙΛΑΜΒΑΝΟΝΤΑΙ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Ατομικοί τίτλοι, χρυσά μετάλλια, πρωτιές και λοιπές διακρίσεις αθλητών και αθλητριών σε εθνικές και διεθνείς διοργανώσεις.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σε αγωνίσματα ομαδικής διεξαγωγής αλλά ατομικού χαρακτήρα (σκυταλοδρομίες, αγώνες διελκυστίνδας, μικτά ομαδικά αγωνίσματα κολύμβησης, διπλά και μικτά αγωνίσματα επιτραπέζιας αντισφαίρισης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κατώτερων εθνικών κατηγοριών πρωταθλημάτων (Α2, Β΄, Γ΄ και Δ΄ Εθνική).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Μη αγωνιστικές βραβεύσεις, διακρίσεις ή αξιολογήσεις (βραβεύσεις του ΠΣΑΤ, τιμητικές βραβεύσεις, κύπελλα ήθους, κύπελλα «Καλής Εμφανίσεως», αξιολογήσεις επιχορηγήσεων της ΓΓΑ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Έπαθλα που αθλοθετήθηκαν για μεμονωμένους φιλικούς αγώνες.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Άτυποι τίτλοι και πρωτιές (πρωταθλήματα «χειμώνα», δημοσκοπήσεις, ψηφοφορίες, πώληση εισιτηρίων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Διοργανώσεις στις οποίες δεν τηρήθηκε βαθμολογία ή δεν προβλεπόταν βράβευση του πολυνίκη συλλόγου.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ή τουρνουά που κατακτήθηκαν από θυγατρικές ομάδες, συνεργαζόμενες σχολές ή ακαδημίες που έχουν εξουσιοδοτηθεί να χρησιμοποιούν το όνομα και το σήμα του Ομίλου.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των οποίων η κατάκτηση από τον Παναθηναϊκό δεν τεκμηριώνεται επαρκώς από το διαθέσιμο αρχειακό υλικό ή δεν καταγράφεται σε καμία αξιόπιστη έντυπη, αρχειακή ή επίσημη ψηφιακή πηγή.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σε διοργανώσεις που διακόπηκαν ενώ ο Παναθηναϊκός βρισκόταν στην πρώτη θέση και για τις οποίες δεν υπάρχουν στοιχεία που να επιβεβαιώνουν ούτε την ολοκλήρωσή τους ούτε την πρόωρη ανακήρυξη πρωταθλητή ή πολυνίκη συλλόγου.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που, σύμφωνα με διάφορες πηγές, αποδίδονταν στον Παναθηναϊκό, αλλά έπειτα από σχετική έρευνα διαπιστώθηκε ότι είτε κατακτήθηκαν από άλλον σύλλογο είτε αφορούσαν διοργανώσεις που ματαιώθηκαν ή αναβλήθηκαν είτε ήταν ατομικού χαρακτήρα.</w:t>
      </w:r>
    </w:p>
    <w:sectPr w:rsidR="00FC693F" w:rsidRPr="0006063C" w:rsidSect="00034616">
      <w:headerReference w:type="default" r:id="rId12"/>
      <w:footerReference w:type="default" r:id="rId13"/>
      <w:footerReference w:type="first" r:id="rId16"/>
      <w:footerReference w:type="even" r:id="rId17"/>
      <w:headerReference w:type="first" r:id="rId18"/>
      <w:headerReference w:type="even" r:id="rId19"/>
      <w:pgSz w:w="11906" w:h="16838"/>
      <w:pgMar w:top="1020" w:right="1134" w:bottom="1020" w:left="1191" w:header="397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Slab Harmonized Medium">
    <w:charset w:val="00"/>
    <w:family w:val="roman"/>
    <w:pitch w:val="variable"/>
    <w:embedRegular r:id="rId1" w:fontKey="{A9B395AE-BE8A-461E-8E4A-D6C30692D2D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180"/>
      </w:pPr>
      <w:rPr>
        <w:rFonts w:ascii="Roboto Slab Medium" w:hAnsi="Roboto Slab Medium" w:eastAsia="Roboto Slab Medium" w:cs="Roboto Slab Medium"/>
        <w:color w:val="1F1F1F"/>
        <w:sz w:val="18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NotPrintBlankPages w:val="true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 Slab" w:hAnsi="Roboto Slab" w:eastAsia="Roboto Slab" w:cs="Roboto Sla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200"/>
      <w:ind w:left="0" w:firstLine="0"/>
      <w:outlineLvl w:val="0"/>
    </w:pPr>
    <w:rPr>
      <w:rFonts w:asciiTheme="majorHAnsi" w:eastAsiaTheme="majorEastAsia" w:hAnsiTheme="majorHAnsi" w:cstheme="majorBidi" w:ascii="Roboto Slab Medium" w:hAnsi="Roboto Slab Medium" w:eastAsia="Roboto Slab Medium" w:cs="Roboto Slab Medium"/>
      <w:b w:val="0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ΠΑΟ-ΥποενότηταΑθλήματος">
    <w:name w:val="ΠΑΟ - Υποενότητα Αθλήματος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B5E20"/>
      <w:sz w:val="26"/>
      <w:u w:val="none"/>
    </w:rPr>
  </w:style>
  <w:style w:type="paragraph" w:customStyle="1" w:styleId="ΠΑΟ-ΟμάδαΤίτλων">
    <w:name w:val="ΠΑΟ - Ομάδα Τίτλων"/>
    <w:basedOn w:val="Normal"/>
    <w:pPr>
      <w:keepNext/>
      <w:spacing w:before="480" w:after="10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Κατηγορία">
    <w:name w:val="ΠΑΟ - Κατηγορία"/>
    <w:basedOn w:val="Normal"/>
    <w:pPr>
      <w:keepNext/>
      <w:spacing w:before="480" w:after="60"/>
      <w:ind w:left="0"/>
    </w:pPr>
    <w:rPr>
      <w:rFonts w:ascii="Roboto Slab Medium" w:hAnsi="Roboto Slab Medium" w:eastAsia="Roboto Slab Medium" w:cs="Roboto Slab Medium"/>
      <w:b w:val="0"/>
      <w:color w:val="1F1F1F"/>
      <w:sz w:val="23"/>
      <w:u w:val="single"/>
    </w:rPr>
  </w:style>
  <w:style w:type="paragraph" w:customStyle="1" w:styleId="ΠΑΟ-ΕπίσημοςΤίτλος">
    <w:name w:val="ΠΑΟ - Επίσημος Τίτλος"/>
    <w:basedOn w:val="Normal"/>
    <w:pPr>
      <w:keepNext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Χρονολογία">
    <w:name w:val="ΠΑΟ - Χρονολογία"/>
    <w:basedOn w:val="Normal"/>
    <w:pPr>
      <w:keepLines/>
      <w:spacing w:before="0" w:after="22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ΑνεπίσημοςΤίτλος">
    <w:name w:val="ΠΑΟ - Ανεπίσημος Τίτλος"/>
    <w:basedOn w:val="Normal"/>
    <w:pPr>
      <w:keepLines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ΛίσταΤμημάτων">
    <w:name w:val="ΠΑΟ - Λίστα Τμημάτων"/>
    <w:basedOn w:val="Normal"/>
    <w:pPr>
      <w:spacing w:after="60"/>
      <w:ind w:left="0"/>
    </w:pPr>
    <w:rPr>
      <w:rFonts w:ascii="Roboto Slab Medium" w:hAnsi="Roboto Slab Medium" w:eastAsia="Roboto Slab Medium" w:cs="Roboto Slab Medium"/>
      <w:b w:val="0"/>
      <w:color w:val="1B5E20"/>
      <w:sz w:val="24"/>
      <w:u w:val="none"/>
    </w:rPr>
  </w:style>
  <w:style w:type="paragraph" w:customStyle="1" w:styleId="ΠΑΟ-ΤίτλοςΠεριεχομένων">
    <w:name w:val="ΠΑΟ - Τίτλος Περιεχομένων"/>
    <w:basedOn w:val="Normal"/>
    <w:pPr>
      <w:keepNext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customStyle="1" w:styleId="ΠΑΟ-ΕγγραφήΠεριεχομένων">
    <w:name w:val="ΠΑΟ - Εγγραφή Περιεχομένων"/>
    <w:basedOn w:val="Normal"/>
    <w:pPr>
      <w:spacing w:after="40"/>
      <w:ind w:left="0" w:firstLine="0"/>
    </w:pPr>
    <w:rPr>
      <w:rFonts w:ascii="Times New Roman" w:hAnsi="Times New Roman"/>
      <w:b w:val="0"/>
      <w:color w:val="1F1F1F"/>
      <w:sz w:val="21"/>
      <w:u w:val="none"/>
    </w:rPr>
  </w:style>
  <w:style w:type="paragraph" w:customStyle="1" w:styleId="ΠΑΟ-ΣημειώσειςΚεφαλίδα">
    <w:name w:val="ΠΑΟ - Σημειώσεις Κεφαλίδα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Σημειώσεις">
    <w:name w:val="ΠΑΟ - Σημειώσεις"/>
    <w:basedOn w:val="Normal"/>
    <w:pPr>
      <w:spacing w:after="60"/>
      <w:ind w:left="198" w:hanging="198"/>
    </w:pPr>
    <w:rPr>
      <w:rFonts w:ascii="Roboto Slab" w:hAnsi="Roboto Slab" w:eastAsia="Roboto Slab" w:cs="Roboto Slab"/>
      <w:b w:val="0"/>
      <w:color w:val="1F1F1F"/>
      <w:sz w:val="21"/>
      <w:u w:val="none"/>
    </w:rPr>
  </w:style>
  <w:style w:type="paragraph" w:customStyle="1" w:styleId="ΠΑΟ-ΧώροςΤοξοβολίας">
    <w:name w:val="ΠΑΟ - Χώρος Τοξοβολίας"/>
    <w:basedOn w:val="ΠΑΟ-ΥποενότηταΑθλήματος"/>
    <w:pPr>
      <w:keepNext/>
      <w:spacing w:before="480" w:after="160"/>
    </w:pPr>
    <w:rPr>
      <w:rFonts w:ascii="Roboto Slab Medium" w:hAnsi="Roboto Slab Medium"/>
      <w:b w:val="0"/>
      <w:color w:val="1B5E20"/>
      <w:sz w:val="26"/>
    </w:rPr>
  </w:style>
  <w:style w:type="paragraph" w:customStyle="1" w:styleId="ΠΑΟ-ΤύποςΤόξου">
    <w:name w:val="ΠΑΟ - Τύπος Τόξου"/>
    <w:basedOn w:val="ΠΑΟ-ΥποενότηταΑθλήματος"/>
    <w:pPr>
      <w:keepNext/>
      <w:spacing w:before="240" w:after="80"/>
    </w:pPr>
    <w:rPr>
      <w:rFonts w:ascii="Roboto Slab Medium" w:hAnsi="Roboto Slab Medium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header" Target="header3.xml"/><Relationship Id="rId19" Type="http://schemas.openxmlformats.org/officeDocument/2006/relationships/header" Target="header4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SlabHarmonizedMedium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 Τίτλοι του Παναθηναϊκού Αθλητικού Ομίλου</dc:title>
  <dc:subject>Εγκεκριμένη έκδοση με ενιαία σειρά όπλων στους επίσημους τίτλους του Σταθερού Στόχου, χωρίς μετακίνηση μεταξύ χρονικών ομάδων</dc:subject>
  <dc:creator>Παναθηναϊκός Αθλητικός Όμιλος</dc:creator>
  <cp:keywords>Παναθηναϊκός, τίτλοι, αθλητισμός</cp:keywords>
  <dc:description>Αισθητική v7: κοντύτερη γραμμή εξωφύλλου, regular σημείωση, καθαρότερη ιεραρχία αθλημάτων, μικρότερο έτος ίδρυσης.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