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SlabHarmonizedMedium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drawing>
          <wp:inline xmlns:a="http://schemas.openxmlformats.org/drawingml/2006/main" xmlns:pic="http://schemas.openxmlformats.org/drawingml/2006/picture">
            <wp:extent cx="1143000" cy="114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ΧρονολογικόςΤίτλοςΕγγράφου"/>
        <w:spacing w:after="100"/>
        <w:jc w:val="center"/>
      </w:pPr>
      <w:r>
        <w:rPr>
          <w:rFonts w:ascii="Roboto Slab Medium" w:hAnsi="Roboto Slab Medium"/>
          <w:b/>
          <w:color w:val="1B5E20"/>
          <w:sz w:val="41"/>
        </w:rPr>
        <w:t>ΕΠΙΣΗΜΟΙ ΟΜΑΔΙΚΟΙ ΤΙΤΛΟΙ</w:t>
        <w:br/>
        <w:t>ΠΑΝΑΘΗΝΑΪΚΟΥ ΑΘΛΗΤΙΚΟΥ ΟΜΙΛΟΥ</w:t>
      </w:r>
    </w:p>
    <w:p>
      <w:pPr>
        <w:spacing w:after="560" w:before="20" w:line="283" w:lineRule="auto"/>
        <w:jc w:val="center"/>
      </w:pPr>
      <w:r>
        <w:rPr>
          <w:rFonts w:ascii="Roboto Slab Medium" w:hAnsi="Roboto Slab Medium"/>
          <w:b w:val="0"/>
          <w:color w:val="000000"/>
          <w:sz w:val="29"/>
        </w:rPr>
        <w:t>Χρονολογική καταγραφή 1908 - 2026</w:t>
        <w:br/>
      </w:r>
      <w:r>
        <w:rPr>
          <w:rFonts w:ascii="Roboto Slab Medium" w:hAnsi="Roboto Slab Medium"/>
          <w:b w:val="0"/>
          <w:color w:val="000000"/>
          <w:sz w:val="27"/>
        </w:rPr>
        <w:t xml:space="preserve">Σύνολο τίτλων: </w:t>
      </w:r>
      <w:r>
        <w:rPr>
          <w:rFonts w:ascii="Roboto Slab Medium" w:hAnsi="Roboto Slab Medium"/>
          <w:b w:val="0"/>
          <w:color w:val="1B5E20"/>
          <w:sz w:val="27"/>
        </w:rPr>
        <w:t>1.896</w:t>
      </w:r>
    </w:p>
    <w:p>
      <w:pPr>
        <w:pStyle w:val="ΧρονολογικόΈτος"/>
        <w:spacing/>
      </w:pPr>
      <w:r>
        <w:t>1908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Πανθεσσαλικών Αγώνων</w:t>
      </w:r>
    </w:p>
    <w:p>
      <w:pPr>
        <w:pStyle w:val="ΧρονολογικόΈτος"/>
      </w:pPr>
      <w:r>
        <w:t>1909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1910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1911 (2)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1912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1913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1914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Άνδρες – Β΄ Ομάδες</w:t>
      </w:r>
    </w:p>
    <w:p>
      <w:pPr>
        <w:pStyle w:val="ΧρονολογικόΈτος"/>
      </w:pPr>
      <w:r>
        <w:t>1915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1916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1917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1918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1919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1920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1921 (4)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1922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όΈτος"/>
      </w:pPr>
      <w:r>
        <w:t>1923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1924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1925 (1)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όΈτος"/>
      </w:pPr>
      <w:r>
        <w:t>1926 (2)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όΈτος"/>
      </w:pPr>
      <w:r>
        <w:t>1927 (2)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όΈτος"/>
      </w:pPr>
      <w:r>
        <w:t>1928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1929 (4)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1930 (8)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1931 (7)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1932 (6)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1933 (5)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1934 (7)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όΈτος"/>
      </w:pPr>
      <w:r>
        <w:t>1935 (2)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1936 (1)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Δρόμων) — Άνδρες</w:t>
      </w:r>
    </w:p>
    <w:p>
      <w:pPr>
        <w:pStyle w:val="ΧρονολογικόΈτος"/>
      </w:pPr>
      <w:r>
        <w:t>1937 (3)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όΈτος"/>
      </w:pPr>
      <w:r>
        <w:t>1938 (5)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1939 (8)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(7×7)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Δρόμων)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Αλμάτων)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Χόκεϊ Ανδρών:</w:t>
      </w:r>
      <w:r>
        <w:t xml:space="preserve"> Πρωτάθλημα Ελλάδας</w:t>
      </w:r>
    </w:p>
    <w:p>
      <w:pPr>
        <w:pStyle w:val="ΧρονολογικόΈτος"/>
      </w:pPr>
      <w:r>
        <w:t>1940 (6)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(7×7)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Αλμάτων)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όΈτος"/>
      </w:pPr>
      <w:r>
        <w:t>1941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1942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1943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1944 (2)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όΈτος"/>
      </w:pPr>
      <w:r>
        <w:t>1945 (0)</w:t>
      </w:r>
    </w:p>
    <w:p>
      <w:pPr>
        <w:pStyle w:val="ΧρονολογικόΚενό"/>
      </w:pPr>
      <w:r>
        <w:rPr>
          <w:i w:val="0"/>
        </w:rPr>
        <w:t>Δεν κατακτήθηκαν ομαδικοί τίτλοι</w:t>
      </w:r>
    </w:p>
    <w:p>
      <w:pPr>
        <w:pStyle w:val="ΧρονολογικόΈτος"/>
      </w:pPr>
      <w:r>
        <w:t>1946 (6)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Φθινοπωρινό Πρωτάθλημα Κέντρου (Αθήνας – Πειραιά) — Γυναίκες</w:t>
      </w:r>
    </w:p>
    <w:p>
      <w:pPr>
        <w:pStyle w:val="ΧρονολογικόΈτος"/>
      </w:pPr>
      <w:r>
        <w:t>1947 (7)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1948 (7)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Όπλο – Ομαδικό) — Άνδρες</w:t>
      </w:r>
    </w:p>
    <w:p>
      <w:pPr>
        <w:pStyle w:val="ΧρονολογικόΈτος"/>
      </w:pPr>
      <w:r>
        <w:t>1949 (14)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Βίτσι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Ελληνοαμερικανικών Αγώνων (Καραμπίνα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(Τρίαθλο)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όΈτος"/>
      </w:pPr>
      <w:r>
        <w:t>1950 (9)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Άνδρες – Β΄ Ομάδες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Κύπρου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όΈτος"/>
      </w:pPr>
      <w:r>
        <w:t>1951 (14)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Άνδρες – Β΄ Ομάδες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Άνδρες – Β΄ Ομάδες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(Ταχύτητα – 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1952 (17)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Κωνσταντινούπολης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Έπαθλο ΕΠΣΑ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όΈτος"/>
      </w:pPr>
      <w:r>
        <w:t>1953 (12)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Άνδρες – Β΄ Ομάδες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Ειδικό Πρωτάθλημα Ομαδικών Αγωνισμάτων (Άλμα εις Μήκος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Ειδικό Πρωτάθλημα Ομαδικών Αγωνισμάτων (Άλμα εις Ύψος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Ειδικό Πρωτάθλημα Ομαδικών Αγωνισμάτων (Δισκοβολία – 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1954 (14)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Πάτρα»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όΈτος"/>
      </w:pPr>
      <w:r>
        <w:t>1955 (18)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(Γενική Βαθμολογία)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(Α΄)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(Β΄)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(Γ΄)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(Δ΄) — Άνδρες – Γυναίκες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1956 (18)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Πυροβόλων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1957 (20)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Καρδίτσα»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Ορθίως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Δρόμων)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Βαθμολογία Αλμάτων)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όΈτος"/>
      </w:pPr>
      <w:r>
        <w:t>1958 (21)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Άνδρες – Αρχάριοι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Όπλο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Ορθίως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– Σύνθετο 50–100 μ.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Φθινοπωρινό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1959 (21)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(Σκυταλοδρομία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Θεσσαλονίκη»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Γ΄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(Πολεμικό Όπλο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– Σύνθετο 50–100 μ.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Λαϊκό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1960 (24)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Διασυλλογικό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Πρηνηδόν 50–100 μ.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Γονυπετώς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Τριών Στάσεων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1961 (21)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(Α΄)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(Β΄)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Έπαθλο ΣΕΓΑΣ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1962 (20)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Χειμερινό Πρωτάθλημα Ελλάδας (Ομαδικό) (Α΄)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Χειμερινό Πρωτάθλημα Ελλάδας (Ομαδικό) (Β΄)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Χειμερινό Πρωτάθλημα Ελλάδας (Ομαδικό) (Γ΄) — Άνδρες</w:t>
      </w:r>
    </w:p>
    <w:p>
      <w:pPr>
        <w:pStyle w:val="ΧρονολογικόΈτος"/>
      </w:pPr>
      <w:r>
        <w:t>1963 (33)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 – Β΄ Ομάδες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(Γενική Βαθμολογία)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(Σκυταλοδρομία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Έφηβοι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Κατάταξη)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κατά Ανδρεικέλων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Ακριβείας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(Διεθνής Βαθμολογία)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Έπαθλο ΣΕΓΑΣ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1964 (38)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Κολυμβητικών Ημερίδων ΕΚΟΦ (Γενική Βαθμολογία)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(Σπριντ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(Ταχύτητα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κατά Ανδρεικέλων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(Περίστροφο Ακριβείας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(Διεθνής Βαθμολογία)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Έπαθλο ΣΕΓΑΣ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1965 (37)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(Πολυνίκης)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περιόδου 1964–1965)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«Αθήνα – Χαλκίδα»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Άνδρες – Β΄ Κατηγορία – Β΄ Ομάδες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Ελλάδας (Ομαδική Βαθμολογία)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Σκυταλοδρομιών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</w:t>
      </w:r>
    </w:p>
    <w:p>
      <w:pPr>
        <w:pStyle w:val="ΧρονολογικόΈτος"/>
      </w:pPr>
      <w:r>
        <w:t>1966 (30)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 – Β΄ Κατηγορία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 Ατομικών Αγωνισμάτων) — Άνδρες –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 Ατομικών Αγωνισμάτων) — Γυναίκες – Β΄ Ομάδες</w:t>
      </w:r>
    </w:p>
    <w:p>
      <w:pPr>
        <w:pStyle w:val="ΧρονολογικήΚαταχώριση"/>
      </w:pPr>
      <w:r>
        <w:rPr>
          <w:b/>
        </w:rPr>
        <w:t>Θαλάσσιο Σκι:</w:t>
      </w:r>
      <w:r>
        <w:t xml:space="preserve"> Κύπελλο «Ποσειδώνος»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Κέντρου (Αθήνας – Πειραιά)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(Μικτή 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Παίδες</w:t>
      </w:r>
    </w:p>
    <w:p>
      <w:pPr>
        <w:pStyle w:val="ΧρονολογικόΈτος"/>
      </w:pPr>
      <w:r>
        <w:t>1967 (34)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Θαλάσσιο Σκι: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Έφηβοι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 – Β΄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Παίδες</w:t>
      </w:r>
    </w:p>
    <w:p>
      <w:pPr>
        <w:pStyle w:val="ΧρονολογικόΈτος"/>
      </w:pPr>
      <w:r>
        <w:t>1968 (40)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«21ης Απριλίου»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 Ατομικών Αγωνισμάτων) — Άνδρες –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Αθήνας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(1 Ώρα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Αττικής – Στερεάς Ελλάδας και Κυκλάδων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 – Β΄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Πανσυλλογική Σκυταλοδρομία «Γύρος Αθηνών» — Άνδρες – Γ΄ Ομάδες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Παίδες</w:t>
      </w:r>
    </w:p>
    <w:p>
      <w:pPr>
        <w:pStyle w:val="ΧρονολογικόΈτος"/>
      </w:pPr>
      <w:r>
        <w:t>1969 (42)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Γ΄ – Δ΄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Γ΄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«Κεραμέα»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Φθινοπωρινό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1970 (44)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Αττικής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Γ΄ – Δ΄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Μεγάλης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«21ης Απριλίου»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1971 (45)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Πάλη (Ελεύθερη):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(Ζεύγη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(Α΄)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(Β΄)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(Ζεύγη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(6×6)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Γ΄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1972 (33)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Ελλάδας (Ομαδικό) — Άνδρες – Α΄ Κατηγορία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(Γενική Βαθμολογία)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Γυναίκες</w:t>
      </w:r>
    </w:p>
    <w:p>
      <w:pPr>
        <w:pStyle w:val="ΧρονολογικήΚαταχώριση"/>
      </w:pPr>
      <w:r>
        <w:rPr>
          <w:b/>
        </w:rPr>
        <w:t>Θαλάσσιο Σκι:</w:t>
      </w:r>
      <w:r>
        <w:t xml:space="preserve"> Κύπελλο «21ης Απριλίου»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1973 (38)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Γ΄ – Δ΄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Παίδες – Κορασίδες Γ΄ – Δ΄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Έφηβοι</w:t>
      </w:r>
    </w:p>
    <w:p>
      <w:pPr>
        <w:pStyle w:val="ΧρονολογικήΚαταχώριση"/>
      </w:pPr>
      <w:r>
        <w:rPr>
          <w:b/>
        </w:rPr>
        <w:t>Ποδηλασία:</w:t>
      </w:r>
      <w:r>
        <w:t xml:space="preserve"> Πρωτάθλημα Ελλάδας (Δρόμος – Πίστα) — Γενική Βαθμολογία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«ΟΧΙ»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1974 (27)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Νέοι –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Παίδες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(Σπάθη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(Ανάβαση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Διασυλλογικό Κύπελλο «ΟΧΙ» Κέντρου (Αθήνας – Πειραιά)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όΈτος"/>
      </w:pPr>
      <w:r>
        <w:t>1975 (19)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Πρωτάθλημα Αττικής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Νέοι –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Παίδες</w:t>
      </w:r>
    </w:p>
    <w:p>
      <w:pPr>
        <w:pStyle w:val="ΧρονολογικόΈτος"/>
      </w:pPr>
      <w:r>
        <w:t>1976 (18)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Νέοι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Πρωτάθλημα Κέντρου (Αθήνας – Πειραιά) — Νέοι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Εαρινό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Θερινό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Νοτίου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Νοτίου Ελλάδας (Ομαδική Χρονομέτρηση)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Νοτίου Ελλάδας (Αντοχή – Ομαδικό)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όΈτος"/>
      </w:pPr>
      <w:r>
        <w:t>1977 (27)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Διασυλλογικό Πρωτάθλημα Κέντρου (Αθήνας – Πειραιά) — Παίδες – Κορασίδες Α΄ –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(Γενική Βαθμολογία Ομαδικών Αγωνισμάτων)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Χειμερινό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Ακριβείας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Παίδες Α΄ – Β΄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(Καραμπίνα – Ομαδικό) — Παίδες Α΄ – Β΄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Παίδες Α΄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όΈτος"/>
      </w:pPr>
      <w:r>
        <w:t>1978 (25)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Νοτίου Ελλάδας (Ομαδικό) — Άνδρες – Δ΄ Κατηγορία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Τριάθλου (Ομαδικό) — Έφηβοι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Χειμερινό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Ασκήσεως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Βαλκανικό Κύπελλο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Ακριβείας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Εαρινό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Εαρινό Πρωτάθλημα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όΈτος"/>
      </w:pPr>
      <w:r>
        <w:t>1979 (24)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Εαρινό Πρωτάθλημα Ελλάδας Τριάθλου (Ομαδικό) —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Διάθλου (Ομαδικό) — Έφηβοι –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Τουρνουά ΕΚΟΦ — Νέοι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Εαρινό Κύπελλο ΕΚΟΦ — Έφηβοι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(Συλλογική Δραστηριότητα)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Εαρινό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όΈτος"/>
      </w:pPr>
      <w:r>
        <w:t>1980 (30)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ΕΟΠ)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Ευρώπης «Giuseppe Meazza»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Αθήνας – Πειραιά — Παγκορασίδες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Νεάνιδες</w:t>
      </w:r>
    </w:p>
    <w:p>
      <w:pPr>
        <w:pStyle w:val="ΧρονολογικόΈτος"/>
      </w:pPr>
      <w:r>
        <w:t>1981 (31)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Κορίτσια – Γενική Βαθμολογία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Κορασίδες Β΄ – Γ΄ – Δ΄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ΕΣΚΑ «Αλέκος Αποστολίδης»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Κύπελλο Ομοσπονδίας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Β΄ Κατηγορία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Προέφηβοι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Διασυλλογικό Πρωτάθλημα Ελλάδας (Περίστροφο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Νεάνιδες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Εαρινό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Α΄ Κατηγορίας Αττικής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Εαρινό Πρωτάθλημα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Νεάνιδες</w:t>
      </w:r>
    </w:p>
    <w:p>
      <w:pPr>
        <w:pStyle w:val="ΧρονολογικόΈτος"/>
      </w:pPr>
      <w:r>
        <w:t>1982 (55)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Πανεπαρχιακό Πρωτάθλημα Νοτίου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Κέντρου (Αθήνας – Πειραιά)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Ελλάδας (Ομαδικό) — Παμπαίδες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Νοτίου Ελλάδας (Ομαδικό) — Παμπαίδες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Παμπαίδες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Γενική Βαθμολογία Κατηγοριών Α΄ – Β΄ – Γ΄ – Δ΄ – Ε΄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 – Κορασίδες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Κορίτσια – Γενική Βαθμολογία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Κορασίδες Α΄ – Β΄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Κορασίδες Β΄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Γ΄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(Ατομική Χρονομέτρηση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Εαρινό Πρωτάθλημα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(Γενική Βαθμολογία) — Άνδρες –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Αττικής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Βάδην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Αθήνας – Πειραιά — Παμπαίδες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Περιφερειακό Πρωτάθλημα Αθήνας – Πειραιά — Παγκορασίδες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όΈτος"/>
      </w:pPr>
      <w:r>
        <w:t>1983 (24)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Παμπαίδες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Πόλεων (Αθήνα) — Άνδρες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(Αντοχή – 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Τουρνουά ΤΕΚΘ — Νέοι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Παίδες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Περιφερειακό Πρωτάθλημα (Ομαδικό) — Άνδρες</w:t>
      </w:r>
    </w:p>
    <w:p>
      <w:pPr>
        <w:pStyle w:val="ΧρονολογικόΈτος"/>
      </w:pPr>
      <w:r>
        <w:t>1984 (34)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Νοτίου Ελλάδας — Ελπίδες – Αβράβευτοι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Αγόρια Ε΄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Διασυλλογικό Πρωτάθλημα Νοτίου Ελλάδας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Αβράβευτοι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Νοτίου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Νοτίου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(Καραμπίνα 3×20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(Αεροβόλο Πιστόλι – 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Φθινοπωρινό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Γυναίκες</w:t>
      </w:r>
    </w:p>
    <w:p>
      <w:pPr>
        <w:pStyle w:val="ΧρονολογικόΈτος"/>
      </w:pPr>
      <w:r>
        <w:t>1985 (29)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Κεντρικής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3×40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Ορθίως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Περιφερειακό Πρωτάθλημα Αθήνας – Πειραιά (Ομαδικό) — Παίδες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(Βαθμολογία)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Γυναίκες</w:t>
      </w:r>
    </w:p>
    <w:p>
      <w:pPr>
        <w:pStyle w:val="ΧρονολογικόΈτος"/>
      </w:pPr>
      <w:r>
        <w:t>1986 (28)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Άνδρες – Β΄ Κατηγορία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Νεάνιδες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Εαρινό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Εαρινό Πρωτάθλημα Ελλάδας (Ομαδικό) — Γυναίκες</w:t>
      </w:r>
    </w:p>
    <w:p>
      <w:pPr>
        <w:pStyle w:val="ΧρονολογικόΈτος"/>
      </w:pPr>
      <w:r>
        <w:t>1987 (12)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Αγόρια Α΄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Νέοι / Άνδρες Β΄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(Ομαδικό) — Άνδρες</w:t>
      </w:r>
    </w:p>
    <w:p>
      <w:pPr>
        <w:pStyle w:val="ΧρονολογικόΈτος"/>
      </w:pPr>
      <w:r>
        <w:t>1988 (17)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Διασυλλογικό Πρωτάθλημα Αττικής — Άνδρες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Νοτίου Ελλάδας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(Ομαδικό)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Νοτίου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Νέοι / Άνδρες Β΄</w:t>
      </w:r>
    </w:p>
    <w:p>
      <w:pPr>
        <w:pStyle w:val="ΧρονολογικόΈτος"/>
      </w:pPr>
      <w:r>
        <w:t>1989 (29)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Διασυλλογικό Πρωτάθλημα Αττικής — Άνδρες – Β΄ Κατηγορία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Κορασίδες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Παίδες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Αναπτυξιακό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(Ομαδικό) — Παίδες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(Πολυνίκης)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(Καραμπίνα 3×40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όΈτος"/>
      </w:pPr>
      <w:r>
        <w:t>1990 (33)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Νεάνιδες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ΤΕΠΑ)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(Α΄)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(Ομαδικό) (Β΄)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Γύρος Αττικής (Ομαδικό)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ΤΕΠΑ)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Κύπελλο Αττικής Cyclo-Cross (Ομαδικό) (Α΄) — Άνδρες</w:t>
      </w:r>
    </w:p>
    <w:p>
      <w:pPr>
        <w:pStyle w:val="ΧρονολογικήΚαταχώριση"/>
      </w:pPr>
      <w:r>
        <w:rPr>
          <w:b/>
        </w:rPr>
        <w:t>Ποδηλασία (Ανώμαλου Δρόμου):</w:t>
      </w:r>
      <w:r>
        <w:t xml:space="preserve"> Κύπελλο Αττικής Cyclo-Cross (Ομαδικό) (Β΄)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(Πολυνίκης)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Θερινό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1991 (28)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(Ατομική Χρονομέτρηση – Ομαδικό)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Διασυλλογικό Πρωτάθλημα Αττικής (Αντοχή – Ομαδικό) — Έφηβοι</w:t>
      </w:r>
    </w:p>
    <w:p>
      <w:pPr>
        <w:pStyle w:val="ΧρονολογικήΚαταχώριση"/>
      </w:pPr>
      <w:r>
        <w:rPr>
          <w:b/>
        </w:rPr>
        <w:t>Ποδοαντισφαίριση:</w:t>
      </w:r>
      <w:r>
        <w:t xml:space="preserve"> Πρωτάθλημα Ελλάδας (1×1)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(Πολυνίκης) — Γενική Βαθμολογία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Εαρινό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Νεάνιδες</w:t>
      </w:r>
    </w:p>
    <w:p>
      <w:pPr>
        <w:pStyle w:val="ΧρονολογικόΈτος"/>
      </w:pPr>
      <w:r>
        <w:t>1992 (18)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Κέντρου (Αθήνας – Πειραιά) — Έφηβοι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(Γενική Βαθμολογία ΤΕΠΑ) — Άνδρες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Αττικής (Ομαδική Χρονομέτρηση)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Φθινοπωρινό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Παμπαίδες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Παμπαίδες</w:t>
      </w:r>
    </w:p>
    <w:p>
      <w:pPr>
        <w:pStyle w:val="ΧρονολογικόΈτος"/>
      </w:pPr>
      <w:r>
        <w:t>1993 (16)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Κορασίδες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Αττικής (Ομαδική Χρονομέτρηση)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Μεγάλου Διαμετρήματος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Χειμερινό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Παμπαίδες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(Standard Bow – Ομαδικό) — Άνδρες</w:t>
      </w:r>
    </w:p>
    <w:p>
      <w:pPr>
        <w:pStyle w:val="ΧρονολογικόΈτος"/>
      </w:pPr>
      <w:r>
        <w:t>1994 (16)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Κορασίδες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Γύρος Αττικής (Ομαδικό)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Αθήνας ΕΠΣΑ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Νοτίου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Παίδες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όΈτος"/>
      </w:pPr>
      <w:r>
        <w:t>1995 (11)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Ενόργανη Γυμναστική:</w:t>
      </w:r>
      <w:r>
        <w:t xml:space="preserve"> Πρωτάθλημα Αθήνας (Ομαδικό) — Παγκορασίδες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Άνδρες</w:t>
      </w:r>
    </w:p>
    <w:p>
      <w:pPr>
        <w:pStyle w:val="ΧρονολογικόΈτος"/>
      </w:pPr>
      <w:r>
        <w:t>1996 (15)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Διηπειρωτικό Κύπελλο FIBA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Παίδες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1997 (11)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Παμπαίδες Α΄ – Β΄</w:t>
      </w:r>
    </w:p>
    <w:p>
      <w:pPr>
        <w:pStyle w:val="ΧρονολογικήΚαταχώριση"/>
      </w:pPr>
      <w:r>
        <w:rPr>
          <w:b/>
        </w:rPr>
        <w:t>Ποδηλασία (Δρόμου):</w:t>
      </w:r>
      <w:r>
        <w:t xml:space="preserve"> Πρωτάθλημα Ελλάδας (Δρόμος) — Γενική Βαθμολογία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1998 (15)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Παγκορασίδες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1999 (5)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Κύπελλο Ελλάδας (Πολυνίκης) — Άνδρες – Α΄ Κατηγορία</w:t>
      </w:r>
    </w:p>
    <w:p>
      <w:pPr>
        <w:pStyle w:val="ΧρονολογικόΈτος"/>
      </w:pPr>
      <w:r>
        <w:t>2000 (9)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Ερασιτέχνες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όΈτος"/>
      </w:pPr>
      <w:r>
        <w:t>2001 (3)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Πρωτάθλημα Ελλάδας (Τραπ – Ομαδικό) — Άνδρες</w:t>
      </w:r>
    </w:p>
    <w:p>
      <w:pPr>
        <w:pStyle w:val="ΧρονολογικόΈτος"/>
      </w:pPr>
      <w:r>
        <w:t>2002 (1)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όΈτος"/>
      </w:pPr>
      <w:r>
        <w:t>2003 (2)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όΈτος"/>
      </w:pPr>
      <w:r>
        <w:t>2004 (5)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2005 (12)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Υπερκύπελλο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όΈτος"/>
      </w:pPr>
      <w:r>
        <w:t>2006 (9)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Παλαίμαχες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όΈτος"/>
      </w:pPr>
      <w:r>
        <w:t>2007 (14)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Παλαίμαχες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Έφηβοι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Ελλάδας — Έφηβοι –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Χειμερινό Πρωτάθλημα Ελλάδας — Νεάνιδες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Κέντρου (Ομαδικό) — Έφηβοι</w:t>
      </w:r>
    </w:p>
    <w:p>
      <w:pPr>
        <w:pStyle w:val="ΧρονολογικόΈτος"/>
      </w:pPr>
      <w:r>
        <w:t>2008 (10)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Τζούνιορ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Τοπικό Πρωτάθλημα Αθήνας (Ομαδικό) — Άνδρες</w:t>
      </w:r>
    </w:p>
    <w:p>
      <w:pPr>
        <w:pStyle w:val="ΧρονολογικόΈτος"/>
      </w:pPr>
      <w:r>
        <w:t>2009 (9)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Κ17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όΈτος"/>
      </w:pPr>
      <w:r>
        <w:t>2010 (11)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Παλαίμαχες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όΈτος"/>
      </w:pPr>
      <w:r>
        <w:t>2011 (6)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όΈτος"/>
      </w:pPr>
      <w:r>
        <w:t>2012 (9)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Κ20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(Ολυμπιακό Τόξο – Ομαδικό) — Νέοι Άνδρες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(Ολυμπιακό Τόξο – Ομαδικό) — Νέοι Άνδρες</w:t>
      </w:r>
    </w:p>
    <w:p>
      <w:pPr>
        <w:pStyle w:val="ΧρονολογικόΈτος"/>
      </w:pPr>
      <w:r>
        <w:t>2013 (13)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Νεάνιδες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Άνοιξης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Κύπελλο Ελλάδας (Ολυμπιακό Τόξο – Ομαδικό) — Νέοι Άνδρες</w:t>
      </w:r>
    </w:p>
    <w:p>
      <w:pPr>
        <w:pStyle w:val="ΧρονολογικόΈτος"/>
      </w:pPr>
      <w:r>
        <w:t>2014 (12)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Άνοιξης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Γ΄ – Δ΄ Κατηγορία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Μπέιζμπολ: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όΈτος"/>
      </w:pPr>
      <w:r>
        <w:t>2015 (13)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Πάλη (Ελληνορωμαϊκή):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όΈτος"/>
      </w:pPr>
      <w:r>
        <w:t>2016 (19)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Παίδες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Νέοι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— Άνδρες – Γενική Βαθμολογία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Γ΄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όΈτος"/>
      </w:pPr>
      <w:r>
        <w:t>2017 (24)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Παίδες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Ξιφασκία:</w:t>
      </w:r>
      <w:r>
        <w:t xml:space="preserve"> Πρωτάθλημα Ελλάδας (Ξίφος Μονομαχίας – Ομαδικό)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(Βαθμολογία)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(Ομαδικό Σπριντ)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(Μάντισον) — Άνδρες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Μίνι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(Σύνθετο Τόξο – Ομαδικό) — Νέοι Άνδρες</w:t>
      </w:r>
    </w:p>
    <w:p>
      <w:pPr>
        <w:pStyle w:val="ΧρονολογικόΈτος"/>
      </w:pPr>
      <w:r>
        <w:t>2018 (29)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Παμπαίδες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Esports (League of Legends):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Esports (League of Legends):</w:t>
      </w:r>
      <w:r>
        <w:t xml:space="preserve"> League of Legends (ΔΕΘ) — Άνδρες</w:t>
      </w:r>
    </w:p>
    <w:p>
      <w:pPr>
        <w:pStyle w:val="ΧρονολογικήΚαταχώριση"/>
      </w:pPr>
      <w:r>
        <w:rPr>
          <w:b/>
        </w:rPr>
        <w:t>Esports (PUBG):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Παγκορασίδες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Κ15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Τοξοβολία: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(Ολυμπιακό Τόξο – Ολυμπιακός Γύρος – 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(Σύνθετο Τόξο – Ολυμπιακός Γύρος – 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(Σύνθετο Τόξο – Ομαδικό) — Άνδρες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(Ολυμπιακό Τόξο – Ομαδικό) — Γυναίκες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Κύπελλο Ελλάδας (Ολυμπιακό Τόξο – Ομαδικό) — Γυναίκες</w:t>
      </w:r>
    </w:p>
    <w:p>
      <w:pPr>
        <w:pStyle w:val="ΧρονολογικόΈτος"/>
      </w:pPr>
      <w:r>
        <w:t>2019 (24)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Μίνι Παίδες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Έφηβοι</w:t>
      </w:r>
    </w:p>
    <w:p>
      <w:pPr>
        <w:pStyle w:val="ΧρονολογικήΚαταχώριση"/>
      </w:pPr>
      <w:r>
        <w:rPr>
          <w:b/>
        </w:rPr>
        <w:t>Τοξοβολία (Ανοιχτός Χώρος):</w:t>
      </w:r>
      <w:r>
        <w:t xml:space="preserve"> Πρωτάθλημα Ελλάδας (Σύνθετο Τόξο – Ομαδικό) — Γυναίκες</w:t>
      </w:r>
    </w:p>
    <w:p>
      <w:pPr>
        <w:pStyle w:val="ΧρονολογικήΚαταχώριση"/>
      </w:pPr>
      <w:r>
        <w:rPr>
          <w:b/>
        </w:rPr>
        <w:t>Τοξοβολία (Κλειστός Χώρος):</w:t>
      </w:r>
      <w:r>
        <w:t xml:space="preserve"> Πρωτάθλημα Ελλάδας (Σύνθετο Τόξο – Ομαδικό) — Γυναίκες</w:t>
      </w:r>
    </w:p>
    <w:p>
      <w:pPr>
        <w:pStyle w:val="ΧρονολογικόΈτος"/>
      </w:pPr>
      <w:r>
        <w:t>2020 (22)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Έφηβοι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Ελλάδας VPG Superleague FIFA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Τουρνουά ΟΧΕ</w:t>
      </w:r>
    </w:p>
    <w:p>
      <w:pPr>
        <w:pStyle w:val="ΧρονολογικήΚαταχώριση"/>
      </w:pPr>
      <w:r>
        <w:rPr>
          <w:b/>
        </w:rPr>
        <w:t>Ράγκμπι Γυναικών:</w:t>
      </w:r>
      <w:r>
        <w:t xml:space="preserve"> Τουρνουά ΟΧΕ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Νεάνιδες</w:t>
      </w:r>
    </w:p>
    <w:p>
      <w:pPr>
        <w:pStyle w:val="ΧρονολογικόΈτος"/>
      </w:pPr>
      <w:r>
        <w:t>2021 (37)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Νέες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Παίδες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Ελλάδας FIFA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Κύπελλο Ελλάδας FIFA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Ελλάδας eFootball PES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Α΄ – Παγκορασίδες Α΄ U15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Τουρνουά Παραολυμπιακού Πανοράματος (3×3)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ΑμεΑ (Πίστας):</w:t>
      </w:r>
      <w:r>
        <w:t xml:space="preserve"> Πρωτάθλημα Ελλάδας (Βαθμολογία) — Άνδρες – Γυναίκες</w:t>
      </w:r>
    </w:p>
    <w:p>
      <w:pPr>
        <w:pStyle w:val="ΧρονολογικήΚαταχώριση"/>
      </w:pPr>
      <w:r>
        <w:rPr>
          <w:b/>
        </w:rPr>
        <w:t>Ποδόσφαιρο Ακρωτηριασμένων:</w:t>
      </w:r>
      <w:r>
        <w:t xml:space="preserve"> Διασυλλογικό Κύπελλο Ανάπτυξης — Άνδρες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Β΄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Β΄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Αεροβόλων και Πυροβόλων Όπλων —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Νεάνιδες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Πρωτάθλημα Ελλάδας (Σκιτ – Ομαδικό) — Άνδρες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Κύπελλο Ελλάδας (Σκιτ – Βαθμολογία)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Άνδρες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Άνδρες</w:t>
      </w:r>
    </w:p>
    <w:p>
      <w:pPr>
        <w:pStyle w:val="ΧρονολογικόΈτος"/>
      </w:pPr>
      <w:r>
        <w:t>2022 (39)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ETTU Europe Trophy — Γυναίκες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Ελλάδας — Γυναίκες</w:t>
      </w:r>
    </w:p>
    <w:p>
      <w:pPr>
        <w:pStyle w:val="ΧρονολογικήΚαταχώριση"/>
      </w:pPr>
      <w:r>
        <w:rPr>
          <w:b/>
        </w:rPr>
        <w:t>Esports (PUBG):</w:t>
      </w:r>
      <w:r>
        <w:t xml:space="preserve"> PUBG Greek Series – Summer Showdown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Κύπελλο HFP Gaming – Esports Leagues — Άνδρες</w:t>
      </w:r>
    </w:p>
    <w:p>
      <w:pPr>
        <w:pStyle w:val="ΧρονολογικήΚαταχώριση"/>
      </w:pPr>
      <w:r>
        <w:rPr>
          <w:b/>
        </w:rPr>
        <w:t>Esports (Rainbow Six Siege):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Α΄ – Παγκορασίδες Α΄ U15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Κύπελλο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Σούπερ Καπ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Ποδόσφαιρο Ακρωτηριασμένων: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Κ19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(Βαθμολογία Ομαδικών Αγωνισμάτων) — Άνδρες –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(Βαθμολογία Ομαδικών Αγωνισμάτων) —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Κύπελλο Ελλάδας (Σκιτ – Α΄ Κατηγορία) — Άνδρες</w:t>
      </w:r>
    </w:p>
    <w:p>
      <w:pPr>
        <w:pStyle w:val="ΧρονολογικήΚαταχώριση"/>
      </w:pPr>
      <w:r>
        <w:rPr>
          <w:b/>
        </w:rPr>
        <w:t>Σκοποβολή (Πήλινος Στόχος):</w:t>
      </w:r>
      <w:r>
        <w:t xml:space="preserve"> Κύπελλο Ελλάδας (Σκιτ – Α1 Κατηγορία)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Γυναίκες</w:t>
      </w:r>
    </w:p>
    <w:p>
      <w:pPr>
        <w:pStyle w:val="ΧρονολογικόΈτος"/>
      </w:pPr>
      <w:r>
        <w:t>2023 (47)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Σούπερ Καπ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Κ17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Esports (FIFA / eFootball):</w:t>
      </w:r>
      <w:r>
        <w:t xml:space="preserve"> Πρωτάθλημα HFP Tag Teams – Balkan Edition (eFootball) — Άνδρες</w:t>
      </w:r>
    </w:p>
    <w:p>
      <w:pPr>
        <w:pStyle w:val="ΧρονολογικήΚαταχώριση"/>
      </w:pPr>
      <w:r>
        <w:rPr>
          <w:b/>
        </w:rPr>
        <w:t>Esports (Rainbow Six Siege):</w:t>
      </w:r>
      <w:r>
        <w:t xml:space="preserve"> Gameathlon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 Laser Run)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Α΄ – Παγκορασίδες Α΄ U15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Παγκορασίδες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(Ομαδική Καταδίωξη)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(Ομαδικό Σπριντ) — Άνδρες</w:t>
      </w:r>
    </w:p>
    <w:p>
      <w:pPr>
        <w:pStyle w:val="ΧρονολογικήΚαταχώριση"/>
      </w:pPr>
      <w:r>
        <w:rPr>
          <w:b/>
        </w:rPr>
        <w:t>Ποδηλασία (Πίστας):</w:t>
      </w:r>
      <w:r>
        <w:t xml:space="preserve"> Πρωτάθλημα Ελλάδας (Μάντισον) — Άνδρες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Άνδρες – Α΄ Κατηγορία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Άνδρες – Α΄ Κατηγορία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Αεροβόλων και Πυροβόλων Όπλων — Άνδρες – Γυναίκες –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Αεροβόλων και Πυροβόλων Όπλων — Νέοι Άνδρες – Νέες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Νέοι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Σπορ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Νεάνιδες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p>
      <w:pPr>
        <w:pStyle w:val="ΧρονολογικόΈτος"/>
      </w:pPr>
      <w:r>
        <w:t>2024 (52)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Λιγκ Καπ «Νίκος Σαμαράς»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ETTU Europe Trophy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Αγόρια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Νέες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Β΄ – Παγκορασίδες Β΄ U13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Ευρώπης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Κύπελλο Ελλάδας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Ποδηλασία ΑμεΑ (Δρόμου):</w:t>
      </w:r>
      <w:r>
        <w:t xml:space="preserve"> Πρωτάθλημα Ελλάδας (Αντοχή – Ομαδικό) — Άνδρες – Γυναίκες</w:t>
      </w:r>
    </w:p>
    <w:p>
      <w:pPr>
        <w:pStyle w:val="ΧρονολογικήΚαταχώριση"/>
      </w:pPr>
      <w:r>
        <w:rPr>
          <w:b/>
        </w:rPr>
        <w:t>Ποδηλασία ΑμεΑ (Πίστας):</w:t>
      </w:r>
      <w:r>
        <w:t xml:space="preserve"> Πρωτάθλημα Ελλάδας (Βαθμολογία) — Άνδρες – Γυναίκες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Πρωτάθλημα Ελλάδας — Κ16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Κύπελλο Ελλάδας — Κ16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«Λάζαρος Δρεπανιώτης»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«Σπύρος Μπίκος»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Πρωτάθλημα Αττικής — Βετεράνοι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(Πυροβόλα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(Αεροβόλα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Γενικής Βαθμολογίας —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3×20 – Ομαδικό) — Νεάνιδες</w:t>
      </w:r>
    </w:p>
    <w:p>
      <w:pPr>
        <w:pStyle w:val="ΧρονολογικήΚαταχώριση"/>
      </w:pPr>
      <w:r>
        <w:rPr>
          <w:b/>
        </w:rPr>
        <w:t>Σκοποβολή ΑμεΑ: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(Ομαδικό) — Γυναίκες</w:t>
      </w:r>
    </w:p>
    <w:p>
      <w:pPr>
        <w:pStyle w:val="ΧρονολογικήΚαταχώριση"/>
      </w:pPr>
      <w:r>
        <w:rPr>
          <w:b/>
        </w:rPr>
        <w:t>Στίβος (Ανώμαλος Δρόμος):</w:t>
      </w:r>
      <w:r>
        <w:t xml:space="preserve"> Πρωτάθλημα Ελλάδας (Γενική Πολλαπλή Βαθμολογία) — Γυναίκες</w:t>
      </w:r>
    </w:p>
    <w:p>
      <w:pPr>
        <w:pStyle w:val="ΧρονολογικόΈτος"/>
      </w:pPr>
      <w:r>
        <w:t>2025 (56)</w:t>
      </w:r>
    </w:p>
    <w:p>
      <w:pPr>
        <w:pStyle w:val="ΧρονολογικήΚαταχώριση"/>
      </w:pPr>
      <w:r>
        <w:rPr>
          <w:b/>
        </w:rPr>
        <w:t>Άρση Βαρών: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Κ18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Αθήνας και Ανατολικής Αττικής — Κ18 – Εκτός Συναγωνισμού 3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Κύπελλο Αττικής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Χειμερινό Πρωτάθλημα Ελλάδας —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Εαρινό Κύπελλο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 Triathle) — Παίδες – Κορασίδες U17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Σκυτάλη) — Παμπαίδες Β΄ – Παγκορασίδες Β΄ U13</w:t>
      </w:r>
    </w:p>
    <w:p>
      <w:pPr>
        <w:pStyle w:val="ΧρονολογικήΚαταχώριση"/>
      </w:pPr>
      <w:r>
        <w:rPr>
          <w:b/>
        </w:rPr>
        <w:t>Μοντέρνο Πένταθλο:</w:t>
      </w:r>
      <w:r>
        <w:t xml:space="preserve"> Πρωτάθλημα Ελλάδας (Μικτή Σκυτάλη Triathle) — Παμπαίδες Β΄ – Παγκορασίδες Β΄ U13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Rising Stars (ΕΟΚ)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Έφηβοι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Παγκορασίδες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Κύπελλο Ελλάδας — Άνδρες – Γυναίκες</w:t>
      </w:r>
    </w:p>
    <w:p>
      <w:pPr>
        <w:pStyle w:val="ΧρονολογικήΚαταχώριση"/>
      </w:pPr>
      <w:r>
        <w:rPr>
          <w:b/>
        </w:rPr>
        <w:t>Ξιφασκία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Πάλη σε Άμμο:</w:t>
      </w:r>
      <w:r>
        <w:t xml:space="preserve"> Πρωτάθλημα Ελλάδας — Παγκορασίδες U15</w:t>
      </w:r>
    </w:p>
    <w:p>
      <w:pPr>
        <w:pStyle w:val="ΧρονολογικήΚαταχώριση"/>
      </w:pPr>
      <w:r>
        <w:rPr>
          <w:b/>
        </w:rPr>
        <w:t>Ποδηλασία ΑμεΑ (Πίστας):</w:t>
      </w:r>
      <w:r>
        <w:t xml:space="preserve"> Πρωτάθλημα Ελλάδας (Βαθμολογία) — Άνδρες – Γυναίκες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Γυναίκες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Γυναίκες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(15s)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(7s)</w:t>
      </w:r>
    </w:p>
    <w:p>
      <w:pPr>
        <w:pStyle w:val="ΧρονολογικήΚαταχώριση"/>
      </w:pPr>
      <w:r>
        <w:rPr>
          <w:b/>
        </w:rPr>
        <w:t>Ράγκμπι Γυναικών:</w:t>
      </w:r>
      <w:r>
        <w:t xml:space="preserve"> Πρωτάθλημα Ελλάδας (7s)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«Σπύρος Μπίκος»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«Πέτρος Κολυβάς»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«Νίκος Στρόφαλης»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(Πυροβόλα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(Αεροβόλα Όπλα) — Άνδρες – Γυναίκες – Έφηβοι –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(Ελεύθερο Πιστόλι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3×20 – Ομαδικό) — Έφηβοι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Νεάνιδες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Νεάνιδες</w:t>
      </w:r>
    </w:p>
    <w:p>
      <w:pPr>
        <w:pStyle w:val="ΧρονολογικήΚαταχώριση"/>
      </w:pPr>
      <w:r>
        <w:rPr>
          <w:b/>
        </w:rPr>
        <w:t>Σκοποβολή ΑμεΑ: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Τρίαθλο:</w:t>
      </w:r>
      <w:r>
        <w:t xml:space="preserve"> Διασυλλογικό Πρωτάθλημα Ελλάδας (WhyNot – ΤΟΕ) — Άνδρες – Γυναίκες</w:t>
      </w:r>
    </w:p>
    <w:p>
      <w:pPr>
        <w:pStyle w:val="ΧρονολογικόΈτος"/>
      </w:pPr>
      <w:r>
        <w:t>2026 (54)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Βόλεϊ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Βόλεϊ Γυναικών:</w:t>
      </w:r>
      <w:r>
        <w:t xml:space="preserve"> Πρωτάθλημα Ελλάδας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ETTU Europe Trophy — Άνδρες</w:t>
      </w:r>
    </w:p>
    <w:p>
      <w:pPr>
        <w:pStyle w:val="ΧρονολογικήΚαταχώριση"/>
      </w:pPr>
      <w:r>
        <w:rPr>
          <w:b/>
        </w:rPr>
        <w:t>Επιτραπέζια Αντισφαίριση:</w:t>
      </w:r>
      <w:r>
        <w:t xml:space="preserve"> Διασυλλογικό Πρωτάθλημα Ελλάδας — Γυναίκες</w:t>
      </w:r>
    </w:p>
    <w:p>
      <w:pPr>
        <w:pStyle w:val="ΧρονολογικήΚαταχώριση"/>
      </w:pPr>
      <w:r>
        <w:rPr>
          <w:b/>
        </w:rPr>
        <w:t>Esports (Basketball / NBA 2K):</w:t>
      </w:r>
      <w:r>
        <w:t xml:space="preserve"> Cyber EuroLeague — Άνδρες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Γυναίκες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Αγόρια – Κορίτσια Α΄ – Β΄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Α΄ – Β΄ Κατηγορία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Κύπελλο Χριστουγέννων — Αγόρια – Κορίτσια Β΄ – Γ΄ – Δ΄ Κατηγορία (Γενική Βαθμολογία)</w:t>
      </w:r>
    </w:p>
    <w:p>
      <w:pPr>
        <w:pStyle w:val="ΧρονολογικήΚαταχώριση"/>
      </w:pPr>
      <w:r>
        <w:rPr>
          <w:b/>
        </w:rPr>
        <w:t>Καταδύσεις:</w:t>
      </w:r>
      <w:r>
        <w:t xml:space="preserve"> Πρωτάθλημα Ελλάδας — Κορίτσια Γ΄ – Δ΄ Κατηγορία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 – Γυναίκες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Άνδρες</w:t>
      </w:r>
    </w:p>
    <w:p>
      <w:pPr>
        <w:pStyle w:val="ΧρονολογικήΚαταχώριση"/>
      </w:pPr>
      <w:r>
        <w:rPr>
          <w:b/>
        </w:rPr>
        <w:t>Κολύμβηση Ανοιχτής Θάλασσας:</w:t>
      </w:r>
      <w:r>
        <w:t xml:space="preserve"> Πρωτάθλημα Ελλάδας — Masters – Γυναίκες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Κύπελλο Ελλάδας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ΣΠΑΚΕ — Παλαίμαχοι</w:t>
      </w:r>
    </w:p>
    <w:p>
      <w:pPr>
        <w:pStyle w:val="ΧρονολογικήΚαταχώριση"/>
      </w:pPr>
      <w:r>
        <w:rPr>
          <w:b/>
        </w:rPr>
        <w:t>Μπάσκετ Ανδρών:</w:t>
      </w:r>
      <w:r>
        <w:t xml:space="preserve"> Πρωτάθλημα Αθήνας — Παμπαίδες Β΄ U14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Νεάνιδες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Ελλάδας — Κορασίδες</w:t>
      </w:r>
    </w:p>
    <w:p>
      <w:pPr>
        <w:pStyle w:val="ΧρονολογικήΚαταχώριση"/>
      </w:pPr>
      <w:r>
        <w:rPr>
          <w:b/>
        </w:rPr>
        <w:t>Μπάσκετ Γυναικών:</w:t>
      </w:r>
      <w:r>
        <w:t xml:space="preserve"> Πρωτάθλημα Αθήνας — Κορασίδες</w:t>
      </w:r>
    </w:p>
    <w:p>
      <w:pPr>
        <w:pStyle w:val="ΧρονολογικήΚαταχώριση"/>
      </w:pPr>
      <w:r>
        <w:rPr>
          <w:b/>
        </w:rPr>
        <w:t>Μπάσκετ με Αμαξίδιο: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Παρακανόε: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Παραμπάντμιντον:</w:t>
      </w:r>
      <w:r>
        <w:t xml:space="preserve"> Πρωτάθλημα Ελλάδας — Άνδρες – Γυναίκες</w:t>
      </w:r>
    </w:p>
    <w:p>
      <w:pPr>
        <w:pStyle w:val="ΧρονολογικήΚαταχώριση"/>
      </w:pPr>
      <w:r>
        <w:rPr>
          <w:b/>
        </w:rPr>
        <w:t>Ποδόσφαιρο Ακρωτηριασμένων: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Ποδόσφαιρο Ανδρών:</w:t>
      </w:r>
      <w:r>
        <w:t xml:space="preserve"> Πρωτάθλημα Ελλάδας — Κ17</w:t>
      </w:r>
    </w:p>
    <w:p>
      <w:pPr>
        <w:pStyle w:val="ΧρονολογικήΚαταχώριση"/>
      </w:pPr>
      <w:r>
        <w:rPr>
          <w:b/>
        </w:rPr>
        <w:t>Ποδόσφαιρο Σάλας Ανδρών:</w:t>
      </w:r>
      <w:r>
        <w:t xml:space="preserve"> Κύπελλο Ελλάδας — Κ18</w:t>
      </w:r>
    </w:p>
    <w:p>
      <w:pPr>
        <w:pStyle w:val="ΧρονολογικήΚαταχώριση"/>
      </w:pPr>
      <w:r>
        <w:rPr>
          <w:b/>
        </w:rPr>
        <w:t>Ποδόσφαιρο Σάλας Γυναικών:</w:t>
      </w:r>
      <w:r>
        <w:t xml:space="preserve"> Πρωτάθλημα Ελλάδας — Κ14</w:t>
      </w:r>
    </w:p>
    <w:p>
      <w:pPr>
        <w:pStyle w:val="ΧρονολογικήΚαταχώριση"/>
      </w:pPr>
      <w:r>
        <w:rPr>
          <w:b/>
        </w:rPr>
        <w:t>Πόλο Ανδρών:</w:t>
      </w:r>
      <w:r>
        <w:t xml:space="preserve"> Πρωτάθλημα Ελλάδας — Παίδες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(Βαθμολογία) — Νέοι Άνδρες U23</w:t>
      </w:r>
    </w:p>
    <w:p>
      <w:pPr>
        <w:pStyle w:val="ΧρονολογικήΚαταχώριση"/>
      </w:pPr>
      <w:r>
        <w:rPr>
          <w:b/>
        </w:rPr>
        <w:t>Πυγμαχία:</w:t>
      </w:r>
      <w:r>
        <w:t xml:space="preserve"> Πρωτάθλημα Ελλάδας (Πολυνίκης) — Νέοι Άνδρες U23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(15s)</w:t>
      </w:r>
    </w:p>
    <w:p>
      <w:pPr>
        <w:pStyle w:val="ΧρονολογικήΚαταχώριση"/>
      </w:pPr>
      <w:r>
        <w:rPr>
          <w:b/>
        </w:rPr>
        <w:t>Ράγκμπι Ανδρών:</w:t>
      </w:r>
      <w:r>
        <w:t xml:space="preserve"> Πρωτάθλημα Ελλάδας (7s)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Πανελλήνιο Ομαδικό Πρωτάθλημα Α΄ Εθνικής Κατηγορίας — Άνδρες – Γυναίκες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Κύπελλο Ελλάδας — Άνδρες</w:t>
      </w:r>
    </w:p>
    <w:p>
      <w:pPr>
        <w:pStyle w:val="ΧρονολογικήΚαταχώριση"/>
      </w:pPr>
      <w:r>
        <w:rPr>
          <w:b/>
        </w:rPr>
        <w:t>Σκάκι:</w:t>
      </w:r>
      <w:r>
        <w:t xml:space="preserve"> Ομαδικό Κύπελλο Αττικής «Νίκος Στρόφαλης»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Πυροβόλων Όπλων (Βαθμολογία) — Άνδρες –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(Πυροβόλα Όπλα) — Άνδρες –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Στάνταρντ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Ταχύτητας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(Πιστόλι Κεντρικής Πυροδότησης – Ομαδικό) — Άνδρες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(Τουφέκι Πρηνηδόν – Ομαδικό) —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Αεροβόλων Όπλων (Βαθμολογία) — Νέοι Άνδρες –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Ομαδικών Αγωνισμάτων (Αεροβόλα Όπλα) — Νέοι Άνδρες –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Πιστόλι – Ομαδικό) —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Νέες Γυναίκες</w:t>
      </w:r>
    </w:p>
    <w:p>
      <w:pPr>
        <w:pStyle w:val="ΧρονολογικήΚαταχώριση"/>
      </w:pPr>
      <w:r>
        <w:rPr>
          <w:b/>
        </w:rPr>
        <w:t>Σκοποβολή (Σταθερός Στόχος):</w:t>
      </w:r>
      <w:r>
        <w:t xml:space="preserve"> Πρωτάθλημα Ελλάδας (Αεροβόλο Τουφέκι – Ομαδικό) — Παίδες Β΄</w:t>
      </w:r>
    </w:p>
    <w:p>
      <w:pPr>
        <w:pStyle w:val="ΧρονολογικήΚαταχώριση"/>
      </w:pPr>
      <w:r>
        <w:rPr>
          <w:b/>
        </w:rPr>
        <w:t>Σκοποβολή ΑμεΑ:</w:t>
      </w:r>
      <w:r>
        <w:t xml:space="preserve"> Πρωτάθλημα Ελλάδας — Γενική Βαθμολογία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(Ανοιχτός):</w:t>
      </w:r>
      <w:r>
        <w:t xml:space="preserve"> Διασυλλογικό Πρωτάθλημα Αθήνας — Άνδρες – Γυναίκες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Άνδρες</w:t>
      </w:r>
    </w:p>
    <w:p>
      <w:pPr>
        <w:pStyle w:val="ΧρονολογικήΚαταχώριση"/>
      </w:pPr>
      <w:r>
        <w:rPr>
          <w:b/>
        </w:rPr>
        <w:t>Στίβος (Κλειστός):</w:t>
      </w:r>
      <w:r>
        <w:t xml:space="preserve"> Πρωτάθλημα Ελλάδας — Γυναίκες</w:t>
      </w:r>
    </w:p>
    <w:sectPr w:rsidR="00FC693F" w:rsidRPr="0006063C" w:rsidSect="00034616">
      <w:headerReference w:type="default" r:id="rId12"/>
      <w:footerReference w:type="default" r:id="rId13"/>
      <w:footerReference w:type="first" r:id="rId16"/>
      <w:footerReference w:type="even" r:id="rId17"/>
      <w:pgSz w:w="11906" w:h="16838"/>
      <w:pgMar w:top="1020" w:right="1134" w:bottom="1020" w:left="1191" w:header="397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Slab Harmonized Medium">
    <w:charset w:val="00"/>
    <w:family w:val="roman"/>
    <w:pitch w:val="variable"/>
    <w:embedRegular r:id="rId1" w:fontKey="{A9B395AE-BE8A-461E-8E4A-D6C30692D2D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Roboto Slab" w:hAnsi="Roboto Slab"/>
        <w:color w:val="707070"/>
        <w:sz w:val="18"/>
      </w:rPr>
      <w:fldChar w:fldCharType="begin"/>
      <w:instrText xml:space="preserve"> PAGE 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Roboto Slab" w:hAnsi="Roboto Slab"/>
        <w:color w:val="707070"/>
        <w:sz w:val="18"/>
      </w:rPr>
      <w:fldChar w:fldCharType="begin"/>
      <w:instrText xml:space="preserve"> PAGE </w:instrText>
      <w:fldChar w:fldCharType="end"/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300"/>
        </w:tabs>
        <w:ind w:left="300" w:hanging="180"/>
      </w:pPr>
      <w:rPr>
        <w:rFonts w:ascii="Roboto Slab Medium" w:hAnsi="Roboto Slab Medium" w:eastAsia="Roboto Slab Medium" w:cs="Roboto Slab Medium"/>
        <w:color w:val="1F1F1F"/>
        <w:sz w:val="18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NotPrintBlankPages w:val="true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 Slab" w:hAnsi="Roboto Slab" w:eastAsia="Roboto Slab" w:cs="Roboto Sla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200"/>
      <w:ind w:left="0" w:firstLine="0"/>
      <w:outlineLvl w:val="0"/>
    </w:pPr>
    <w:rPr>
      <w:rFonts w:asciiTheme="majorHAnsi" w:eastAsiaTheme="majorEastAsia" w:hAnsiTheme="majorHAnsi" w:cstheme="majorBidi" w:ascii="Roboto Slab Medium" w:hAnsi="Roboto Slab Medium" w:eastAsia="Roboto Slab Medium" w:cs="Roboto Slab Medium"/>
      <w:b w:val="0"/>
      <w:bCs/>
      <w:color w:val="1B5E20"/>
      <w:sz w:val="31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ΠΑΟ-ΥποενότηταΑθλήματος">
    <w:name w:val="ΠΑΟ - Υποενότητα Αθλήματος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B5E20"/>
      <w:sz w:val="26"/>
      <w:u w:val="none"/>
    </w:rPr>
  </w:style>
  <w:style w:type="paragraph" w:customStyle="1" w:styleId="ΠΑΟ-ΟμάδαΤίτλων">
    <w:name w:val="ΠΑΟ - Ομάδα Τίτλων"/>
    <w:basedOn w:val="Normal"/>
    <w:pPr>
      <w:keepNext/>
      <w:spacing w:before="480" w:after="10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Κατηγορία">
    <w:name w:val="ΠΑΟ - Κατηγορία"/>
    <w:basedOn w:val="Normal"/>
    <w:pPr>
      <w:keepNext/>
      <w:spacing w:before="480" w:after="60"/>
      <w:ind w:left="0"/>
    </w:pPr>
    <w:rPr>
      <w:rFonts w:ascii="Roboto Slab Medium" w:hAnsi="Roboto Slab Medium" w:eastAsia="Roboto Slab Medium" w:cs="Roboto Slab Medium"/>
      <w:b w:val="0"/>
      <w:color w:val="1F1F1F"/>
      <w:sz w:val="23"/>
      <w:u w:val="single"/>
    </w:rPr>
  </w:style>
  <w:style w:type="paragraph" w:customStyle="1" w:styleId="ΠΑΟ-ΕπίσημοςΤίτλος">
    <w:name w:val="ΠΑΟ - Επίσημος Τίτλος"/>
    <w:basedOn w:val="Normal"/>
    <w:pPr>
      <w:keepNext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Χρονολογία">
    <w:name w:val="ΠΑΟ - Χρονολογία"/>
    <w:basedOn w:val="Normal"/>
    <w:pPr>
      <w:keepLines/>
      <w:spacing w:before="0" w:after="22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ΑνεπίσημοςΤίτλος">
    <w:name w:val="ΠΑΟ - Ανεπίσημος Τίτλος"/>
    <w:basedOn w:val="Normal"/>
    <w:pPr>
      <w:keepLines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ΛίσταΤμημάτων">
    <w:name w:val="ΠΑΟ - Λίστα Τμημάτων"/>
    <w:basedOn w:val="Normal"/>
    <w:pPr>
      <w:spacing w:after="6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ΤίτλοςΠεριεχομένων">
    <w:name w:val="ΠΑΟ - Τίτλος Περιεχομένων"/>
    <w:basedOn w:val="Normal"/>
    <w:pPr>
      <w:keepNext/>
      <w:spacing w:before="0" w:after="200"/>
    </w:pPr>
    <w:rPr>
      <w:rFonts w:ascii="Times New Roman" w:hAnsi="Times New Roman"/>
      <w:b/>
      <w:color w:val="1B5E20"/>
      <w:sz w:val="31"/>
      <w:u w:val="none"/>
    </w:rPr>
  </w:style>
  <w:style w:type="paragraph" w:customStyle="1" w:styleId="ΠΑΟ-ΕγγραφήΠεριεχομένων">
    <w:name w:val="ΠΑΟ - Εγγραφή Περιεχομένων"/>
    <w:basedOn w:val="Normal"/>
    <w:pPr>
      <w:spacing w:after="40"/>
      <w:ind w:left="0" w:firstLine="0"/>
    </w:pPr>
    <w:rPr>
      <w:rFonts w:ascii="Times New Roman" w:hAnsi="Times New Roman"/>
      <w:b w:val="0"/>
      <w:color w:val="1F1F1F"/>
      <w:sz w:val="21"/>
      <w:u w:val="none"/>
    </w:rPr>
  </w:style>
  <w:style w:type="paragraph" w:customStyle="1" w:styleId="ΠΑΟ-ΣημειώσειςΚεφαλίδα">
    <w:name w:val="ΠΑΟ - Σημειώσεις Κεφαλίδα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Σημειώσεις">
    <w:name w:val="ΠΑΟ - Σημειώσεις"/>
    <w:basedOn w:val="Normal"/>
    <w:pPr>
      <w:spacing w:after="60"/>
      <w:ind w:left="198" w:hanging="198"/>
    </w:pPr>
    <w:rPr>
      <w:rFonts w:ascii="Roboto Slab" w:hAnsi="Roboto Slab" w:eastAsia="Roboto Slab" w:cs="Roboto Slab"/>
      <w:b w:val="0"/>
      <w:color w:val="1F1F1F"/>
      <w:sz w:val="21"/>
      <w:u w:val="none"/>
    </w:rPr>
  </w:style>
  <w:style w:type="paragraph" w:customStyle="1" w:styleId="ΧρονολογικόςΤίτλοςΕγγράφου">
    <w:name w:val="Χρονολογικός Τίτλος Εγγράφου"/>
    <w:pPr>
      <w:spacing w:after="100"/>
    </w:pPr>
    <w:rPr>
      <w:rFonts w:ascii="Roboto Slab Medium" w:hAnsi="Roboto Slab Medium"/>
      <w:color w:val="1B5E20"/>
      <w:sz w:val="40"/>
    </w:rPr>
  </w:style>
  <w:style w:type="paragraph" w:customStyle="1" w:styleId="ΧρονολογικόΈτος">
    <w:name w:val="Χρονολογικό Έτος"/>
    <w:pPr>
      <w:keepNext/>
      <w:spacing w:before="200" w:after="60"/>
    </w:pPr>
    <w:rPr>
      <w:rFonts w:ascii="Roboto Slab Medium" w:hAnsi="Roboto Slab Medium"/>
      <w:color w:val="1B5E20"/>
      <w:sz w:val="28"/>
    </w:rPr>
  </w:style>
  <w:style w:type="paragraph" w:customStyle="1" w:styleId="ΧρονολογικήΚαταχώριση">
    <w:name w:val="Χρονολογική Καταχώριση"/>
    <w:pPr>
      <w:spacing w:before="0" w:after="0" w:line="240" w:lineRule="auto"/>
    </w:pPr>
    <w:rPr>
      <w:rFonts w:ascii="Roboto Slab" w:hAnsi="Roboto Slab"/>
      <w:color w:val="1F1F1F"/>
      <w:sz w:val="21"/>
    </w:rPr>
  </w:style>
  <w:style w:type="paragraph" w:customStyle="1" w:styleId="ΧρονολογικόΚενό">
    <w:name w:val="Χρονολογικό Κενό"/>
    <w:pPr>
      <w:spacing w:before="0" w:after="0"/>
    </w:pPr>
    <w:rPr>
      <w:rFonts w:ascii="Roboto Slab" w:hAnsi="Roboto Slab"/>
      <w:i w:val="0"/>
      <w:color w:val="4A4A4A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SlabHarmonizedMedium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Οι Τίτλοι του Παναθηναϊκού Αθλητικού Ομίλου</dc:title>
  <dc:subject>Εγκεκριμένη έκδοση με ενιαία σειρά όπλων στους επίσημους τίτλους του Σταθερού Στόχου, χωρίς μετακίνηση μεταξύ χρονικών ομάδων</dc:subject>
  <dc:creator>Παναθηναϊκός Αθλητικός Όμιλος</dc:creator>
  <cp:keywords>Παναθηναϊκός, τίτλοι, αθλητισμός</cp:keywords>
  <dc:description>Αισθητική v7: κοντύτερη γραμμή εξωφύλλου, regular σημείωση, καθαρότερη ιεραρχία αθλημάτων, μικρότερο έτος ίδρυσης.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