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RobotoSlabHarmonizedMedium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 w:before="0"/>
        <w:jc w:val="center"/>
      </w:pPr>
      <w:r>
        <w:rPr>
          <w:rFonts w:ascii="Roboto Slab" w:hAnsi="Roboto Slab" w:eastAsia="Roboto Slab" w:cs="Roboto Slab"/>
        </w:rPr>
      </w:r>
      <w:r>
        <w:drawing>
          <wp:inline xmlns:a="http://schemas.openxmlformats.org/drawingml/2006/main" xmlns:pic="http://schemas.openxmlformats.org/drawingml/2006/picture">
            <wp:extent cx="786384" cy="7863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6384" cy="786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  <w:suppressAutoHyphens w:val="1"/>
      </w:pPr>
      <w:r>
        <w:rPr>
          <w:rFonts w:ascii="Roboto Slab Medium" w:hAnsi="Roboto Slab Medium" w:eastAsia="Roboto Slab Medium" w:cs="Roboto Slab Medium"/>
          <w:b w:val="0"/>
          <w:color w:val="1B5E20"/>
          <w:sz w:val="48"/>
        </w:rPr>
        <w:t>ΟΙ ΤΙΤΛΟΙ ΤΟΥ</w:t>
        <w:br/>
      </w:r>
      <w:r>
        <w:rPr>
          <w:rFonts w:ascii="Roboto Slab Medium" w:hAnsi="Roboto Slab Medium" w:eastAsia="Roboto Slab Medium" w:cs="Roboto Slab Medium"/>
          <w:b w:val="0"/>
          <w:color w:val="1B5E20"/>
          <w:sz w:val="48"/>
        </w:rPr>
        <w:t>ΠΑΝΑΘΗΝΑΪΚΟΥ</w:t>
        <w:br/>
      </w:r>
      <w:r>
        <w:rPr>
          <w:rFonts w:ascii="Roboto Slab Medium" w:hAnsi="Roboto Slab Medium" w:eastAsia="Roboto Slab Medium" w:cs="Roboto Slab Medium"/>
          <w:b w:val="0"/>
          <w:color w:val="1B5E20"/>
          <w:sz w:val="48"/>
        </w:rPr>
        <w:t>ΑΘΛΗΤΙΚΟΥ ΟΜΙΛΟΥ</w:t>
      </w:r>
    </w:p>
    <w:p>
      <w:pPr>
        <w:spacing w:after="440"/>
        <w:ind w:left="1533" w:right="1533"/>
        <w:jc w:val="center"/>
        <w:keepLines/>
        <w:pBdr>
          <w:bottom w:val="single" w:sz="10" w:space="7" w:color="1B5E20"/>
        </w:pBdr>
        <w:suppressAutoHyphens w:val="1"/>
      </w:pPr>
      <w:r>
        <w:rPr>
          <w:rFonts w:ascii="Roboto Slab" w:hAnsi="Roboto Slab" w:eastAsia="Roboto Slab" w:cs="Roboto Slab"/>
          <w:b w:val="0"/>
          <w:color w:val="4F5851"/>
          <w:sz w:val="21"/>
        </w:rPr>
        <w:t>(Καταγεγραμμένοι έως σήμερα)</w:t>
      </w:r>
    </w:p>
    <w:p>
      <w:pPr>
        <w:keepLines/>
        <w:spacing w:after="100"/>
        <w:jc w:val="center"/>
        <w:suppressAutoHyphens w:val="1"/>
      </w:pPr>
      <w:r>
        <w:rPr>
          <w:rFonts w:ascii="Roboto Slab Medium" w:hAnsi="Roboto Slab Medium" w:eastAsia="Roboto Slab Medium" w:cs="Roboto Slab Medium"/>
          <w:b w:val="0"/>
          <w:color w:val="1F1F1F"/>
          <w:sz w:val="32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b w:val="0"/>
          <w:color w:val="1B5E20"/>
          <w:sz w:val="32"/>
        </w:rPr>
        <w:t>1.889</w:t>
      </w:r>
    </w:p>
    <w:p>
      <w:pPr>
        <w:keepLines/>
        <w:spacing w:after="100"/>
        <w:jc w:val="center"/>
        <w:suppressAutoHyphens w:val="1"/>
      </w:pPr>
      <w:r>
        <w:rPr>
          <w:rFonts w:ascii="Roboto Slab Medium" w:hAnsi="Roboto Slab Medium" w:eastAsia="Roboto Slab Medium" w:cs="Roboto Slab Medium"/>
          <w:b w:val="0"/>
          <w:color w:val="1F1F1F"/>
          <w:sz w:val="32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b w:val="0"/>
          <w:color w:val="1B5E20"/>
          <w:sz w:val="32"/>
        </w:rPr>
        <w:t>836</w:t>
      </w:r>
    </w:p>
    <w:p>
      <w:pPr>
        <w:keepLines/>
        <w:spacing w:before="360"/>
        <w:jc w:val="center"/>
        <w:suppressAutoHyphens w:val="1"/>
      </w:pPr>
      <w:r>
        <w:rPr>
          <w:rFonts w:ascii="Roboto Slab" w:hAnsi="Roboto Slab" w:eastAsia="Roboto Slab" w:cs="Roboto Slab"/>
          <w:b w:val="0"/>
          <w:i w:val="0"/>
          <w:color w:val="4F5851"/>
          <w:sz w:val="19"/>
        </w:rPr>
        <w:t>Τα αθλήματα παρουσιάζονται αλφαβητικά</w:t>
      </w:r>
      <w:r>
        <w:rPr>
          <w:rFonts w:ascii="Roboto Slab" w:hAnsi="Roboto Slab" w:eastAsia="Roboto Slab" w:cs="Roboto Slab"/>
          <w:b w:val="0"/>
          <w:i w:val="0"/>
          <w:color w:val="4F5851"/>
          <w:sz w:val="19"/>
        </w:rPr>
      </w:r>
    </w:p>
    <w:p>
      <w:pPr/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ΑΡΣΗ ΒΑΡΩΝ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1958)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2019, 2021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1959, 1964, 1965, 1966, 1967, 1968, 1969, 2023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1961, 1963, 1965, 1966, 1967, 1968, 1969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2021, 2023, 2024, 2025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Νέες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1966, 1968, 2019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Γεωργίου Καλαφάτη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προς τιμήν Ολυμπιονίκη Δημητρίου Τόφαλου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Τρισυλλογικοί Αγώνες (Παναθηναϊκός – Ολυμπιακός Πειραιώς –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«Lift for Life», Θεσσαλονίκη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ΒΟΛΕΪ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77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1921, 1944, 1951, 1952, 1959, 1960, 1963, 1965, 1966, 1967, 1970, 1971, 1972, 1973, 1975, 1977, 1982, 1984, 1985, 1986, 1995, 1996, 2004, 2006, 2020, 2022, 2025, 2026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1959, 1982, 1984, 1985, 2007, 2008, 2010, 2026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Σούπερ Καπ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2006, 2023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Λιγκ Καπ «Νίκος Σαμαράς»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2020, 2022, 2023, 2024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«21ης Απριλίου»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1965, 1982, 2019, 2020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1963, 1964, 1965, 1970, 1971, 1972, 1973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1974, 1982, 1983, 1984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2007, 2013, 2017, 2018, 2019, 2020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2016, 2017, 2021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Νέου Ηρακλείου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Αθηναϊκών – Πειραϊκών Ομάδων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«Απόστολος Νικολαΐδης»,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Ηρακλή Θεσσαλονίκης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 «Νάσλα»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Ζαφειράκη Νάουσας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Κτησιφώντα Παιανίας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Ιωαννίνων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Κτησιφώντα Παιανίας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Μιχάλη Τριανταφυλλίδη,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Πάτρας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Ρεθύμνου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«Παναγιώτης Αδαμόπουλος»,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«Άννα Σπαντόνι», Ριέτι,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«Σωτήρης Τσερκέζης», Ορεστιάδα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«Τάσης Μάρκος», Παραλίμνι,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«Άρης Παπανδρέου»,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Φιλίας,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Ηρακλή Χαλκίδας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Ηρακλή Χαλκίδας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Ολυμπιάδας Πάτρας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«Γιώργος Κοζής»,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«Δημήτρης Καλαϊτζής», Ριζούπολη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Paralimni Volleyball Tournament,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Φιλανθρωπικό Τουρνουά ΟΦΗ, Ηράκλειο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Spirito di Squadra, Γκούμπιο,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Μπουσούνης», Καλαμάτα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ΝΟΠΕ Ρεθύμνου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«Χρήστος Σμυρναίος», Μολάοι Λακωνίας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ΒΟΛΕΪ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55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1970, 1971, 1972, 1973, 1977, 1978, 1979, 1982, 1983, 1985, 1988, 1990, 1991, 1992, 1993, 1998, 2000, 2005, 2006, 2007, 2008, 2009, 2010, 2011, 2022, 2023, 2024, 2026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2005, 2006, 2008, 2009, 2010, 2022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Πανεπαρχιακό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1971, 1972, 1973, 1974, 1976, 1977, 1978, 1981, 1982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Παλαίμαχες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2006, 2007, 2010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1991, 2013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1990, 1991, 2013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 – Εκτός Συναγωνισμού 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και Ανατολικής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«Απόστολος Νικολαΐδης»,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«Αντώνης Μαντζαβελάκης»,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Γρεβενών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Κερατσινίου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100 ετών Πανελληνίου ΓΣ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Γρεβενών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«Αποστόλεια», Κοζάνη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Novotel – Caan, Βύρωνας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«Ηραία 2002», Πύργος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Άργους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Σόφιας, Βουλγαρία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ΖΑΟΝ Κηφισιάς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Μαλακατές»,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«Χρήστος Παπαθανασίου», Βούλα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ΕΑΠ «Black and White»,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Μαλακατές»,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«Λεωνίδεια», Λαμία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«Ιλίσια Ελπίδα»,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Μαλακατές»,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Μαλακατές»,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«Ιλίσια Ελπίδα»,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«Νομίκεια», Σαντορίνη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«Χρήστος Σμυρναίος», Μολάοι Λακωνίας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Ρόδου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ΕΝΟΡΓΑΝΗ ΓΥΜΝΑΣΤΙΚΗ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Α΄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Δ΄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1993, 1994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1982, 1983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1995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«Ευρίπεια 1982» (Ομαδικό)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ΕΠΙΤΡΑΠΕΖΙΑ ΑΝΤΙΣΦΑΙΡΙΣΗ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1939)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61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(Γενική Βαθμολογία Ατομικών Αγωνισμάτων)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1966, 1968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ETTU Europe Trophy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Διασυλλογικά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1951, 1952, 1955, 1956, 1959, 1960, 1961, 1962, 1966, 1968, 1975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1965, 1966, 1969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Κωνσταντινούπολης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Κύπελλα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2018, 2022, 2023, 2025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1958, 1959, 1960, 1961, 1962, 1963, 1964, 1968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Κύπελλα Πόλεων (Αθήνα)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1973, 1974, 1975, 1976, 1977, 1978, 1979, 1982, 1983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ETTU Europe Trophy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Διασυλλογικά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1972, 1973, 1974, 2026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Πόλεων (Αθήνα)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1973, 1974, 1976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1962, 1963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 Ατομικών Αγωνισμάτων)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Εαρινό Τουρνουά Νέας Ιωνίας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ΑΣ Πέρα Αθηνών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ESPORTS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13</w:t>
      </w:r>
    </w:p>
    <w:p>
      <w:pPr>
        <w:pStyle w:val="ΠΑΟ-ΥποενότηταΑθλήματος"/>
      </w:pPr>
      <w:r>
        <w:t>LEAGUE OF LEGENDS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  <w:keepNext/>
      </w:pPr>
      <w:r>
        <w:t>1 Gameathlon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League of Legends (ΔΕΘ)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ΥποενότηταΑθλήματος"/>
      </w:pPr>
      <w:r>
        <w:t>PUBG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  <w:keepNext/>
      </w:pPr>
      <w:r>
        <w:t>1 Gameathlon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ΕπίσημοςΤίτλος"/>
        <w:keepNext/>
      </w:pPr>
      <w:r>
        <w:t>1 PUBG Greek Series – Summer Showdown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ΥποενότηταΑθλήματος"/>
      </w:pPr>
      <w:r>
        <w:t>FIFA / EFOOTBALL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VPG Superleague FIFA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</w:t>
      </w:r>
    </w:p>
    <w:p>
      <w:pPr>
        <w:pStyle w:val="ΠΑΟ-ΕπίσημοςΤίτλος"/>
        <w:keepNext/>
      </w:pPr>
      <w:r>
        <w:t>1 Πρωτάθλημα Ελλάδας FIFA</w:t>
      </w:r>
    </w:p>
    <w:p>
      <w:pPr>
        <w:pStyle w:val="ΠΑΟ-Χρονολογία"/>
        <w:keepLines/>
      </w:pPr>
      <w:r>
        <w:t>2021</w:t>
      </w:r>
    </w:p>
    <w:p>
      <w:pPr>
        <w:pStyle w:val="ΠΑΟ-ΕπίσημοςΤίτλος"/>
        <w:keepNext/>
      </w:pPr>
      <w:r>
        <w:t>1 Κύπελλο Ελλάδας FIFA</w:t>
      </w:r>
    </w:p>
    <w:p>
      <w:pPr>
        <w:pStyle w:val="ΠΑΟ-Χρονολογία"/>
        <w:keepLines/>
      </w:pPr>
      <w:r>
        <w:t>2021</w:t>
      </w:r>
    </w:p>
    <w:p>
      <w:pPr>
        <w:pStyle w:val="ΠΑΟ-ΕπίσημοςΤίτλος"/>
        <w:keepNext/>
      </w:pPr>
      <w:r>
        <w:t>1 Πρωτάθλημα HFP Tag Teams – Balkan Edition (eFootball)</w:t>
      </w:r>
    </w:p>
    <w:p>
      <w:pPr>
        <w:pStyle w:val="ΠΑΟ-Χρονολογία"/>
        <w:keepLines/>
      </w:pPr>
      <w:r>
        <w:t>2023</w:t>
      </w:r>
    </w:p>
    <w:p>
      <w:pPr>
        <w:pStyle w:val="ΠΑΟ-ΕπίσημοςΤίτλος"/>
      </w:pPr>
      <w:r>
        <w:t>1 Πρωτάθλημα Ελλάδας eFootball PES</w:t>
      </w:r>
    </w:p>
    <w:p>
      <w:pPr>
        <w:pStyle w:val="ΠΑΟ-Χρονολογία"/>
      </w:pPr>
      <w:r>
        <w:t>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HFP Gaming – Esports Leagues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ΥποενότηταΑθλήματος"/>
      </w:pPr>
      <w:r>
        <w:t>BASKETBALL / NBA 2K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</w:pPr>
      <w:r>
        <w:t>1 Cyber EuroLeague</w:t>
      </w:r>
    </w:p>
    <w:p>
      <w:pPr>
        <w:pStyle w:val="ΠΑΟ-Χρονολογία"/>
      </w:pPr>
      <w:r>
        <w:t>2026</w:t>
      </w:r>
    </w:p>
    <w:p>
      <w:pPr>
        <w:pStyle w:val="ΠΑΟ-ΥποενότηταΑθλήματος"/>
      </w:pPr>
      <w:r>
        <w:t>RAINBOW SIX SIEGE</w:t>
      </w:r>
    </w:p>
    <w:p>
      <w:pPr>
        <w:pStyle w:val="ΠΑΟ-Κατηγορία"/>
      </w:pPr>
      <w:r>
        <w:t>Άνδρες</w:t>
      </w:r>
    </w:p>
    <w:p>
      <w:pPr>
        <w:pStyle w:val="ΠΑΟ-ΕπίσημοςΤίτλος"/>
        <w:keepNext/>
      </w:pPr>
      <w:r>
        <w:t>2 Gameathlon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2022, 2023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ΥποενότηταΑθλήματος"/>
      </w:pPr>
      <w:r>
        <w:t>COUNTER-STRIKE: GLOBAL OFFENSIVE</w:t>
      </w:r>
    </w:p>
    <w:p>
      <w:pPr>
        <w:pStyle w:val="ΠΑΟ-Κατηγορία"/>
      </w:pPr>
      <w: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LouvardGame, Σαρλερουά, Βέλγιο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ΘΑΛΑΣΣΙΟ ΣΚΙ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1965)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«Ποσειδώνος»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«21ης Απριλίου»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ΚΑΤΑΔΥΣΕΙΣ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1947)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57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1969, 1972, 1975, 2015, 2016, 2017, 2023, 2024, 2025, 2026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Χειμερινά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2015, 2016, 2017, 2019, 2023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Χειμερινά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Α΄ – Β΄ Κατηγορία (Γενική Βαθμολογία)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2013, 2014, 2015, 2023, 2024, 2026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Α΄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2013, 2014, 2015, 2016, 2023, 2024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Κορίτσια Α΄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Β΄ – Γ΄ – Δ΄ Κατηγορία (Γενική Βαθμολογία)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Άνοιξης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Χριστουγέννων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Γ΄ – Δ΄ Κατηγορία (Γενική Βαθμολογία)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2013, 2018, 2019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Χριστουγέννων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2014, 2015, 2017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Γ΄ – Δ΄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2013, 2018, 2019, 2021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Κορίτσια Γ΄ – Δ΄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2014, 2026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ΚΟΛΥΜΒΗΣΗ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1925)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101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1944, 1952, 1953, 1954, 1955, 1956, 1957, 1958, 1963, 1964, 1965, 1966, 1968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1953, 1954, 1958, 1960, 1962, 1963, 1964, 1965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Χειμερινά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1963, 1964, 1965, 1966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Κολυμβητικών Ημερίδων ΕΚΟΦ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1955, 1963, 1964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Κολυμβητικών Ημερίδων ΕΚΟΦ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1955 (Α΄), 1955 (Β΄), 1955 (Γ΄), 1955 (Δ΄)</w:t>
      </w:r>
    </w:p>
    <w:p>
      <w:pPr>
        <w:pStyle w:val="ΠΑΟ-Κατηγορία"/>
      </w:pPr>
      <w:r>
        <w:t>Masters – 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2018, 2019, 2020, 2021, 2022, 2023, 2024, 2025, 2026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Κύπελλο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Κατηγορία"/>
      </w:pPr>
      <w:r>
        <w:t>Masters – 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2018, 2019, 2020, 2021, 2022, 2023, 2024, 2025, 2026</w:t>
      </w:r>
    </w:p>
    <w:p>
      <w:pPr>
        <w:pStyle w:val="ΠΑΟ-Κατηγορία"/>
      </w:pPr>
      <w:r>
        <w:t>Masters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2018, 2019, 2020, 2021, 2022, 2023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Ελπίδες – Αβράβευτοι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1969, 1971, 1974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 Κατηγοριών Α΄ – Β΄ – Γ΄ – Δ΄ – Ε΄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1974, 1975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Εαρινά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1975, 1976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Νέες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Α΄ –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1970, 1971, 1972, 1973, 1982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Εαρινά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1971, 1972, 1973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Γ΄ – Δ΄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Εαρινά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Γ΄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1997, 1998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Α΄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Κορίτσια – 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 Α΄ –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 Β΄ – Γ΄ – Δ΄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Α΄ –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Ε΄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Τυπάλδεια, Ληξούρι Κεφαλονιάς (διοργανωτής: Παλληξουριακός)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Τυπάλδεια, Ληξούρι Κεφαλονιάς (διοργανωτής: Παλληξουριακός)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Παναρκαδικοί Αγώνες Άστρους Κυνουρίας (διοργανωτής: ΓΣ Αχιλλεύς)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Παναθήναια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Αθηνών, Μαρούσι (διοργανωτής: ΝΟ Λυκόβρυσης – Πεύκης)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Νηρέα Χαλανδρίου,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Βενιζέλειοι Αγώνες (διοργανωτής: ΝΟ Χανίων)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Masters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Ηλυσιακός Family Cup,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Ηλυσιακός Family Cup,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Ηλυσιακός Family Cup,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Ηλυσιακός Family Cup, Ιλίσια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 – Νέες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 – Νεάνιδες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Έφηβοι – 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Μαραγκοπούλεια (διοργανωτής: ΝΟ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Μαραγκοπούλεια (διοργανωτής: ΝΟ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Ρέστεια (διοργανωτής: ΑΟ Παλαιού Φαλήρου)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Μαραγκοπούλεια (διοργανωτής: ΝΟ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Τζελάτεια (διοργανωτής: ΝΟ Βουλιαγμένης)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Τζελάτεια (διοργανωτής: ΝΟ Βουλιαγμένης)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Άνοιξης (διοργανωτής: ΝΟ Πατρών)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– Παγκορασίδες Α΄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– Παγκορασίδες Β΄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Αθηνών, Μαρούσι (διοργανωτής: ΝΟ Λυκόβρυσης – Πεύκης)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– 12 Ετών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– 11 Ετών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Αγόρια – Κορίτσια – 10 Ετών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ΚΟΛΥΜΒΗΣΗ ΑΝΟΙΧΤΗΣ ΘΑΛΑΣΣΑΣ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8</w:t>
      </w:r>
    </w:p>
    <w:p>
      <w:pPr>
        <w:pStyle w:val="ΠΑΟ-Κατηγορία"/>
      </w:pPr>
      <w:r>
        <w:t>Masters – 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2020, 2022, 2026</w:t>
      </w:r>
    </w:p>
    <w:p>
      <w:pPr>
        <w:pStyle w:val="ΠΑΟ-Κατηγορία"/>
      </w:pPr>
      <w:r>
        <w:t>Masters – 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2020, 2024, 2026</w:t>
      </w:r>
    </w:p>
    <w:p>
      <w:pPr>
        <w:pStyle w:val="ΠΑΟ-Κατηγορία"/>
      </w:pPr>
      <w:r>
        <w:t>Masters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2020, 2026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Masters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Κολυμβητική Λίγκα WSL (διοργανώτρια: WhyNot)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ΜΟΝΤΕΡΝΟ ΠΕΝΤΑΘΛΟ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1977)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Τριάθλου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 – 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Διάθλου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Τριάθλου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– Κορασίδες U17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(Μικτή Σκυτάλη)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(Μικτή Σκυτάλη Triathle)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(Μικτή Σκυτάλη Laser Run)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Α΄ – Παγκορασίδες Α΄ U15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(Μικτή Σκυτάλη)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2021, 2022, 2023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Β΄ – Παγκορασίδες Β΄ U13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(Μικτή Σκυτάλη)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(Μικτή Σκυτάλη Triathle)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ΜΠΑΣΚΕΤ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132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Διηπειρωτικό Κύπελλο FIBA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Ευρώπης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1996, 2000, 2002, 2007, 2009, 2011, 2024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41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1921, 1946, 1947, 1950, 1951, 1954, 1961, 1962, 1967, 1969, 1971, 1972, 1973, 1974, 1975, 1977, 1980, 1981, 1982, 1984, 1998, 1999, 2000, 2001, 2003, 2004, 2005, 2006, 2007, 2008, 2009, 2010, 2011, 2013, 2014, 2017, 2018, 2019, 2020, 2021, 2024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22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1979, 1982, 1983, 1986, 1993, 1996, 2003, 2005, 2006, 2007, 2008, 2009, 2012, 2013, 2014, 2015, 2016, 2017, 2019, 2021, 2025, 2026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Σούπερ Καπ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1946, 1950, 1952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1947, 1948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ΕΣΚΑ «Αλέκος Αποστολίδης»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1950, 1951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Παλαίμαχοι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ΣΠΑΚΕ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2017, 2018, 2019, 2022, 2023, 2025, 2026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2012, 2015, 2016, 2023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Rising Stars (ΕΟΚ)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1946, 1947, 1952, 1956, 1960, 1975, 1991, 1992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2011, 2012, 2013, 2014, 2015, 2016, 2022, 2023, 2024, 2025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2010, 2018, 2020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1974, 1989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2001, 2005, 2009, 2010, 2012, 2018, 2020, 2022, 2025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2007, 2008, 2009, 2010, 2012, 2016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Β΄ U14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112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Σταύρου Μαντέλλου,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υπέρ Πολεμιστών Κονίτσης,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Πανιωνίου</w:t>
      </w:r>
      <w:r>
        <w:rPr>
          <w:rFonts w:ascii="Roboto Slab" w:hAnsi="Roboto Slab" w:eastAsia="Roboto Slab" w:cs="Roboto Slab"/>
          <w:b w:val="0"/>
        </w:rPr>
        <w:t>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Φουστάνου,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Σπόρτιγκ,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Εορτών,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Σταύρου Μαντέλλου,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Ιμβραημίας, Αλεξάνδρεια, Αίγυπτος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Σπόρτιγκ,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Πανελληνίου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Κοντογιάννη,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«ΟΧΙ», Θεσσαλονίκη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Πανελληνίου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Αιθιοπίας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Αμερικανικού Στόλου «Σαρατόγκα»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«Μακάρεια»,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Κολοσσού Ρόδου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«Φιλία ’84»,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Σπόρτιγκ, Πατήσια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Ολυμπιακού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Τράπανι,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Παλέρμο,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Φουενλαμπράδα, Ισπανία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Πόρτο, Πορτογαλία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«Ciudad de Palencia», Παλένθια, Ισπανία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«Euroclassic», Πέζαρο,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«Caretta Sunball»,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Σρέτσε, Σλοβενία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«Terme di Castrocaro», Φορλί,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Λιουμπλιάνα, Σλοβενία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Real Madrid Christmas Tournament, Μαδρίτη, Ισπανία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«Belgrade Trophy ’99», Βελιγράδι, Σερβία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«Βάκης Παρασκευόπουλος»,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Σόφιας, Βουλγαρία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Χέμοφαρμ, Βρσατς, Σερβία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«Τάσος Κουταλιανός», Ρόδος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«Interwetten», Λεμεσός,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«Interwetten», Λεμεσός,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προς τιμήν Ίζτοκ Ρεμς, Λιουμπλιάνα, Σλοβενία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Μέταλατς Βάλιεβο, Σερβία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«Alexander Gomelsky Cup», Μόσχα, Ρωσία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«Love Cyprus»,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Κρούσεβατς, Σερβία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Λέφσκι Σόφιας, Βουλγαρία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«Πέτρος Οικονομάκης», Ρέθυμνο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«Πέτρος Οικονομάκης», Ρέθυμνο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«Diamonds are forever»,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«Παύλος Γιαννακόπουλος»,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Orange Trophy,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«Παύλος Γιαννακόπουλος»,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«Νίκος Φάσουρας», Περιστέρι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«Παύλος Γιαννακόπουλος»,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Cedevita Tournament, Λιουμπλιάνα, Σλοβενία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«Νεόφυτος Χανδριώτης», Λευκωσία, Κύπρος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Ρόδου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«Παύλος Γιαννακόπουλος»,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Πανιωνίου</w:t>
      </w:r>
      <w:r>
        <w:rPr>
          <w:rFonts w:ascii="Roboto Slab" w:hAnsi="Roboto Slab" w:eastAsia="Roboto Slab" w:cs="Roboto Slab"/>
          <w:b w:val="0"/>
        </w:rPr>
        <w:t>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ΑΣ Παπάγου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Πρωτοχρονιάς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Σχολής Ναυτικών Δοκίμων</w:t>
      </w:r>
      <w:r>
        <w:rPr>
          <w:rFonts w:ascii="Roboto Slab" w:hAnsi="Roboto Slab" w:eastAsia="Roboto Slab" w:cs="Roboto Slab"/>
          <w:b w:val="0"/>
        </w:rPr>
        <w:t>, Πειραιάς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ΓΣ Περιστερίου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Περιηγητικής Λέσχης Παγκρατίου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Χριστουγεννιάτικο Τουρνουά Πανιωνίου,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ΑΕΚΤ, Καλλιθέα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Εσπέρου Καλλιθέας «Νίκος Γκάλης»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«Μεροπίς 2008», Κως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Εσπέρου Καλλιθέας «Νίκος Γκάλης»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Κέρκυρας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Κέρκυρας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Stella Azzurra, Ρώμη, Ιταλία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Πειραϊκού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Τυφώνα Ηρακλείου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«Αντώνης Σκυλογιάννης»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Βελγίου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Αμύντα Υμηττού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Περισσού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Σουηδίας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Εσπέρου Καλλιθέας «Νίκος Γκάλης»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«Μανόλης Ανδρόνικος», Περισσός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Ακαδημιών BAC</w:t>
      </w:r>
      <w:r>
        <w:rPr>
          <w:rFonts w:ascii="Roboto Slab" w:hAnsi="Roboto Slab" w:eastAsia="Roboto Slab" w:cs="Roboto Slab"/>
          <w:b w:val="0"/>
        </w:rPr>
        <w:t>, Παλλήνη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Ικάρου Καλλιθέας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Έσπερος Καλλιθέας –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Πασχαλινό Τουρνουά Πανελευσινιακού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FIBA Endorsed Tournament ΟΠΑΝΔΑ (3×3)</w:t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Legacy Tournament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Easter Basketball Cup, Λουτράκι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 Β΄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Πέζαρο,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Xbox One Cup,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(3×3) (διοργανωτές: Παναθηναϊκός – Έσπερος Καλλιθέας – Πανιώνιος – ΓΣ Περιστερίου)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Teleunicom Cup</w:t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Legacy Tournament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EVOQ Challenge Cup, Κωνσταντινούπολη, Τουρκία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Μίνι Αγόρια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Ερμούπολης, Σύρος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Ακαδημιών BAC</w:t>
      </w:r>
      <w:r>
        <w:rPr>
          <w:rFonts w:ascii="Roboto Slab" w:hAnsi="Roboto Slab" w:eastAsia="Roboto Slab" w:cs="Roboto Slab"/>
          <w:b w:val="0"/>
        </w:rPr>
        <w:t>, Παλλήνη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Ακαδημιών BAC</w:t>
      </w:r>
      <w:r>
        <w:rPr>
          <w:rFonts w:ascii="Roboto Slab" w:hAnsi="Roboto Slab" w:eastAsia="Roboto Slab" w:cs="Roboto Slab"/>
          <w:b w:val="0"/>
        </w:rPr>
        <w:t>, Παλλήνη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Xbox One Cup,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«Mini 2003»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Προ Μίνι Αγόρια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Παλατιανής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Ικάρου Καλλιθέας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Τζούνιορ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Προσφοράς και Αλληλεγγύης Δήμου Αθηναίων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ΜΠΑΣΚΕΤ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1937)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1998, 2000, 2005, 2013, 2021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2000, 2023, 2024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2014, 2016, 2017, 2018, 2019, 2022, 2023, 2024, 2025, 2026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2016, 2017, 2022, 2026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2015, 2016, 2017, 2019, 2020, 2021, 2022, 2023, 2024, 2025, 2026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2018, 2023, 2025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Εσπέρου Καλλιθέας «Τάκης Κοντούζογλου»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Παλαιού Φαλήρου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«Μπιζάνεια», Καλλιθέα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«Νίκος Μαρίνος»,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«Νίκος Μαρίνος»,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«Χάρης Πασσανικολάκης», Κως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«Βασίλης Σακόπουλος», Πατήσια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ΚΑΟ Μελισσίων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ΚΑΟ Μελισσίων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«Μπιζάνεια», Καλλιθέα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 – Β΄ Ομάδες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Σταύρου Μαντέλλου, Αθήνα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Καλλικράτειας Χαλκιδικής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10 λεπτών (Παναθηναϊκός – Καλύβια – Λαγονήσι – Γέρακας)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Ρόδου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Waterfall Magic Basket, Έδεσσα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Υποδομών (διοργανωτές: Παναθηναϊκός – Έσπερος Καλλιθέας – Πανιώνιος – ΓΣ Περιστερίου)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ΜΠΑΣΚΕΤ ΜΕ ΑΜΑΞΙΔΙΟ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8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Σούπερ Καπ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ΕπίσημοςΤίτλος"/>
      </w:pPr>
      <w:r>
        <w:t>1 Τουρνουά Παραολυμπιακού Πανοράματος (3×3)</w:t>
      </w:r>
    </w:p>
    <w:p>
      <w:pPr>
        <w:pStyle w:val="ΠΑΟ-Χρονολογία"/>
      </w:pPr>
      <w:r>
        <w:t>2021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Mercedes-Benz Hellas, Νέα Κηφισιά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Alphamega International Cup, Λευκωσία, Κύπρος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ΜΠΑΣΚΕΤ ΜΕ ΝΟΗΤΙΚΗ ΑΝΑΠΗΡΙΑ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2022)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Πρωτάθλημα Basketaki ΑμεΑ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Πρωτάθλημα Basketaki ΑμεΑ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Πρωτάθλημα Basketaki ΑμεΑ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ΜΠΕΪΖΜΠΟΛ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2014)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ΞΙΦΑΣΚΙΑ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93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1963, 1965, 1967, 1968, 1969, 1970, 1971, 1972, 1973, 1974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Πρωταθλήματα Ελλάδας (Γενική Βαθμολογία Ομαδικών Αγωνισμάτων)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1964, 1965, 1967, 1968, 1969, 1970, 1971, 1973, 1974, 1975, 1977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 περιόδου 1964–1965)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Χειμερινά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1977, 1978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15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1963, 1965, 1966, 1967, 1968, 1969, 1970, 1971, 1972, 1973, 1974, 1975, 1976, 1978, 1980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ΜΟΝΟΜΑΧΙΑΣ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14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1964, 1965, 1966, 1967, 1969, 1970, 1971, 1973, 1974, 1975, 1976, 1977, 1980, 2017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Ομοσπονδίας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ΑΣΚΗΣΕΩΣ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1965, 1967, 1968, 1969, 1970, 1971, 1973, 1975, 1977, 1978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ΣΠΑΘΗ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1964, 1970, 1971, 1973, 1974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1969, 1970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ΑΣΚΗΣΕΩΣ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1963, 1964, 1965, 1967, 1968, 1969, 1970, 1971, 1973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ΜΟΝΟΜΑΧΙΑΣ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1965, 1967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ΞΙΦΟΣ ΑΣΚΗΣΕΩΣ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1963, 1965, 1967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ΣΠΑΘΗ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1963, 1964, 1965, 1967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Στέφανου Ζήντζου (διοργανωτής: Πανελλήνιος ΓΣ)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Στέφανου Ζήντζου (διοργανωτής: Πανελλήνιος ΓΣ)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ΞΙΦΑΣΚΙΑ ΜΕ ΑΜΑΞΙΔΙΟ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2021, 2022, 2023, 2024, 2025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ΠΑΛΗ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1949)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15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ΕΛΛΗΝΟΡΩΜΑΪΚΗ ΠΑΛΗ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2014, 2015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1981, 1985, 1986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1970, 1981, 1982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Αβράβευτοι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ΕΛΕΥΘΕΡΑ ΠΑΛΗ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ΠΑΛΗ ΣΕ ΑΜΜΟ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 U15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ΠΑΡΑΜΠΑΝΤΜΙΝΤΟΝ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2020)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ΠΟΔΗΛΑΣΙΑ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164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(Δρόμος – Πίστα)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1967, 1969, 1970, 1973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ΠΟΔΗΛΑΣΙΑ ΔΡΟΜΟΥ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(Δρόμος)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1934, 1951, 1952, 1969, 1970, 1971, 1973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1940, 1958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13 Πρωταθλήματα Ελλάδας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1954, 1965, 1970, 1972, 1973, 1980, 1981, 1982, 1983, 1984, 1985, 1989, 1990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(Ταχύτητα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1955, 1965, 1979, 1982, 1983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(Ανάβαση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1967, 1968, 1970, 1974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(Ζεύγη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1968, 1969, 1970, 1971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(1 Ώρα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(Σκυταλοδρομία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«Αθήνα – Θεσσαλονίκη»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«Αθήνα – Πάτρα»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«Αθήνα – Καρδίτσα»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«Αθήνα – Χαλκίδα»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Αναπτυξιακό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Κεντρικής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Αττικής (Γενική Βαθμολογία ΤΕΠΑ)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Πρωταθλήματα Αττικής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1954, 1957, 1963, 1964, 1965, 1966, 1969, 1970, 1971, 1973, 1974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1957, 1959, 1961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21 Πρωταθλήματα Αττικής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1964, 1965, 1966, 1969, 1970, 1971, 1973, 1979, 1980, 1981, 1982, 1983, 1984, 1985, 1986, 1987, 1988, 1989, 1991, 1992, 1993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(Ατομική Χρονομέτρηση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Αττικής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1979, 1980, 1982, 1983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Διασυλλογικά Πρωταθλήματα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1961, 1964, 1967, 1971 (Α΄), 1971 (Β΄), 1986, 1990 (Α΄), 1990 (Β΄)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Γύροι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Αττικής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1963, 1964, 1966, 1968, 1970, 1973, 1974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Αττικής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1964, 1966, 1967, 1968, 1970, 1971, 1973, 1974, 1975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Αττικής (Ατομική Χρονομέτρηση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1934, 1956, 1957, 1961, 1962, 1964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(Σπριντ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(Ταχύτητα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(Ζεύγη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(Σκυταλοδρομία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Διασυλλογικά Πρωταθλήματα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 (Α΄), 1961 (Β΄), 1962, 1963, 1964, 1967, 1970, 1971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Αρχάριοι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1977, 1980, 1981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(Γενική Βαθμολογία ΤΕΠΑ)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(Γενική Βαθμολογία ΕΟΠ)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Αττικής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1978, 1979, 1980, 1982, 1983, 1990, 1991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Αττικής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1977, 1978, 1979, 1980, 1982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 (Ατομική Χρονομέτρηση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Αίγιο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Χαλκίδα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Νέας Φιλαδέλφειας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Νίκαια – Μέγαρα (διοργανώτρια: ΑΕ Νικαίας)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Τρίπολη (διοργανώτρια: ΑΕ Νικαίας)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Λιβαδειά (διοργανώτρια: ΑΕ Νικαίας)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Φιλοθέης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Πειραιά (διοργανώτρια: Δάφνη Πειραιώς)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Νίκαια – Μέγαρα (διοργανώτρια: ΑΕ Νικαίας)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Ερμή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Ιωνίας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Άλιμος – Σούνιο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Κουκουβάουνες – Τατόι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70 χλμ.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ΣΕΓΑΣ)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117 χλμ. Άλιμος – Σούνιο – Άλιμος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Ηλιούπολης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Καστελόριζου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60 ετών Παναθηναϊκού (Αθήνα – Σούνιο – Αθήνα)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ΑΟ Παγκρατίου)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Λάρισας (διοργανωτής: ΓΣ Λαρίσης)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Σιρκουί Φιλοθέης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Ολυμπιακής Ημέρας (διοργανώτρια: Επιτροπή Ολυμπιακών Αγώνων)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«Σπύρος Λούης»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Ολυμπιακής Ημέρας (διοργανώτρια: Επιτροπή Ολυμπιακών Αγώνων)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Μπατάγια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Μπατάγια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Παναγοπούλεια (διοργανωτής: ΑΟ Αγρινίου)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Ηλιούπολης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Σιρκουί Αιγάλεω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Παναγοπούλεια (διοργανωτής: ΑΟ Αγρινίου)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εις μνήμην Μπατάγια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Ηλιούπολης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Αθήνα – Μαλακάσα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Αντοχής Λαμίας (διοργανωτής: «Αθανάσιος Διάκος»)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Αθήνας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Βελισσαράτεια (διοργανωτές: ΑΕΚ –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«Αφαία»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Αίγινας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Αίγινας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Μοσχάτου (διοργανωτές: Φαέθων Καλλιθέας – Δήμος Μοσχάτου)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Πολυτεχνειούπολης Ζωγράφου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Βελισσαράτεια (διοργανωτές: ΑΕΚ –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Τρανοπούλεια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Αττικού Άλσους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Βελισσαράτεια (διοργανωτές: ΑΕΚ –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Ελίκεια ’84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Πολυτεχνειούπολης Ζωγράφου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70 χλμ. Ρεθύμνου (διοργανωτής: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Σουνίου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Μοσχάτου (διοργανωτές: Φαέθων Καλλιθέας – Δήμος Μοσχάτου)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Ελληνικού (διοργανωτές: Παναθηναϊκός – Δήμος Ελληνικού)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Δροσιάς (διοργανωτής: Πανερυθραϊκός)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Λούεια (διοργανωτής: Παράδεισος Αμαρουσίου)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66 χλμ. Πανεπιστημιούπολης Ζωγράφου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Ελληνικού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66 χλμ. Πανεπιστημιούπολης Ζωγράφου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Λαμίας (διοργανωτής: «Αθανάσιος Διάκος»)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Ελληνικού (διοργανωτής: Δήμος Ελληνικού)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Γαλατσίου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Αιγάλεω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Αιγάλεω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Ακρόπολης –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«Κρεμαστός Λαγός» (διοργανωτής: Σπάρτακος Γλυφάδας)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Ακρόπολης –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Σιρκουί (διοργανωτής: Σπάρτακος Γλυφάδας)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Ακρόπολης –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Άνοιξης (διοργανωτής: Τάλως Χανίων)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Ερμή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Λυκαβηττού (Α΄, 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Λυκαβηττού (Β΄, 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Ιωνίας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Ερμή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Αγία Παρασκευή – Τατόι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50 χλμ.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60 χλμ.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Ηλιούπολης (διοργανωτής: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Λυκαβηττού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Κατηγορία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Λευκαδίτεια (διοργανωτής: «Αθανάσιος Λευκαδίτης»)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Παλαίμαχοι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Ολυμπιακής Ημέρας (διοργανώτρια: ΑΕΚ)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Σιρκουί Αιγάλεω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Αντοχής Λαμίας (διοργανωτής: «Αθανάσιος Διάκος»)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Ερυθραίας (διοργανωτής: Πανερυθραϊκός)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Μοσχάτου (διοργανωτές: Φαέθων Καλλιθέας – Δήμος Μοσχάτου)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Τρικάλων (διοργανωτής: ΑΣ Τρίκκη)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Ιωνίας (διοργανωτής: ΟΦΝΙ)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Βελισσαράτεια (διοργανωτές: ΑΕΚ – Ηρακλής Μουσείου)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Πεντέλης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(διοργανωτής: Κύδων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(διοργανωτές: Ερμής –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Πολυτεχνειούπολης Ζωγράφου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Πολυτεχνειούπολης Ζωγράφου (διοργανωτές: ΠΕΣΑ Αστέρας Ζωγράφου –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70 χλμ. Ρεθύμνου (διοργανωτής: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Πάρνηθας (διοργανωτής: Ερμής)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Υμηττού (διοργανωτής: ΠΕΣΑ Αστέρας Ζωγράφου)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Ερυθραίας (διοργανωτής: Πανερυθραϊκός)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Φλαμπουρίου Πάρνηθας (διοργανωτές: Φαέθων Καλλιθέας –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ΠΟ Πατρών)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Νέας Ερυθραίας (διοργανωτής: Πανερυθραϊκός)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Ελληνικού (διοργανωτής: Δήμος Ελληνικού)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Φλαμπουρίου Πάρνηθας (διοργανωτές: Φαέθων Καλλιθέας –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Ανάβαση Καστελόριζου (διοργανωτής: Πήγασος Κυψέλης)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Γύρος Θυσίας Αιγάλεω (διοργανωτής: ΠΟΒΕ)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«Κρεμαστός Λαγός» (διοργανωτής: Σπάρτακος Γλυφάδας)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ΠΕΣΑ Αστέρας Ζωγράφου)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Αντοχής Λαμίας (διοργανωτής: «Αθανάσιος Διάκος»)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 Σιρκουί (διοργανωτής: ΠΟ Χαλκίδας)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Διασυλλογικός Αγώνας (διοργανωτής: Παναθηναϊκός)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ΠΟΔΗΛΑΣΙΑ ΠΙΣΤΑΣ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1954, 1956, 1958, 1967, 1968, 1969, 1970, 2017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13 Πρωταθλήματα Ελλάδας (Ομαδική Καταδίωξη)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1956, 1958, 1965, 1968, 1969, 1970, 1971, 1985, 1986, 1989, 1990, 2017, 2023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(Ομαδικό Σπριντ)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2017, 2023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(Μάντισον)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2017, 2023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(Ομαδική Χρονομέτρηση)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ΠΟΔΗΛΑΣΙΑ ΑΝΩΜΑΛΟΥ ΔΡΟΜΟΥ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Αττικής Cyclo-Cross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 (Α΄), 1990 (Β΄)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ΠΟΔΗΛΑΣΙΑ ΑμεΑ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ΠΟΔΗΛΑΣΙΑ ΔΡΟΜΟΥ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(Αντοχή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ΠΟΔΗΛΑΣΙΑ ΠΙΣΤΑΣ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2021, 2024, 2025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ΠΟΔΟΑΝΤΙΣΦΑΙΡΙΣΗ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1989)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(1×1)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ΑΚΡΩΤΗΡΙΑΣΜΕΝΩΝ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2021)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Κύπελλο Ανάπτυξης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1908)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219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1909, 1911, 1912, 1918, 1921, 1922, 1930, 1949, 1953, 1960, 1961, 1962, 1964, 1965, 1969, 1970, 1972, 1977, 1984, 1986, 1990, 1991, 1995, 1996, 2004, 2010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20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1940, 1948, 1955, 1967, 1969, 1977, 1982, 1984, 1986, 1988, 1989, 1991, 1993, 1994, 1995, 2004, 2010, 2014, 2022, 2024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Σούπερ Καπ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1970, 1988, 1993, 1994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Βαλκανικό Κύπελλο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Πανθεσσαλικών Αγώνων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1908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Μεγάλης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Βίτσι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17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1925, 1926, 1927, 1929, 1930, 1931, 1934, 1937, 1939, 1949, 1952, 1953, 1954, 1955, 1956, 1957, 1959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Κύπελλα Αθήνας ΕΠΣΑ (6×6)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1952, 1957, 1963, 1971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Αθήνας ΕΠΣΑ (7×7)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1939, 1940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Ερασιτέχνες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1970, 1971, 1972, 1994, 1995, 1996, 1998, 2000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1970, 1971, 1972, 1984, 1985, 1988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Αθήνας ΕΠΣΑ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1993, 1994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1970, 1971, 1972, 1995, 1996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Υπερπρωτάθλημα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1914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21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1926, 1927, 1929, 1930, 1931, 1933, 1934, 1937, 1938, 1939, 1946, 1947, 1948, 1949, 1951, 1952, 1957, 1959, 1960, 1961, 1962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Έπαθλα ΕΠΣΑ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1930, 1931, 1933, 1937, 1938, 1939, 1947, 1948, 1949, 1951, 1952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1929, 1930, 1931, 1932, 1938, 1940, 1950, 1959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Έπαθλα ΕΠΣΑ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1930, 1931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16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1981, 1986, 1987, 1988, 1989, 1990, 1991, 1992, 1993, 1994, 1995, 1996, 1997, 2000, 2005, 2006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Υπερπρωταθλήματα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1989, 1991, 1994, 1995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Υπερκύπελλο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Ευρώπης «Giuseppe Meazza»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1972, 1973, 1977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2009, 2026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Προέφηβοι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20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1983, 1984, 1985, 1986, 1987, 1988, 1989, 1990, 1991, 1992, 1993, 1995, 1998, 2005, 2006, 2007, 2008, 2009, 2010, 2011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Υπερπρωταθλήματα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1986, 1991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11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1989, 1992, 1994, 1995, 1996, 1997, 1998, 1999, 2000, 2005, 2008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Τζούνιορ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1981, 1997, 1998, 1999, 2000, 2005, 2008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147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Πανελλήνιου Ποδοσφαιρικού Ομίλου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Δημάρχου Αθηναίων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Δημάρχου Πειραιώς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Καραμπάτη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Αεροπορίας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υπέρ Φυματικών Αθλητών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Δημάρχου Καισαριανής (διοργανώτρια: Ένωση Ελλήνων Αθλητών)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«28ης Οκτωβρίου 1940-45 – ΟΧΙ» (διοργανώτρια: Ένωση Συνεργαζομένων Ποδοσφαιρικών Σωματείων Αθηνών)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Ποδοσφαιρική Σκυταλοδρομία 4×110 μ. (στο πλαίσιο του Κυπέλλου «28ης Οκτωβρίου 1940-45 – ΟΧΙ», διοργανώτρια: Ένωση Συνεργαζομένων Ποδοσφαιρικών Σωματείων Αθηνών)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Εορτών Χριστουγέννων (διοργανωτές: Παναθηναϊκός και αθηναϊκά σωματεία Α΄ Κατηγορίας)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Λουκά Πανουργιά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Πρωταθλητριών Ελλάδας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Σεπτεμβρίου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Σπάρτης (6×6)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Πάσχα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Σεπτεμβρίου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Κώστα Κοτζιά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Σεπτεμβρίου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Αλληλεγγύης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(διοργανωτής: ΠΟΚ)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«Ciudad de Vigo», Βίγκο, Ισπανία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«Τριών» (Παναθηναϊκός – Ολυμπιακός Πειραιώς – Ρίο Μπράνκο)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ΕΠΣ Τρικάλων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Trentino Cup, Τρέντο,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Trentino Cup, Τρέντο, Ιταλία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Χριστουγέννων Παναθηναϊκού, Μαρούσι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Ερασιτέχνες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Εφημερίδας L’Équipe, Βαλάνς, Γαλλία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Τρικάλων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Baden-Württemberg Cup, Γερμανία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Τρικάλων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Πανελλήνιου Ποδοσφαιρικού Ομίλου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1928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Αθήνας – Πειραιά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Ομίλου Φίλων Αστυνομίας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Ομίλου Φίλων Αστυνομίας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Ομάδες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Πανελλήνιου Ποδοσφαιρικού Ομίλου</w:t>
      </w:r>
      <w:r>
        <w:rPr>
          <w:rFonts w:ascii="Roboto Slab" w:hAnsi="Roboto Slab" w:eastAsia="Roboto Slab" w:cs="Roboto Slab"/>
          <w:b w:val="0"/>
        </w:rPr>
        <w:t>, Αθήνα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Παλαίμαχοι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Μουντιαλίτο Κηφισιάς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Δυτικής Αττικής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Λευκάδας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Καλαμακίου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Φρανκφούρτης, Γερμανία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BT Trophy, Μπαλιμόνι, Βόρεια Ιρλανδία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Copa Amsterdam, Ολλανδία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«Europa ’77», Κρακοβία, Πολωνία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«Γεώργιος Καραϊσκάκης», Φάληρο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Puma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Aspire Cup, Ντόχα, Κατάρ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Κ17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Κ16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Respect Cup (Πρωτοχρονιάτικο Τουρνουά), Βάρη</w:t>
      </w:r>
      <w:r>
        <w:rPr>
          <w:rFonts w:ascii="Roboto Slab" w:hAnsi="Roboto Slab" w:eastAsia="Roboto Slab" w:cs="Roboto Slab"/>
          <w:b w:val="0"/>
        </w:rPr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Aspire Cup, Ντόχα, Κατάρ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«Γιάννης Καλέμπουμπας»</w:t>
        <w:t>, Ηράκλειο Κρήτης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Κιασό, Ελβετία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Ακαδημιών ΠΑΕ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Πανελλαδικό Τουρνουά Παίδων (Χριστούγεννα)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Θουκυδίδειο Πρωτάθλημα AFC ΠΑΕ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Christmas Cup Μεταμόρφωσης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Ιόνιο Τουρνουά, Ζάκυνθος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«Γαλάτσι 2012»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Young Talents New Year’s Cup</w:t>
        <w:t>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Kivotos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«Μπιζάν Νατζίμπι», Γουδή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Παιανία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Κ15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Creta Cup, Ηράκλειο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Porto International Cup, Πορτογαλία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Κ14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(Stars)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The Cup of Rhodes Knights, Ρόδος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Φεστιβάλ Ποδοσφαίρου Παπάγου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«Άνοιξη ’96»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Νέου Ηρακλείου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Βριλησσίων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Παπάγου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Αναβύσσου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Ασπροπύργου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Χαλανδρίου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Βριλησσίων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Θουκυδίδειο Πρωτάθλημα AFC ΠΑΕ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Family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«Κένταυρος», Αγία Άννα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Λουτρακίου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Ιωνικού «Νίκος Κανελλάκης»</w:t>
      </w:r>
      <w:r>
        <w:rPr>
          <w:rFonts w:ascii="Roboto Slab" w:hAnsi="Roboto Slab" w:eastAsia="Roboto Slab" w:cs="Roboto Slab"/>
          <w:b w:val="0"/>
        </w:rPr>
        <w:t>, Νίκαια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Arena Christmas Soccer Cup,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«Φλύα 2010»</w:t>
      </w:r>
      <w:r>
        <w:rPr>
          <w:rFonts w:ascii="Roboto Slab" w:hAnsi="Roboto Slab" w:eastAsia="Roboto Slab" w:cs="Roboto Slab"/>
          <w:b w:val="0"/>
        </w:rPr>
        <w:t>, Χαλάνδρι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Σοφικού Κορινθίας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Ιόνιο Τουρνουά, Ζάκυνθος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«Μάλια 2012»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«Σάκης Κουβάς», Μέγαρα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Kivotos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Αναπτυξιακό Τουρνουά Αγίου Νικολάου Κρήτης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Knossos Cup</w:t>
        <w:t>, Ιεράπετρα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Knossos Cup</w:t>
        <w:t>, Ιεράπετρα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Κ13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Respect Cup (Πρωτοχρονιάτικο Τουρνουά), Βάρη</w:t>
      </w:r>
      <w:r>
        <w:rPr>
          <w:rFonts w:ascii="Roboto Slab" w:hAnsi="Roboto Slab" w:eastAsia="Roboto Slab" w:cs="Roboto Slab"/>
          <w:b w:val="0"/>
        </w:rPr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Παιανία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«Κένταυρος», Αγία Άννα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Road To Salonica Cup, Θεσσαλονίκη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Black Wolves Cup, Ίκαστ, Δανία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Nika Cup, Βελιγράδι, Σερβία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Κ12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Football Festival New Year’s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(Stars)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Κόρινθος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Prezioso Casa Cup, Αρέτσο, Ιταλία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Τζούνιορ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«Άνοιξη ’96»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Ωρωπού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«Ηράκλεια»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«Άνοιξη ’99»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Αργυρούπολης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Arena Christmas Soccer Cup,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«Γαλάτσι 2012»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Θουκυδίδειο Πρωτάθλημα AFC ΠΑΕ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Πασχαλινό Τουρνουά Γαλατσίου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Kivotos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«Σάκης Κουβάς», Μέγαρα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Πασχαλινό Τουρνουά Γαλατσίου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Respect Cup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Κ11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Novus Cup (Legends)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Αθήνα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Κ10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Respect Cup (Πρωτοχρονιάτικο Τουρνουά), Βάρη</w:t>
      </w:r>
      <w:r>
        <w:rPr>
          <w:rFonts w:ascii="Roboto Slab" w:hAnsi="Roboto Slab" w:eastAsia="Roboto Slab" w:cs="Roboto Slab"/>
          <w:b w:val="0"/>
        </w:rPr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Paiania Talent Cup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«Κένταυρος», Αγία Άννα Βόλου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Neon Cup, Κόρινθος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Road To Salonica Cup, Θεσσαλονίκη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Lotnik Cup, Κρακοβία, Πολωνία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Elite Atlas Cup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Ποδοσφαιρική Ακαδημία – Τσικό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1924)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κατά της βίας, Λαμία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Δόξας Πηγαδακίων, Ζάκυνθος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Κ17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Δόξας Πηγαδακίων, Ζάκυνθος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Ιόνιο Τουρνουά, Ζάκυνθος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ΣΑΛΑΣ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1997)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1998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ΠΟΔΟΣΦΑΙΡΟ ΣΑΛΑΣ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Κ12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Χριστουγέννων, Βριλήσσια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ΠΟΛΟ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1972, 1980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Τουρνουά ΕΚΟΦ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Τουρνουά ΤΕΚΘ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1987, 2021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Κύπελλο ΕΚΟΦ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1986, 2019, 2021, 2026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Μίνι 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2017, 2019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60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Α΄ 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Β΄ 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Γ΄ 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Ηλυσιακού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Α΄ Τουρνουά ΝΟ Βουλιαγμένης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Βουλιαγμένης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ΕΝΟΑ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Ποσειδώνα Ιλισίων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Πανιωνίου, Νέα Σμύρνη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Ρεθύμνου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Γλυφάδας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Ηλιούπολης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«Μαθιός Καρλαύτης»,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Κολλεγίου Deree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  <w:r>
        <w:rPr>
          <w:rFonts w:ascii="Roboto Slab" w:hAnsi="Roboto Slab" w:eastAsia="Roboto Slab" w:cs="Roboto Slab"/>
          <w:b w:val="0"/>
        </w:rPr>
        <w:t>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Tournament, Αμαλιάδα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ΣΕΔΥ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– Ηλυσιακού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Waterfly Trophy</w:t>
      </w:r>
      <w:r>
        <w:rPr>
          <w:rFonts w:ascii="Roboto Slab" w:hAnsi="Roboto Slab" w:eastAsia="Roboto Slab" w:cs="Roboto Slab"/>
          <w:b w:val="0"/>
        </w:rPr>
        <w:t>, Νέα Σμύρνη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Ποσειδώνα Ιλισίων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«Κωνσταντίνος Μωλιώτης», Λαμία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«Γεώργιος Φραγκάκης», Ρέθυμνο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  <w:r>
        <w:rPr>
          <w:rFonts w:ascii="Roboto Slab" w:hAnsi="Roboto Slab" w:eastAsia="Roboto Slab" w:cs="Roboto Slab"/>
          <w:b w:val="0"/>
        </w:rPr>
        <w:t>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  <w:r>
        <w:rPr>
          <w:rFonts w:ascii="Roboto Slab" w:hAnsi="Roboto Slab" w:eastAsia="Roboto Slab" w:cs="Roboto Slab"/>
          <w:b w:val="0"/>
        </w:rPr>
        <w:t>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– Νηρέα Χαλανδρίου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Χατζηθεοδώρου», Βουλιαγμένη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Μίλωνα Νέας Σμύρνης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Εαρινό Τουρνουά ΝΕΠ,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«Άρης Γκλιάτης» εις μνήμην Κωνσταντίνας Αργυροπούλου – Κανακάκη, Ιλίσια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Παγκρήτιο Τουρνουά Υδατοσφαίρισης</w:t>
        <w:t>, Ηράκλειο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«Ιωάννης Χατζηθεοδώρου», Βουλιαγμένη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Βόλος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Μίνι 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«Ανδρέας Χριστόπουλος»,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ΝΟ Βουλιαγμένης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Τρόπαιο Παναθηναϊκού,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«Μαθιός Καρλαύτης», Μαρούσι – Αργυρούπολη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Ενίσχυσης Ανδρόγεω Σαμψάκη</w:t>
        <w:t>, Μαρούσι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Εαρινό Τουρνουά ΝΕΠ, Πάτρα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Λουτράκι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Νέα Σμύρνη Trophy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«Ανδρέας Γαρύφαλλος», Πειραιάς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Splash Water Polo Mini Tournament, Μαραθώνας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Χριστουγεννιάτικο Τουρνουά Ηλυσιακού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Προ Μίνι 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ΝΟ Βουλιαγμένης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Ηλιούπολης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Φιλίας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Σχολών Υδατοσφαίρισης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Πετρούπολης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Water Polo Fun, Γέρακας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HaBaWaBa Greece, Γλυφάδα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ΠΥΓΜΑΧΙΑ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1926)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98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1960, 1964, 1966, 1969, 1971, 1982, 1996, 1998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2016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Α΄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30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1949, 1951, 1952, 1957, 1958, 1959, 1960, 1964, 1966, 1967, 1968, 1969, 1971, 1972, 1973, 1974, 1975, 1976, 1977, 1982, 1986, 1992, 1993, 1996, 1997, 1998, 2011, 2015, 2016, 2023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19 Πρωταθλήματα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1960, 1965, 1966, 1967, 1968, 1969, 1973, 1974, 1975, 1976, 1977, 1979, 1986, 1992, 1993, 1996, 1998, 2015, 2023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1988, 1999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Κύπελλα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1988, 1999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1956, 1957, 1959, 1960, 1961, 1963, 1971, 2016, 2021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1960, 1961, 1963, 1982, 2017, 2021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Νοτίου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1984, 1994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Κατηγορία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1962, 1963, 1964, 1969, 1971, 2016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1961, 1962, 1969, 1971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 U23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1963, 1997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1996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Εθνικού ΓΣ «Ημέρα Πυγμαχίας» (Πολυνίκης)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«Ευπατωριάδα», Κορδελιό (Πολυνίκης)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Διεθνές Τουρνουά «Ευπατωριάδα», Κορδελιό (Πολυνίκης)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ΡΑΓΚΜΠΙ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2013)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(15s)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(7s)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Τουρνουά ΟΧΕ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7s Αιόλου Πατρών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Aegean 7s Rugby Cup, Αιγάλεω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ΡΑΓΚΜΠΙ ΓΥΝΑΙΚΩΝ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2014)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(7s)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Τουρνουά ΟΧΕ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Attica Springboks,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Λεωφόρου 7s, Αθήνα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Σοφικού Κορινθίας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ΣΚΑΚΙ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1948)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Πανελλήνιο Ομαδικό Πρωτάθλημα Α΄ Εθνικής Κατηγορίας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Διασυλλογικά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1966, 1970, 1971, 1973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(Ομαδική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1960, 1961, 1962, 1963, 1964, 1965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(Ομαδική Κατάταξη)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1960, 1961, 1962, 1963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Κύπελλα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1973, 1974, 2026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Διασυλλογικά Κύπελλα «ΟΧΙ»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1973, 1974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Κύπελλο «21ης Απριλίου»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Κύπελλο «Κεραμέα»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Ομαδικό Κύπελλο Αττικής «Λάζαρος Δρεπανιώτης»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Ομαδικά Κύπελλα Αττικής «Σπύρος Μπίκος»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Ομαδικό Κύπελλο Αττικής «Πέτρος Κολυβάς»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Ομαδικά Κύπελλα Αττικής «Νίκος Στρόφαλης»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Βετεράνοι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Φεστιβάλ Ηλιουπόλεως (διοργανωτής: ΣΟ Ηλιουπόλεως)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Μπλιτζ «ΟΧΙ» (διοργανώτρια: ΧΑΝ Νικαίας)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ΣΚΟΠΟΒΟΛΗ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1928)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210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ΣΤΑΘΕΡΟΣ ΣΤΟΧΟΣ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1958, 1960, 1964, 1982, 1985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Πυροβόλων Όπλων (Πολυνίκης)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1989, 1990, 1991</w:t>
      </w:r>
    </w:p>
    <w:p>
      <w:pPr>
        <w:pStyle w:val="ΠΑΟ-Κατηγορία"/>
      </w:pPr>
      <w:r>
        <w:t>Άνδρες – Γυναίκες – Έφηβοι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Αεροβόλων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Ομαδικών Αγωνισμάτων (Πυροβόλα Όπλα)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Ομαδικών Αγωνισμάτων (Αεροβόλα Όπλα)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Κατηγορία"/>
      </w:pPr>
      <w:r>
        <w:t>Άνδρες – Γυναίκες – Νέοι Άνδρες – Νέες Γυναίκες – Έφηβοι – Νεάνιδες</w:t>
      </w:r>
    </w:p>
    <w:p>
      <w:pPr>
        <w:pStyle w:val="ΠΑΟ-ΕπίσημοςΤίτλος"/>
      </w:pPr>
      <w:r>
        <w:t>1 Πρωτάθλημα Ελλάδας Γενικής Βαθμολογίας Αεροβόλων και Πυροβόλων Όπλων</w:t>
      </w:r>
    </w:p>
    <w:p>
      <w:pPr>
        <w:pStyle w:val="ΠΑΟ-Χρονολογία"/>
      </w:pPr>
      <w:r>
        <w:t>2023</w:t>
      </w:r>
    </w:p>
    <w:p>
      <w:pPr>
        <w:pStyle w:val="ΠΑΟ-Κατηγορία"/>
      </w:pPr>
      <w:r>
        <w:t>Άνδρες – Γυναίκες</w:t>
      </w:r>
    </w:p>
    <w:p>
      <w:pPr>
        <w:pStyle w:val="ΠΑΟ-ΕπίσημοςΤίτλος"/>
      </w:pPr>
      <w:r>
        <w:t>1 Πρωτάθλημα Ελλάδας (Βαθμολογία Ομαδικών Αγωνισμάτων)</w:t>
      </w:r>
    </w:p>
    <w:p>
      <w:pPr>
        <w:pStyle w:val="ΠΑΟ-Χρονολογία"/>
      </w:pPr>
      <w:r>
        <w:t>2022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Αεροβόλων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1983, 1984, 1987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1982, 1985, 2017, 2021, 2023, 2024, 2025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1989, 2015, 2016, 2019, 2025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1987, 1991, 2017, 2018, 2023, 2024, 2025, 2026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(Πιστόλι κατά Ανδρεικέλων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Ελλάδας (Πιστόλι Κεντρικής Πυροδότησης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1994, 2017, 2019, 2020, 2021, 2023, 2025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(Πιστόλι Ακριβείας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(Πιστόλι Μεγάλου Διαμετρήματος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(Περίστροφο Ακριβείας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1983, 1984, 1988, 1991, 2022, 2024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1989, 1991, 1992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(Πολεμικό 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1948, 1955, 1956, 1957, 1960, 1994, 1995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(Πολεμικό Όπλο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1948, 1958, 1959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Πρηνηδόν 50–100 μ.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3×40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(Καραμπίνα Ορθίως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1957, 1958, 1985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Γονυπετώς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Τριών Στάσεων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(Καραμπίνα – Σύνθετο 50–100 μ.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Ελληνοαμερικανικών Αγώνων (Καραμπίνα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Εαρινά Πρωταθλήματα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1984, 1989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Θερινά Πρωταθλήματα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Φθινοπωρινό Πρωτάθλημα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Φθινοπωρινό Πρωτάθλημα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(Πιστόλι Ακριβείας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(Περίστροφο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2021, 2025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 – Νέες Γυναίκες – Έφηβοι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Γενικής Βαθμολογίας Αεροβόλων και Πυροβόλων Όπλων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2021, 2023</w:t>
      </w:r>
    </w:p>
    <w:p>
      <w:pPr>
        <w:pStyle w:val="ΠΑΟ-ΕπίσημοςΤίτλος"/>
      </w:pPr>
      <w:r>
        <w:t>1 Πρωτάθλημα Ελλάδας (Βαθμολογία Ομαδικών Αγωνισμάτων)</w:t>
      </w:r>
    </w:p>
    <w:p>
      <w:pPr>
        <w:pStyle w:val="ΠΑΟ-Χρονολογία"/>
      </w:pPr>
      <w:r>
        <w:t>2022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 – Νέες Γυναίκες</w:t>
      </w:r>
    </w:p>
    <w:p>
      <w:pPr>
        <w:pStyle w:val="ΠΑΟ-ΕπίσημοςΤίτλος"/>
      </w:pPr>
      <w:r>
        <w:t>1 Πρωτάθλημα Ελλάδας Αεροβόλων Όπλων (Βαθμολογία)</w:t>
      </w:r>
    </w:p>
    <w:p>
      <w:pPr>
        <w:pStyle w:val="ΠΑΟ-Χρονολογία"/>
      </w:pPr>
      <w:r>
        <w:t>2026</w:t>
      </w:r>
    </w:p>
    <w:p>
      <w:pPr>
        <w:pStyle w:val="ΠΑΟ-ΕπίσημοςΤίτλος"/>
      </w:pPr>
      <w:r>
        <w:t>1 Πρωτάθλημα Ελλάδας Ομαδικών Αγωνισμάτων (Αεροβόλα Όπλα)</w:t>
      </w:r>
    </w:p>
    <w:p>
      <w:pPr>
        <w:pStyle w:val="ΠΑΟ-Χρονολογία"/>
      </w:pPr>
      <w: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Νέες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 – 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Γενικής Βαθμολογίας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Πυροβόλων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1979, 1981, 1982, 1983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Αεροβόλων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1979, 1980, 1981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1982, 2018, 2019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1978, 1979, 1981, 1982, 1988, 1989, 1990, 2018, 2019, 2020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1989, 1990, 2017, 2019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10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1979, 1980, 1981, 1982, 1987, 1989, 1990, 1992, 1993, 2020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1978, 1979, 1980, 1982, 2018, 2020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1980, 2022, 2023, 2025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(Καραμπίνα 3×20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1977, 1981, 1982, 1983, 1985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(Τουφέκι 3×20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(Καραμπίνα 3×40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Χειμερινά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1990, 1992, 1993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Εαρινά Πρωταθλήματα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Εαρινά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1977, 1989, 1990, 1991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(Πιστόλι Ακριβείας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(Ελεύθερο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Φθινοπωρινά Πρωταθλήματα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1989, 1990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(Πιστόλι Ταχύτητας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(Πιστόλι Στάνταρντ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1991, 2021, 2023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2020, 2021, 2024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(Αεροβόλο Τουφέκι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1985, 2023, 2025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 (Τουφέκι Πρηνηδόν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(Τουφέκι 3×20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Χειμερινό Πρωτάθλημα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Εαρινό Πρωτάθλημα Ελλάδας (Καραμπίνα 3×20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Φθινοπωρινά Πρωταθλήματα Ελλάδας (Πιστόλι Σπορ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1990, 1991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Φθινοπωρινό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Α΄ –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Αεροβόλων Όπλων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Θερινό Πρωτάθλημα Ελλάδας (Καραμπίνα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Α΄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(Αεροβόλο Πιστόλι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1977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ΠΗΛΙΝΟΣ ΣΤΟΧΟΣ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ΣΚΗΤ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 (Βαθμολογία)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 (Α΄ Κατηγορία)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Κύπελλο Ελλάδας (Α1 Κατηγορία)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ΤΡΑΠ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2001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75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ΣΤΑΘΕΡΟΣ ΣΤΟΧΟΣ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Χριστουγέννων Παναθηναϊκού (Μικτό Πιστόλι)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Παγκράτιοι Σκοπευτικοί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Διασυλλογικό Πρωτάθλημα ΠΣΕ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(Περίστροφο 25 μ.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Γονυπετώς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(Τουφέκι Ακριβείας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(Στρατιωτικό Περίστροφο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Ορθίως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Γονυπετώς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Πρηνηδόν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(Περίστροφο 25 μ.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(Γενική 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Γονυπετώς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Τριών Στάσεων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(Καραμπίνα Πρηνηδόν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(Πιστόλι κατά Ανδρεικέλων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ΕΣΚΟΘ (Πιστόλι Στάνταρντ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ΕΣΚΟΘ (Πιστόλι Στάνταρντ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ΓΣ Δράμας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ΣΟΑ/ΑΣΟΕΕ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Αρχελάου Κατερίνης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Αρχελάου Κατερίνης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ΣΣ Βόλου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(Καραμπίνα 3×40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ΣΚΟΑ/ΑΠΘ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ΣΣ Βόλου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Αρχελάου Κατερίνης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ΣΚΟΑ/ΑΠΘ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Αττικού Σκοπευτικού Ομίλου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ΣΣ Βόλου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ΣΟΑ/ΑΣΟΕΕ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Παναθηναϊκού (Ελεύθερο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2004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Αεροβόλων Όπλων Α΄ Κατηγορίας Παναθηναϊκού (21/2, 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Αεροβόλων Όπλων Α΄ Κατηγορίας Παναθηναϊκού (4/10, 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«Ζευς»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«Ζευς»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«Μάχη του Διρού»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2022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Φθινοπωρινοί Αγώνες «Γιάννης Βογιατζής» (Αεροβόλο Πιστόλι – Ομαδικό, διοργανωτής: ΣΟΑ/ΑΣΟΕΕ)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ΣΣ Βόλου (Πιστόλι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ΔΕΗ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Χωροφυλακής (Περίστροφο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«Ζευς»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«Μάχη του Διρού» (Αεροβόλο Πιστόλι – Ομαδικό)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Παναθηναϊκού – Ευαγγελικής Σχολής (Καραμπίνα Πρηνηδόν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ΔΕΗ – Αστυνομίας Πόλεων (Πιστόλι Ακριβείας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Τσίρου (Πιστόλι Ακριβείας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Αντώνη Μαντζαβελάκη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Παναθηναϊκού – Αστυνομίας Πόλεων (Πιστόλι Ταχύτητας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Χωροφυλακής (Ελεύθερο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(Καραμπίνα Πρηνηδόν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ΠΣΕ (Καραμπίνα 3×20 – Ομαδικό)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ΣΟΑ/ΑΣΟΕΕ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Τουφέκι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Πιστόλι – 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Φθινοπωρινό Κύπελλο ΣΟΑ/ΑΣΟΕΕ (Αεροβόλο Πιστόλι – Ομαδικό)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 Α΄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2015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Αεροβόλων Όπλων Α΄ Κατηγορίας Παναθηναϊκού (21/2, Αεροβόλο Τουφέκι – Ομαδικό)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ΣΚΟΠΟΒΟΛΗ ΑμεΑ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2019)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2024, 2025, 2026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ΣΤΙΒΟΣ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1919)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ΑΝΟΙΧΤΟΣ ΣΤΙΒΟΣ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118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Γενική Βαθμολογία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12 Πρωταθλήματα Ελλάδας (Συλλογική Δραστηριότητα)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1954, 1965, 1966, 1967, 1968, 1969, 1970, 1971, 1972, 1973, 1978, 1979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1921, 1929, 1932, 1955, 1956, 1957, 1958, 1959, 1960, 1961, 1962, 1963, 1964, 1965, 1966, 1967, 1968, 1969, 1970, 1971, 1972, 1973, 1974, 1977, 1989, 1990, 2025, 2026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Εαρινά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1978, 1979, 1981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(Συλλογική Βαθμολογία Δρόμων)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1936, 1939, 1957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(Συλλογική Βαθμολογία Αλμάτων)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1939, 1940, 1957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Σκυταλοδρομιών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1932, 1934, 1935, 1939, 1965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Ειδικό Πρωτάθλημα Ομαδικών Αγωνισμάτων (Άλμα εις Μήκος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Ειδικό Πρωτάθλημα Ομαδικών Αγωνισμάτων (Άλμα εις Ύψος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Ειδικό Πρωτάθλημα Ομαδικών Αγωνισμάτων (Δισκοβολία – 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Κύπρου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1950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Νοτίου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17 Διασυλλογικά Πρωταθλήματα Α΄ Κατηγορίας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1954, 1955, 1956, 1957, 1958, 1960, 1961, 1962, 1963, 1964, 1965, 1966, 1967, 1969, 1970, 1980, 1981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Διασυλλογικά Πρωταθλήματα Α΄ Κατηγορίας Αττικής (Διεθνής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1963, 1964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Φθινοπωρινά Διασυλλογικά Πρωταθλήματα Α΄ Κατηγορίας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Περιφερειακά Εαρινά Πρωταθλήματα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1978, 1981, 1982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Διασυλλογικά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2023, 2024, 2025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Έπαθλα ΣΕΓΑΣ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1961, 1963, 1964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Περιφερειακά Πρωταθλήματα Βάδην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1980, 1981, 1982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1946, 1947, 1949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(Τρίαθλο)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Φθινοπωρινό Πρωτάθλημα Κέντρου (Αθήνας – Πειραιά)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Περιφερειακό Πρωτάθλημα Βάδην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1952, 1956, 1957, 1958, 1968, 1969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Αττικής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Περιφερειακά Πρωταθλήματα Βάδην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1967, 1994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Περιφερειακό Πρωτάθλημα Αττικής – Στερεάς Ελλάδας και Κυκλάδων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Παμπαίδες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Περιφερειακό Πρωτάθλημα Αθήνας – Πειραιά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Διασυλλογικά Πρωταθλήματα Αθήνας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1992, 1993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Παγκορασίδες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Περιφερειακά Πρωταθλήματα Αθήνας – Πειραιά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1980, 1982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εις μνήμην Ιωάννη Καρυοφύλλη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Δάλλεια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Πανιώνιοι Αγώνες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1948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Δάλλεια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ΚΕΕΜ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Τρισυλλογικοί Αγώνες Αλεξανδρούπολης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Ελευθέρια (διοργανώτρια: ΑΕ Παγκρατίου)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«Εποποιίας 1940-41» (διοργανωτής: Πανελλήνιος)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Ελευθέρια (διοργανώτρια: ΑΕ Παγκρατίου)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Τρισυλλογικοί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Βενιζέλεια (διοργανωτές: Κύδων Χανίων – Τάλως Χανίων)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Αρκάδια (διοργανωτής: Ατρόμητος Ρεθύμνου)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Αρκάδια (διοργανωτής: Ατρόμητος Ρεθύμνου)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Δάλλεια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Ρεδιάδεια (διοργανωτής: Πειραϊκός Σύνδεσμος)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Παναθηναϊκοί Αγώνες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Δάλλεια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Καλαφάτεια, Φάληρο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Εθνικής Επετείου Χαλκίδας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Ρίψεων εις μνήμην Γεωργαντά (διοργανωτής: Πανελλήνιος)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Ρίψεων εις μνήμην Γεωργαντά (διοργανωτής: Πανελλήνιος)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Ρίψεων εις μνήμην Γεωργαντά (διοργανωτής: Πανελλήνιος)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Βαρδινογιάννεια (διοργανώτρια: Ένωση Ατρομήτου Ρεθυμνιακού)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ΚΛΕΙΣΤΟΣ ΣΤΙΒΟΣ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13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8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1986, 1989, 1990, 1994, 2023, 2024, 2025, 2026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2022, 2023, 2024, 2026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1991</w:t>
      </w:r>
    </w:p>
    <w:p>
      <w:pPr>
        <w:pStyle w:val="ΠΑΟ-ΥποενότηταΑθλήματος"/>
        <w:keepNext/>
        <w:keepLines/>
        <w:jc w:val="left"/>
      </w:pPr>
      <w:r>
        <w:rPr>
          <w:rFonts w:ascii="Roboto Slab Medium" w:hAnsi="Roboto Slab Medium" w:eastAsia="Roboto Slab Medium" w:cs="Roboto Slab Medium"/>
          <w:color w:val="1B5E20"/>
        </w:rPr>
        <w:t>ΑΝΩΜΑΛΟΣ ΔΡΟΜΟΣ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209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28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1930, 1931, 1932, 1933, 1934, 1938, 1954, 1955, 1956, 1968, 1969, 1970, 1971, 1972, 1973, 1974, 1975, 1977, 1978, 1979, 1980, 1983, 1996, 1997, 1998, 2012, 2016, 2021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(Μικτή 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1967, 1968, 1969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Πρωταθλήματα Ελλάδας (Γενική 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1985, 1988, 1989, 2016, 2021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Λαϊκά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1951, 1952, 1957, 1958, 1959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Χειμερινά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1962 (Α΄), 1962 (Β΄), 1962 (Γ΄)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23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1931, 1932, 1933, 1935, 1938, 1950, 1952, 1954, 1956, 1961, 1963, 1967, 1968, 1969, 1972, 1973, 1974, 1976, 1978, 1979, 1981, 1982, 1984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26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1947, 1949, 1952, 1953, 1955, 1957, 1960, 1961, 1964, 1965, 1966, 1967, 1968, 1969, 1970, 1971, 1972, 1973, 1974, 1976, 1991, 1996, 1997, 1998, 2004, 2008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Πανσυλλογικές Σκυταλοδρομίες «Γύρος Αθηνών»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1965, 1966, 1968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9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1949, 1950, 1983, 1984, 1985, 1986, 2017, 2022, 2024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(Γενική 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1986, 2022, 2024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5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1949, 1950, 1971, 1984, 1985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1949, 1986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Β΄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Πανσυλλογικές Σκυταλοδρομίες «Γύρος Αθηνών»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Γ΄ Ομάδες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Πανσυλλογική Σκυταλοδρομία «Γύρος Αθηνών»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Νέοι / Άνδρες Β΄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1978, 1980, 1982, 1983, 1984, 1985, 1987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7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1970, 1971, 1972, 1978, 1980, 1981, 1982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1970, 1971, 1974, 1986, 1987, 1988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18 Πρωταθλήματα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1940, 1949, 1951, 1953, 1954, 1955, 1956, 1957, 1958, 1959, 1969, 1978, 1981, 1982, 1983, 1984, 1985, 1986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(Γενική 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Λαϊκό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18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1951, 1952, 1953, 1954, 1955, 1956, 1958, 1959, 1968, 1969, 1970, 1972, 1976, 1980, 1981, 1982, 1984, 1985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12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1951, 1953, 1955, 1956, 1958, 1959, 1969, 1970, 1971, 1972, 1976, 1986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Νεάνιδες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1980, 1981, 1982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2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1986, 1991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Πρωτάθλημα Ελλάδας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1983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Πρωταθλήματα Ελλάδας (Πολλαπλή Βαθμολογία)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1966, 1967, 1968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6 Περιφερειακά Πρωταθλήματα Αθήνας – Πειραιά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1967, 1968, 1975, 1978, 1982, 1985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3 Τοπικά Πρωταθλήματα Αθήνας (Ομαδικό)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1967, 1968, 1975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82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Ομαδικών Αγώνων (διοργανωτές: Πανελλήνιος – Εθνικός Αθηνών –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Αγώνας Δρόμου 1 Μιλίου εις μνήμην Ιωάννη Καρυοφύλλη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Γεωργίου Γαλάνη (διοργανώτρια: εφημερίδα «Αθλητικός Χρόνος»)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1939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Λύσανδρου Δικαιόπουλου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Τοπικό Πρωτάθλημα Αθήνας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Δάλλα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1958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Μπιζάνειος Δρόμος (διοργανωτής: ΑΓΣ Ιωαννίνων)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Δήμου Χαλανδρίου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Δρόμος Θυσίας Καλαβρύτων (διοργανώτρια: ΑΣ Λάγρα)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Μπιζάνειος Δρόμος (διοργανωτής: ΑΓΣ Ιωαννίνων)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Μπιζάνειος Δρόμος (διοργανωτής: ΑΓΣ Ιωαννίνων)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Μπιζάνειος Δρόμος (διοργανωτής: ΑΓΣ Ιωαννίνων)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Μαρσέλλου (διοργανωτής: Απόλλων Σμύρνης)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Μαρσέλλου (διοργανωτής: Απόλλων Σμύρνης)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Δήμου Αμαρουσίου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1987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Έφηβοι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1968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1969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1971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Κοτζιά (διοργανωτής: Πανιώνιος)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1972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1980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Μαρσέλλου (διοργανωτής: Απόλλων Σμύρνης)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Παίδες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1975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Γεωργακόπουλου (διοργανώτρια: ΑΕΚ)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Κορασίδες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Ανώμαλος Δρόμος εις μνήμην Σκιαδά (διοργανωτής: Παναθηναϊκός)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ΤΟΞΟΒΟΛΙΑ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1981)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33</w:t>
      </w:r>
    </w:p>
    <w:p>
      <w:pPr>
        <w:pStyle w:val="ΠΑΟ-Κατηγορία"/>
        <w:jc w:val="left"/>
      </w:pPr>
      <w:r>
        <w:t>Γενική Βαθμολογία</w:t>
      </w:r>
    </w:p>
    <w:p>
      <w:pPr>
        <w:pStyle w:val="ΠΑΟ-ΕπίσημοςΤίτλος"/>
      </w:pPr>
      <w:r>
        <w:t>4 Πρωταθλήματα Ελλάδας</w:t>
      </w:r>
    </w:p>
    <w:p>
      <w:pPr>
        <w:pStyle w:val="ΠΑΟ-Χρονολογία"/>
      </w:pPr>
      <w:r>
        <w:t>1983, 1984, 1985, 2018</w:t>
      </w:r>
    </w:p>
    <w:p>
      <w:pPr>
        <w:pStyle w:val="ΠΑΟ-Κατηγορία"/>
        <w:jc w:val="left"/>
      </w:pPr>
      <w:r>
        <w:t>Άνδρες</w:t>
      </w:r>
    </w:p>
    <w:p>
      <w:pPr>
        <w:pStyle w:val="ΠΑΟ-ΕπίσημοςΤίτλος"/>
      </w:pPr>
      <w:r>
        <w:t>2 Πρωταθλήματα Ελλάδας (Βαθμολογία)</w:t>
      </w:r>
    </w:p>
    <w:p>
      <w:pPr>
        <w:pStyle w:val="ΠΑΟ-Χρονολογία"/>
      </w:pPr>
      <w:r>
        <w:t>1984, 1985</w:t>
      </w:r>
    </w:p>
    <w:p>
      <w:pPr>
        <w:pStyle w:val="ΠΑΟ-Κατηγορία"/>
        <w:jc w:val="left"/>
      </w:pPr>
      <w:r>
        <w:t>Γυναίκες</w:t>
      </w:r>
    </w:p>
    <w:p>
      <w:pPr>
        <w:pStyle w:val="ΠΑΟ-ΕπίσημοςΤίτλος"/>
      </w:pPr>
      <w:r>
        <w:t>2 Πρωταθλήματα Ελλάδας (Βαθμολογία)</w:t>
      </w:r>
    </w:p>
    <w:p>
      <w:pPr>
        <w:pStyle w:val="ΠΑΟ-Χρονολογία"/>
      </w:pPr>
      <w:r>
        <w:t>1984, 1985</w:t>
      </w:r>
    </w:p>
    <w:p>
      <w:pPr>
        <w:pStyle w:val="ΠΑΟ-ΧώροςΤοξοβολίας"/>
        <w:jc w:val="left"/>
      </w:pPr>
      <w:r>
        <w:t>ΑΝΟΙΧΤΟΣ ΧΩΡΟΣ</w:t>
      </w:r>
    </w:p>
    <w:p>
      <w:pPr>
        <w:pStyle w:val="ΠΑΟ-Κατηγορία"/>
        <w:jc w:val="left"/>
      </w:pPr>
      <w:r>
        <w:t>Άνδρες</w:t>
      </w:r>
    </w:p>
    <w:p>
      <w:pPr>
        <w:pStyle w:val="ΠΑΟ-ΕπίσημοςΤίτλος"/>
      </w:pPr>
      <w:r>
        <w:t>4 Πρωταθλήματα Ελλάδας (Ομαδικό)</w:t>
      </w:r>
    </w:p>
    <w:p>
      <w:pPr>
        <w:pStyle w:val="ΠΑΟ-Χρονολογία"/>
      </w:pPr>
      <w:r>
        <w:t>1983, 1984, 1985, 1986</w:t>
      </w:r>
    </w:p>
    <w:p>
      <w:pPr>
        <w:pStyle w:val="ΠΑΟ-ΕπίσημοςΤίτλος"/>
      </w:pPr>
      <w:r>
        <w:t>1 Εαρινό Πρωτάθλημα Ελλάδας (Ομαδικό)</w:t>
      </w:r>
    </w:p>
    <w:p>
      <w:pPr>
        <w:pStyle w:val="ΠΑΟ-Χρονολογία"/>
      </w:pPr>
      <w:r>
        <w:t>1986</w:t>
      </w:r>
    </w:p>
    <w:p>
      <w:pPr>
        <w:pStyle w:val="ΠΑΟ-ΕπίσημοςΤίτλος"/>
      </w:pPr>
      <w:r>
        <w:t>1 Φθινοπωρινό Πρωτάθλημα Ελλάδας (Ομαδικό)</w:t>
      </w:r>
    </w:p>
    <w:p>
      <w:pPr>
        <w:pStyle w:val="ΠΑΟ-Χρονολογία"/>
      </w:pPr>
      <w:r>
        <w:t>1984</w:t>
      </w:r>
    </w:p>
    <w:p>
      <w:pPr>
        <w:pStyle w:val="ΠΑΟ-ΕπίσημοςΤίτλος"/>
      </w:pPr>
      <w:r>
        <w:t>1 Περιφερειακό Πρωτάθλημα (Ομαδικό)</w:t>
      </w:r>
    </w:p>
    <w:p>
      <w:pPr>
        <w:pStyle w:val="ΠΑΟ-Χρονολογία"/>
      </w:pPr>
      <w:r>
        <w:t>1983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ΟΛΥΜΠΙΑΚΟ ΤΟΞΟ</w:t>
      </w:r>
    </w:p>
    <w:p>
      <w:pPr>
        <w:pStyle w:val="ΠΑΟ-ΕπίσημοςΤίτλος"/>
      </w:pPr>
      <w:r>
        <w:t>1 Πρωτάθλημα Ελλάδας (Ολυμπιακός Γύρος – Ομαδικό)</w:t>
      </w:r>
    </w:p>
    <w:p>
      <w:pPr>
        <w:pStyle w:val="ΠΑΟ-Χρονολογία"/>
      </w:pPr>
      <w:r>
        <w:t>2018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ΣΥΝΘΕΤΟ ΤΟΞΟ</w:t>
      </w:r>
    </w:p>
    <w:p>
      <w:pPr>
        <w:pStyle w:val="ΠΑΟ-ΕπίσημοςΤίτλος"/>
      </w:pPr>
      <w:r>
        <w:t>1 Πρωτάθλημα Ελλάδας (Ολυμπιακός Γύρος – Ομαδικό)</w:t>
      </w:r>
    </w:p>
    <w:p>
      <w:pPr>
        <w:pStyle w:val="ΠΑΟ-Χρονολογία"/>
      </w:pPr>
      <w:r>
        <w:t>2018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2018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STANDARD BOW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1993</w:t>
      </w:r>
    </w:p>
    <w:p>
      <w:pPr>
        <w:pStyle w:val="ΠΑΟ-Κατηγορία"/>
        <w:jc w:val="left"/>
      </w:pPr>
      <w:r>
        <w:t>Γυναίκες</w:t>
      </w:r>
    </w:p>
    <w:p>
      <w:pPr>
        <w:pStyle w:val="ΠΑΟ-ΕπίσημοςΤίτλος"/>
      </w:pPr>
      <w:r>
        <w:t>3 Πρωταθλήματα Ελλάδας (Ομαδικό)</w:t>
      </w:r>
    </w:p>
    <w:p>
      <w:pPr>
        <w:pStyle w:val="ΠΑΟ-Χρονολογία"/>
      </w:pPr>
      <w:r>
        <w:t>1984, 1985, 1986</w:t>
      </w:r>
    </w:p>
    <w:p>
      <w:pPr>
        <w:pStyle w:val="ΠΑΟ-ΕπίσημοςΤίτλος"/>
      </w:pPr>
      <w:r>
        <w:t>1 Εαρινό Πρωτάθλημα Ελλάδας (Ομαδικό)</w:t>
      </w:r>
    </w:p>
    <w:p>
      <w:pPr>
        <w:pStyle w:val="ΠΑΟ-Χρονολογία"/>
      </w:pPr>
      <w:r>
        <w:t>1986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ΟΛΥΜΠΙΑΚΟ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2018</w:t>
      </w:r>
    </w:p>
    <w:p>
      <w:pPr>
        <w:pStyle w:val="ΠΑΟ-ΕπίσημοςΤίτλος"/>
      </w:pPr>
      <w:r>
        <w:t>1 Κύπελλο Ελλάδας (Ομαδικό)</w:t>
      </w:r>
    </w:p>
    <w:p>
      <w:pPr>
        <w:pStyle w:val="ΠΑΟ-Χρονολογία"/>
      </w:pPr>
      <w:r>
        <w:t>2018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ΣΥΝΘΕΤΟ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2019</w:t>
      </w:r>
    </w:p>
    <w:p>
      <w:pPr>
        <w:pStyle w:val="ΠΑΟ-Κατηγορία"/>
        <w:jc w:val="left"/>
      </w:pPr>
      <w:r>
        <w:t>Νέοι Άνδρες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ΟΛΥΜΠΙΑΚΟ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2012</w:t>
      </w:r>
    </w:p>
    <w:p>
      <w:pPr>
        <w:pStyle w:val="ΠΑΟ-ΕπίσημοςΤίτλος"/>
      </w:pPr>
      <w:r>
        <w:t>1 Κύπελλο Ελλάδας (Ομαδικό)</w:t>
      </w:r>
    </w:p>
    <w:p>
      <w:pPr>
        <w:pStyle w:val="ΠΑΟ-Χρονολογία"/>
      </w:pPr>
      <w:r>
        <w:t>2013</w:t>
      </w:r>
    </w:p>
    <w:p>
      <w:pPr>
        <w:pStyle w:val="ΠΑΟ-ΧώροςΤοξοβολίας"/>
        <w:jc w:val="left"/>
      </w:pPr>
      <w:r>
        <w:t>ΚΛΕΙΣΤΟΣ ΧΩΡΟΣ</w:t>
      </w:r>
    </w:p>
    <w:p>
      <w:pPr>
        <w:pStyle w:val="ΠΑΟ-Κατηγορία"/>
        <w:jc w:val="left"/>
      </w:pPr>
      <w:r>
        <w:t>Άνδρες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1987</w:t>
      </w:r>
    </w:p>
    <w:p>
      <w:pPr>
        <w:pStyle w:val="ΠΑΟ-Κατηγορία"/>
        <w:jc w:val="left"/>
      </w:pPr>
      <w:r>
        <w:t>Γυναίκες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ΣΥΝΘΕΤΟ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2019</w:t>
      </w:r>
    </w:p>
    <w:p>
      <w:pPr>
        <w:pStyle w:val="ΠΑΟ-Κατηγορία"/>
        <w:jc w:val="left"/>
      </w:pPr>
      <w:r>
        <w:t>Νέοι Άνδρες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ΟΛΥΜΠΙΑΚΟ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2012</w:t>
      </w:r>
    </w:p>
    <w:p>
      <w:pPr>
        <w:pStyle w:val="ΠΑΟ-ΤύποςΤόξου"/>
        <w:jc w:val="left"/>
      </w:pPr>
      <w:r>
        <w:rPr>
          <w:rFonts w:ascii="Roboto Slab Medium" w:hAnsi="Roboto Slab Medium"/>
          <w:b/>
          <w:color w:val="000000"/>
          <w:sz w:val="24"/>
        </w:rPr>
        <w:t>ΣΥΝΘΕΤΟ ΤΟΞΟ</w:t>
      </w:r>
    </w:p>
    <w:p>
      <w:pPr>
        <w:pStyle w:val="ΠΑΟ-ΕπίσημοςΤίτλος"/>
      </w:pPr>
      <w:r>
        <w:t>1 Πρωτάθλημα Ελλάδας (Ομαδικό)</w:t>
      </w:r>
    </w:p>
    <w:p>
      <w:pPr>
        <w:pStyle w:val="ΠΑΟ-Χρονολογία"/>
      </w:pPr>
      <w:r>
        <w:t>2017</w:t>
      </w:r>
    </w:p>
    <w:p>
      <w:pPr>
        <w:pStyle w:val="ΠΑΟ-Κατηγορία"/>
        <w:jc w:val="left"/>
      </w:pPr>
      <w:r>
        <w:t>Έφηβοι</w:t>
      </w:r>
    </w:p>
    <w:p>
      <w:pPr>
        <w:pStyle w:val="ΠΑΟ-ΕπίσημοςΤίτλος"/>
      </w:pPr>
      <w:r>
        <w:t>1 Πρωτάθλημα Κέντρου (Ομαδικό)</w:t>
      </w:r>
    </w:p>
    <w:p>
      <w:pPr>
        <w:pStyle w:val="ΠΑΟ-Χρονολογία"/>
      </w:pPr>
      <w:r>
        <w:t>2007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Ανεπίσημοι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10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ΑΣΤΑ (Βαθμολογία)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Επαρχιακοί Αγώνες Κομοτηνής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«Άρτεμις» (Βαθμολογία, διοργανωτής: Τριφυλλιακός)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1983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Αγώνες FITA εις μνήμην Απόστολου Νικολαΐδη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FITA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1986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«Άρτεμις» (Ομαδικό, διοργανωτής: Τριφυλλιακός)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Γυναίκες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FITA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Κύπελλο «Άρτεμις» (Ομαδικό, διοργανωτής: Τριφυλλιακός)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1985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Τουρνουά Παναθηναϊκού (Ομαδικό)</w:t>
      </w:r>
    </w:p>
    <w:p>
      <w:pPr>
        <w:pStyle w:val="ΠΑΟ-ΑνεπίσημοςΤίτλος"/>
        <w:keepLines/>
        <w:tabs>
          <w:tab w:val="right" w:pos="520"/>
          <w:tab w:val="left" w:pos="822"/>
        </w:tabs>
        <w:ind w:left="822" w:hanging="822"/>
        <w:jc w:val="left"/>
      </w:pPr>
      <w:r>
        <w:rPr>
          <w:rFonts w:ascii="Roboto Slab Harmonized Medium" w:hAnsi="Roboto Slab Harmonized Medium" w:eastAsia="Roboto Slab Harmonized Medium" w:cs="Roboto Slab Harmonized Medium"/>
          <w:b w:val="0"/>
          <w:sz w:val="23"/>
        </w:rPr>
        <w:tab/>
        <w:t>1994</w:t>
      </w:r>
      <w:r>
        <w:rPr>
          <w:rFonts w:ascii="Roboto Slab" w:hAnsi="Roboto Slab" w:eastAsia="Roboto Slab" w:cs="Roboto Slab"/>
        </w:rPr>
        <w:tab/>
      </w:r>
      <w:r>
        <w:rPr>
          <w:rFonts w:ascii="Roboto Slab" w:hAnsi="Roboto Slab" w:eastAsia="Roboto Slab" w:cs="Roboto Slab"/>
          <w:b w:val="0"/>
        </w:rPr>
        <w:t>Διασυλλογικοί Αγώνες Πανδάρου Ηλιούπολης (Ομαδικό)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ΤΡΙΑΘΛΟ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2022)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1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 – Γυναίκες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1 Διασυλλογικό Πρωτάθλημα Ελλάδας (WhyNot – ΤΟΕ)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2025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1B5E20"/>
          <w:sz w:val="31"/>
        </w:rPr>
        <w:t xml:space="preserve">ΧΟΚΕΪ ΑΝΔΡΩΝ </w:t>
      </w:r>
      <w:r>
        <w:rPr>
          <w:rFonts w:ascii="Roboto Slab Medium" w:hAnsi="Roboto Slab Medium" w:eastAsia="Roboto Slab Medium" w:cs="Roboto Slab Medium"/>
          <w:color w:val="1B5E20"/>
          <w:sz w:val="29"/>
        </w:rPr>
        <w:t>(έτος ίδρυσης: 1910)</w:t>
      </w:r>
    </w:p>
    <w:p>
      <w:pPr>
        <w:pStyle w:val="ΠΑΟ-ΟμάδαΤίτλων"/>
        <w:keepNext/>
        <w:keepLines/>
      </w:pPr>
      <w:r>
        <w:rPr>
          <w:rFonts w:ascii="Roboto Slab Medium" w:hAnsi="Roboto Slab Medium" w:eastAsia="Roboto Slab Medium" w:cs="Roboto Slab Medium"/>
          <w:color w:val="1F1F1F"/>
        </w:rPr>
        <w:t xml:space="preserve">Επίσημοι Ομαδικοί Τίτλοι: </w:t>
      </w:r>
      <w:r>
        <w:rPr>
          <w:rFonts w:ascii="Roboto Slab Medium" w:hAnsi="Roboto Slab Medium" w:eastAsia="Roboto Slab Medium" w:cs="Roboto Slab Medium"/>
          <w:color w:val="1B5E20"/>
        </w:rPr>
        <w:t>4</w:t>
      </w:r>
    </w:p>
    <w:p>
      <w:pPr>
        <w:pStyle w:val="ΠΑΟ-Κατηγορία"/>
        <w:keepNext/>
        <w:keepLines/>
        <w:jc w:val="left"/>
      </w:pPr>
      <w:r>
        <w:rPr>
          <w:rFonts w:ascii="Roboto Slab Medium" w:hAnsi="Roboto Slab Medium" w:eastAsia="Roboto Slab Medium" w:cs="Roboto Slab Medium"/>
        </w:rPr>
        <w:t>Άνδρες</w:t>
      </w:r>
    </w:p>
    <w:p>
      <w:pPr>
        <w:pStyle w:val="ΠΑΟ-ΕπίσημοςΤίτλος"/>
        <w:keepNext/>
      </w:pPr>
      <w:r>
        <w:rPr>
          <w:rFonts w:ascii="Roboto Slab" w:hAnsi="Roboto Slab" w:eastAsia="Roboto Slab" w:cs="Roboto Slab"/>
        </w:rPr>
        <w:t>4 Πρωταθλήματα Ελλάδας</w:t>
      </w:r>
    </w:p>
    <w:p>
      <w:pPr>
        <w:pStyle w:val="ΠΑΟ-Χρονολογία"/>
        <w:keepLines/>
      </w:pPr>
      <w:r>
        <w:rPr>
          <w:rFonts w:ascii="Roboto Slab" w:hAnsi="Roboto Slab" w:eastAsia="Roboto Slab" w:cs="Roboto Slab"/>
        </w:rPr>
        <w:t>1911, 1930, 1932, 1939</w:t>
      </w:r>
    </w:p>
    <w:p>
      <w:pPr>
        <w:pStyle w:val="Heading1"/>
        <w:jc w:val="left"/>
        <w:keepNext/>
        <w:keepLines/>
        <w:pBdr>
          <w:bottom w:val="single" w:sz="8" w:space="4" w:color="1B5E20"/>
        </w:pBdr>
      </w:pPr>
      <w:r>
        <w:rPr>
          <w:rFonts w:ascii="Roboto Slab Medium" w:hAnsi="Roboto Slab Medium" w:eastAsia="Roboto Slab Medium" w:cs="Roboto Slab Medium"/>
          <w:color w:val="000000"/>
        </w:rPr>
        <w:t>ΛΟΙΠΑ ΤΜΗΜΑΤΑ (ΧΩΡΙΣ ΟΜΑΔΙΚΟΥΣ ΤΙΤΛΟΥΣ)</w:t>
      </w:r>
    </w:p>
    <w:p>
      <w:pPr>
        <w:pStyle w:val="ΠΑΟ-ΣημειώσειςΚεφαλίδα"/>
        <w:keepNext/>
        <w:keepLines/>
      </w:pPr>
      <w:r>
        <w:rPr>
          <w:rFonts w:ascii="Roboto Slab Medium" w:hAnsi="Roboto Slab Medium" w:eastAsia="Roboto Slab Medium" w:cs="Roboto Slab Medium"/>
        </w:rPr>
        <w:t>ΕΝΕΡΓΑ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ΑΛΠΙΚΟ ΣΚΙ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ΑΡΣΗ ΒΑΡΩΝ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2020)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ΒΟΛΕΪ ΚΑΘΙΣΤΩΝ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ΓΚΟΛΜΠΟΛ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2024)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ΕΠΙΤΡΑΠΕΖΙΑ ΑΝΤΙΣΦΑΙΡΙΣΗ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ΕΠΙΤΡΑΠΕΖΙΑ ΑΝΤΙΣΦΑΙΡΙΣΗ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2024)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ΚΟΛΥΜΒΗΣΗ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ΚΟΛΥΜΒΗΣΗ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2025)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ΜΠΟΟΥΛΙΝΓΚ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ΜΠΟΤΣΙΑ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ΠΑΡΑΚΑΝΟΕ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ΠΑΡΑΤΡΙΑΘΛΟ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2020)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ΠΕΤΑΝΚ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ΠΟΛΟ ΓΥΝΑΙΚΩΝ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1979)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ΠΡΑΚΤΙΚΗ ΣΚΟΠΟΒΟΛΗ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1997)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ΣΚΑΚΙ ΤΥΦΛΩΝ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ΣΤΙΒΟΣ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ΣΤΙΒΟΣ ΑΟΝΜ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2024)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ΤΕΝΙΣ ΜΕ ΑΜΑΞΙΔΙΟ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ΤΖΟΥΝΤΟ ΤΥΦΛΩΝ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ΤΟΞΟΒΟΛΙΑ ΑμεΑ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ΧΟΡΟΣ ΜΕ ΑΜΑΞΙΔΙΟ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2021)</w:t>
      </w:r>
    </w:p>
    <w:p>
      <w:pPr>
        <w:pStyle w:val="ΠΑΟ-ΣημειώσειςΚεφαλίδα"/>
        <w:keepNext/>
        <w:keepLines/>
      </w:pPr>
      <w:r>
        <w:rPr>
          <w:rFonts w:ascii="Roboto Slab Medium" w:hAnsi="Roboto Slab Medium" w:eastAsia="Roboto Slab Medium" w:cs="Roboto Slab Medium"/>
        </w:rPr>
        <w:t>ΑΝΕΝΕΡΓΑ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ΑΕΡΟΒΙΚΗ ΓΥΜΝΑΣΤΙΚΗ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1983)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ΙΣΤΙΟΠΛΟΪΑ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1987)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ΚΙΚ ΜΠΟΞΙΝΓΚ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2015)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ΚΡΙΚΕΤ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1950)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ΚΩΠΗΛΑΣΙΑ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1932)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ΜΠΙΤΣ ΒΟΛΕΪ ΑΝΔΡΩΝ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2016)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ΜΠΙΤΣ ΒΟΛΕΪ ΓΥΝΑΙΚΩΝ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2016)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ΟΡΕΙΒΑΣΙΑ / ΕΚΔΡΟΜΙΚΟ ΤΜΗΜΑ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1926)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ΣΟΥΗΔΙΚΗ ΓΥΜΝΑΣΤΙΚΗ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1926)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ΣΥΓΧΡΟΝΙΣΜΕΝΗ ΚΟΛΥΜΒΗΣΗ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1992)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ΤΕΝΙΣ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1911)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ΤΖΟΥΝΤΟ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1978)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ΧΑΝΤΜΠΟΛ ΑΝΔΡΩΝ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1929)</w:t>
      </w:r>
    </w:p>
    <w:p>
      <w:pPr>
        <w:numPr>
          <w:ilvl w:val="0"/>
          <w:numId w:val="10"/>
        </w:numPr>
        <w:pStyle w:val="ΠΑΟ-ΛίσταΤμημάτων"/>
        <w:keepLines/>
      </w:pPr>
      <w:r>
        <w:rPr>
          <w:rFonts w:ascii="Roboto Slab Medium" w:hAnsi="Roboto Slab Medium" w:eastAsia="Roboto Slab Medium" w:cs="Roboto Slab Medium"/>
          <w:color w:val="1B5E20"/>
          <w:sz w:val="24"/>
        </w:rPr>
        <w:t xml:space="preserve">ΧΑΝΤΜΠΟΛ ΓΥΝΑΙΚΩΝ </w:t>
      </w:r>
      <w:r>
        <w:rPr>
          <w:rFonts w:ascii="Roboto Slab Medium" w:hAnsi="Roboto Slab Medium" w:eastAsia="Roboto Slab Medium" w:cs="Roboto Slab Medium"/>
          <w:color w:val="1B5E20"/>
          <w:sz w:val="22"/>
        </w:rPr>
        <w:t>(έτος ίδρυσης: 1981)</w:t>
      </w:r>
    </w:p>
    <w:p>
      <w:pPr>
        <w:pStyle w:val="ΠΑΟ-ΣημειώσειςΚεφαλίδα"/>
        <w:keepNext/>
        <w:keepLines/>
        <w:spacing w:before="720"/>
      </w:pPr>
      <w:r>
        <w:rPr>
          <w:rFonts w:ascii="Roboto Slab Medium" w:hAnsi="Roboto Slab Medium" w:eastAsia="Roboto Slab Medium" w:cs="Roboto Slab Medium"/>
        </w:rPr>
        <w:t>ΤΙ ΘΕΩΡΕΙΤΑΙ ΕΠΙΣΗΜΟΣ ΟΜΑΔΙΚΟΣ ΤΙΤΛΟΣ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Επίσημος ομαδικός τίτλος θεωρείται αυτός που κατακτάται έπειτα από τη διεξαγωγή αγώνα ή αγώνων και την ανακήρυξη νικητή ή νικητών βάσει αγωνιστικού αποτελέσματος ή επίσημης βαθμολογίας/κατάταξης, στο πλαίσιο διοργάνωσης που πραγματοποιείται από ανεξάρτητο και επίσημο αθλητικό φορέα ή ομοσπονδία με σχετική αρμοδιότητα κατά τον χρόνο διεξαγωγής της διοργάνωσης.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Ως επίσημος μπορεί επίσης να θεωρηθεί τίτλος διοργάνωσης που διεξάγεται από αθλητικό σύλλογο ή άλλο μη επίσημο φορέα, όταν: α) η διοργάνωση διεξάγεται κατόπιν ανάθεσης ή έγκρισης από επίσημο αθλητικό φορέα ή ομοσπονδία με σχετική αρμοδιότητα κατά τον χρόνο διεξαγωγής της διοργάνωσης ή β) εξαιρετικές συνθήκες, όπως μια εμπόλεμη περίοδος, καθιστούν αδύνατη τη διοργάνωση από την εκάστοτε αρμόδια ομοσπονδία.</w:t>
      </w:r>
    </w:p>
    <w:p>
      <w:pPr>
        <w:pStyle w:val="ΠΑΟ-ΣημειώσειςΚεφαλίδα"/>
        <w:keepNext/>
        <w:keepLines/>
      </w:pPr>
      <w:r>
        <w:rPr>
          <w:rFonts w:ascii="Roboto Slab Medium" w:hAnsi="Roboto Slab Medium" w:eastAsia="Roboto Slab Medium" w:cs="Roboto Slab Medium"/>
        </w:rPr>
        <w:t>ΤΙ ΘΕΩΡΕΙΤΑΙ ΑΝΕΠΙΣΗΜΟΣ ΟΜΑΔΙΚΟΣ ΤΙΤΛΟΣ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Ανεπίσημος ομαδικός τίτλος θεωρείται αυτός που κατακτάται αγωνιστικά σε διοργάνωση αθλητικού συλλόγου ή άλλου μη επίσημου φορέα, χωρίς ανάθεση ή έγκριση από επίσημο αθλητικό φορέα ή ομοσπονδία με σχετική αρμοδιότητα κατά τον χρόνο διεξαγωγής της διοργάνωσης.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Ο χαρακτηρισμός «ανεπίσημος» αφορά το θεσμικό καθεστώς της διοργάνωσης και όχι την εγκυρότητα της αγωνιστικής κατάκτησης.</w:t>
      </w:r>
    </w:p>
    <w:p>
      <w:pPr>
        <w:pStyle w:val="ΠΑΟ-ΣημειώσειςΚεφαλίδα"/>
        <w:keepNext/>
        <w:keepLines/>
      </w:pPr>
      <w:r>
        <w:rPr>
          <w:rFonts w:ascii="Roboto Slab Medium" w:hAnsi="Roboto Slab Medium" w:eastAsia="Roboto Slab Medium" w:cs="Roboto Slab Medium"/>
        </w:rPr>
        <w:t>ΔΕΝ ΣΥΜΠΕΡΙΛΑΜΒΑΝΟΝΤΑΙ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Ατομικοί τίτλοι, χρυσά μετάλλια, πρωτιές και λοιπές διακρίσεις αθλητών και αθλητριών σε εθνικές και διεθνείς διοργανώσεις.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σε αγωνίσματα ομαδικής διεξαγωγής αλλά ατομικού χαρακτήρα (σκυταλοδρομίες, αγώνες διελκυστίνδας, μικτά ομαδικά αγωνίσματα κολύμβησης, διπλά και μικτά αγωνίσματα επιτραπέζιας αντισφαίρισης κ.ά.).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κατώτερων εθνικών κατηγοριών πρωταθλημάτων (Α2, Β΄, Γ΄ και Δ΄ Εθνική).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Μη αγωνιστικές βραβεύσεις, διακρίσεις ή αξιολογήσεις (βραβεύσεις του ΠΣΑΤ, τιμητικές βραβεύσεις, κύπελλα ήθους, κύπελλα «Καλής Εμφανίσεως», αξιολογήσεις επιχορηγήσεων της ΓΓΑ κ.ά.).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Έπαθλα που αθλοθετήθηκαν για μεμονωμένους φιλικούς αγώνες.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Άτυποι τίτλοι και πρωτιές (πρωταθλήματα «χειμώνα», δημοσκοπήσεις, ψηφοφορίες, πώληση εισιτηρίων κ.ά.).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Διοργανώσεις στις οποίες δεν τηρήθηκε βαθμολογία ή δεν προβλεπόταν βράβευση του πολυνίκη συλλόγου.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ή τουρνουά που κατακτήθηκαν από θυγατρικές ομάδες, συνεργαζόμενες σχολές ή ακαδημίες που έχουν εξουσιοδοτηθεί να χρησιμοποιούν το όνομα και το σήμα του Ομίλου.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των οποίων η κατάκτηση από τον Παναθηναϊκό δεν τεκμηριώνεται επαρκώς από το διαθέσιμο αρχειακό υλικό ή δεν καταγράφεται σε καμία αξιόπιστη έντυπη, αρχειακή ή επίσημη ψηφιακή πηγή.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σε διοργανώσεις που διακόπηκαν ενώ ο Παναθηναϊκός βρισκόταν στην πρώτη θέση και για τις οποίες δεν υπάρχουν στοιχεία που να επιβεβαιώνουν ούτε την ολοκλήρωσή τους ούτε την πρόωρη ανακήρυξη πρωταθλητή ή πολυνίκη συλλόγου.</w:t>
      </w:r>
    </w:p>
    <w:p>
      <w:pPr>
        <w:numPr>
          <w:ilvl w:val="0"/>
          <w:numId w:val="10"/>
        </w:numPr>
        <w:pStyle w:val="ΠΑΟ-Σημειώσεις"/>
        <w:keepLines/>
      </w:pPr>
      <w:r>
        <w:rPr>
          <w:rFonts w:ascii="Roboto Slab" w:hAnsi="Roboto Slab" w:eastAsia="Roboto Slab" w:cs="Roboto Slab"/>
        </w:rPr>
        <w:t>Τίτλοι που, σύμφωνα με διάφορες πηγές, αποδίδονταν στον Παναθηναϊκό, αλλά έπειτα από σχετική έρευνα διαπιστώθηκε ότι είτε κατακτήθηκαν από άλλον σύλλογο είτε αφορούσαν διοργανώσεις που ματαιώθηκαν ή αναβλήθηκαν είτε ήταν ατομικού χαρακτήρα.</w:t>
      </w:r>
    </w:p>
    <w:sectPr w:rsidR="00FC693F" w:rsidRPr="0006063C" w:rsidSect="00034616">
      <w:headerReference w:type="default" r:id="rId12"/>
      <w:footerReference w:type="default" r:id="rId13"/>
      <w:footerReference w:type="first" r:id="rId16"/>
      <w:footerReference w:type="even" r:id="rId17"/>
      <w:headerReference w:type="first" r:id="rId18"/>
      <w:headerReference w:type="even" r:id="rId19"/>
      <w:pgSz w:w="11906" w:h="16838"/>
      <w:pgMar w:top="1020" w:right="1134" w:bottom="1020" w:left="1191" w:header="397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oboto Slab Harmonized Medium">
    <w:charset w:val="00"/>
    <w:family w:val="roman"/>
    <w:pitch w:val="variable"/>
    <w:embedRegular r:id="rId1" w:fontKey="{A9B395AE-BE8A-461E-8E4A-D6C30692D2D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1B5E20"/>
      </w:pBdr>
    </w:pPr>
    <w:r>
      <w:rPr>
        <w:rFonts w:ascii="Roboto Slab" w:hAnsi="Roboto Slab" w:eastAsia="Roboto Slab" w:cs="Roboto Slab"/>
        <w:b/>
        <w:color w:val="1B5E20"/>
        <w:sz w:val="18"/>
      </w:rPr>
      <w:t>ΤΙΤΛΟΙ ΠΑΝΑΘΗΝΑΪΚΟΥ ΑΘΛΗΤΙΚΟΥ ΟΜΙΛΟΥ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5" w:space="3" w:color="1B5E20"/>
      </w:pBdr>
    </w:pPr>
    <w:r>
      <w:rPr>
        <w:rFonts w:ascii="Roboto Slab" w:hAnsi="Roboto Slab" w:eastAsia="Roboto Slab" w:cs="Roboto Slab"/>
        <w:b/>
        <w:color w:val="1B5E20"/>
        <w:sz w:val="18"/>
      </w:rPr>
      <w:t>ΤΙΤΛΟΙ ΠΑΝΑΘΗΝΑΪΚΟΥ ΑΘΛΗΤΙΚΟΥ ΟΜΙΛΟΥ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300"/>
        </w:tabs>
        <w:ind w:left="300" w:hanging="180"/>
      </w:pPr>
      <w:rPr>
        <w:rFonts w:ascii="Roboto Slab Medium" w:hAnsi="Roboto Slab Medium" w:eastAsia="Roboto Slab Medium" w:cs="Roboto Slab Medium"/>
        <w:color w:val="1F1F1F"/>
        <w:sz w:val="18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NotPrintBlankPages w:val="true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Roboto Slab" w:hAnsi="Roboto Slab" w:eastAsia="Roboto Slab" w:cs="Roboto Sla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80" w:after="200"/>
      <w:ind w:left="0" w:firstLine="0"/>
      <w:outlineLvl w:val="0"/>
    </w:pPr>
    <w:rPr>
      <w:rFonts w:asciiTheme="majorHAnsi" w:eastAsiaTheme="majorEastAsia" w:hAnsiTheme="majorHAnsi" w:cstheme="majorBidi" w:ascii="Roboto Slab Medium" w:hAnsi="Roboto Slab Medium" w:eastAsia="Roboto Slab Medium" w:cs="Roboto Slab Medium"/>
      <w:b w:val="0"/>
      <w:bCs/>
      <w:color w:val="1B5E20"/>
      <w:sz w:val="31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ΠΑΟ-ΥποενότηταΑθλήματος">
    <w:name w:val="ΠΑΟ - Υποενότητα Αθλήματος"/>
    <w:basedOn w:val="Normal"/>
    <w:pPr>
      <w:keepNext/>
      <w:spacing w:before="480" w:after="160"/>
    </w:pPr>
    <w:rPr>
      <w:rFonts w:ascii="Roboto Slab Medium" w:hAnsi="Roboto Slab Medium" w:eastAsia="Roboto Slab Medium" w:cs="Roboto Slab Medium"/>
      <w:b w:val="0"/>
      <w:color w:val="1B5E20"/>
      <w:sz w:val="26"/>
      <w:u w:val="none"/>
    </w:rPr>
  </w:style>
  <w:style w:type="paragraph" w:customStyle="1" w:styleId="ΠΑΟ-ΟμάδαΤίτλων">
    <w:name w:val="ΠΑΟ - Ομάδα Τίτλων"/>
    <w:basedOn w:val="Normal"/>
    <w:pPr>
      <w:keepNext/>
      <w:spacing w:before="480" w:after="100"/>
    </w:pPr>
    <w:rPr>
      <w:rFonts w:ascii="Roboto Slab Medium" w:hAnsi="Roboto Slab Medium" w:eastAsia="Roboto Slab Medium" w:cs="Roboto Slab Medium"/>
      <w:b w:val="0"/>
      <w:color w:val="1F1F1F"/>
      <w:sz w:val="25"/>
      <w:u w:val="none"/>
    </w:rPr>
  </w:style>
  <w:style w:type="paragraph" w:customStyle="1" w:styleId="ΠΑΟ-Κατηγορία">
    <w:name w:val="ΠΑΟ - Κατηγορία"/>
    <w:basedOn w:val="Normal"/>
    <w:pPr>
      <w:keepNext/>
      <w:spacing w:before="480" w:after="60"/>
      <w:ind w:left="0"/>
    </w:pPr>
    <w:rPr>
      <w:rFonts w:ascii="Roboto Slab Medium" w:hAnsi="Roboto Slab Medium" w:eastAsia="Roboto Slab Medium" w:cs="Roboto Slab Medium"/>
      <w:b w:val="0"/>
      <w:color w:val="1F1F1F"/>
      <w:sz w:val="23"/>
      <w:u w:val="single"/>
    </w:rPr>
  </w:style>
  <w:style w:type="paragraph" w:customStyle="1" w:styleId="ΠΑΟ-ΕπίσημοςΤίτλος">
    <w:name w:val="ΠΑΟ - Επίσημος Τίτλος"/>
    <w:basedOn w:val="Normal"/>
    <w:pPr>
      <w:keepNext/>
      <w:spacing w:before="0" w:after="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Χρονολογία">
    <w:name w:val="ΠΑΟ - Χρονολογία"/>
    <w:basedOn w:val="Normal"/>
    <w:pPr>
      <w:keepLines/>
      <w:spacing w:before="0" w:after="22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ΑνεπίσημοςΤίτλος">
    <w:name w:val="ΠΑΟ - Ανεπίσημος Τίτλος"/>
    <w:basedOn w:val="Normal"/>
    <w:pPr>
      <w:keepLines/>
      <w:spacing w:before="0" w:after="0"/>
      <w:ind w:left="0"/>
    </w:pPr>
    <w:rPr>
      <w:rFonts w:ascii="Roboto Slab" w:hAnsi="Roboto Slab" w:eastAsia="Roboto Slab" w:cs="Roboto Slab"/>
      <w:b w:val="0"/>
      <w:color w:val="1F1F1F"/>
      <w:sz w:val="23"/>
      <w:u w:val="none"/>
    </w:rPr>
  </w:style>
  <w:style w:type="paragraph" w:customStyle="1" w:styleId="ΠΑΟ-ΛίσταΤμημάτων">
    <w:name w:val="ΠΑΟ - Λίστα Τμημάτων"/>
    <w:basedOn w:val="Normal"/>
    <w:pPr>
      <w:spacing w:after="60"/>
      <w:ind w:left="0"/>
    </w:pPr>
    <w:rPr>
      <w:rFonts w:ascii="Roboto Slab Medium" w:hAnsi="Roboto Slab Medium" w:eastAsia="Roboto Slab Medium" w:cs="Roboto Slab Medium"/>
      <w:b w:val="0"/>
      <w:color w:val="1B5E20"/>
      <w:sz w:val="24"/>
      <w:u w:val="none"/>
    </w:rPr>
  </w:style>
  <w:style w:type="paragraph" w:customStyle="1" w:styleId="ΠΑΟ-ΤίτλοςΠεριεχομένων">
    <w:name w:val="ΠΑΟ - Τίτλος Περιεχομένων"/>
    <w:basedOn w:val="Normal"/>
    <w:pPr>
      <w:keepNext/>
      <w:spacing w:before="0" w:after="200"/>
    </w:pPr>
    <w:rPr>
      <w:rFonts w:ascii="Times New Roman" w:hAnsi="Times New Roman"/>
      <w:b/>
      <w:color w:val="1B5E20"/>
      <w:sz w:val="31"/>
      <w:u w:val="none"/>
    </w:rPr>
  </w:style>
  <w:style w:type="paragraph" w:customStyle="1" w:styleId="ΠΑΟ-ΕγγραφήΠεριεχομένων">
    <w:name w:val="ΠΑΟ - Εγγραφή Περιεχομένων"/>
    <w:basedOn w:val="Normal"/>
    <w:pPr>
      <w:spacing w:after="40"/>
      <w:ind w:left="0" w:firstLine="0"/>
    </w:pPr>
    <w:rPr>
      <w:rFonts w:ascii="Times New Roman" w:hAnsi="Times New Roman"/>
      <w:b w:val="0"/>
      <w:color w:val="1F1F1F"/>
      <w:sz w:val="21"/>
      <w:u w:val="none"/>
    </w:rPr>
  </w:style>
  <w:style w:type="paragraph" w:customStyle="1" w:styleId="ΠΑΟ-ΣημειώσειςΚεφαλίδα">
    <w:name w:val="ΠΑΟ - Σημειώσεις Κεφαλίδα"/>
    <w:basedOn w:val="Normal"/>
    <w:pPr>
      <w:keepNext/>
      <w:spacing w:before="480" w:after="160"/>
    </w:pPr>
    <w:rPr>
      <w:rFonts w:ascii="Roboto Slab Medium" w:hAnsi="Roboto Slab Medium" w:eastAsia="Roboto Slab Medium" w:cs="Roboto Slab Medium"/>
      <w:b w:val="0"/>
      <w:color w:val="1F1F1F"/>
      <w:sz w:val="25"/>
      <w:u w:val="none"/>
    </w:rPr>
  </w:style>
  <w:style w:type="paragraph" w:customStyle="1" w:styleId="ΠΑΟ-Σημειώσεις">
    <w:name w:val="ΠΑΟ - Σημειώσεις"/>
    <w:basedOn w:val="Normal"/>
    <w:pPr>
      <w:spacing w:after="60"/>
      <w:ind w:left="198" w:hanging="198"/>
    </w:pPr>
    <w:rPr>
      <w:rFonts w:ascii="Roboto Slab" w:hAnsi="Roboto Slab" w:eastAsia="Roboto Slab" w:cs="Roboto Slab"/>
      <w:b w:val="0"/>
      <w:color w:val="1F1F1F"/>
      <w:sz w:val="21"/>
      <w:u w:val="none"/>
    </w:rPr>
  </w:style>
  <w:style w:type="paragraph" w:customStyle="1" w:styleId="ΠΑΟ-ΧώροςΤοξοβολίας">
    <w:name w:val="ΠΑΟ - Χώρος Τοξοβολίας"/>
    <w:basedOn w:val="ΠΑΟ-ΥποενότηταΑθλήματος"/>
    <w:pPr>
      <w:keepNext/>
      <w:spacing w:before="480" w:after="160"/>
    </w:pPr>
    <w:rPr>
      <w:rFonts w:ascii="Roboto Slab Medium" w:hAnsi="Roboto Slab Medium"/>
      <w:b w:val="0"/>
      <w:color w:val="1B5E20"/>
      <w:sz w:val="26"/>
    </w:rPr>
  </w:style>
  <w:style w:type="paragraph" w:customStyle="1" w:styleId="ΠΑΟ-ΤύποςΤόξου">
    <w:name w:val="ΠΑΟ - Τύπος Τόξου"/>
    <w:basedOn w:val="ΠΑΟ-ΥποενότηταΑθλήματος"/>
    <w:pPr>
      <w:keepNext/>
      <w:spacing w:before="240" w:after="80"/>
    </w:pPr>
    <w:rPr>
      <w:rFonts w:ascii="Roboto Slab Medium" w:hAnsi="Roboto Slab Medium"/>
      <w:b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header" Target="header3.xml"/><Relationship Id="rId19" Type="http://schemas.openxmlformats.org/officeDocument/2006/relationships/header" Target="header4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RobotoSlabHarmonizedMedium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Οι Τίτλοι του Παναθηναϊκού Αθλητικού Ομίλου</dc:title>
  <dc:subject>Εγκεκριμένη έκδοση με ενιαία σειρά όπλων στους επίσημους τίτλους του Σταθερού Στόχου, χωρίς μετακίνηση μεταξύ χρονικών ομάδων</dc:subject>
  <dc:creator>Παναθηναϊκός Αθλητικός Όμιλος</dc:creator>
  <cp:keywords>Παναθηναϊκός, τίτλοι, αθλητισμός</cp:keywords>
  <dc:description>Αισθητική v7: κοντύτερη γραμμή εξωφύλλου, regular σημείωση, καθαρότερη ιεραρχία αθλημάτων, μικρότερο έτος ίδρυσης.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